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B39C53" w14:textId="77777777" w:rsidR="00930F33" w:rsidRDefault="00930F33">
      <w:pPr>
        <w:spacing w:after="0"/>
        <w:rPr>
          <w:lang w:eastAsia="zh-CN"/>
        </w:rPr>
      </w:pPr>
    </w:p>
    <w:p w14:paraId="4580EFFF" w14:textId="77777777" w:rsidR="00F25685" w:rsidRDefault="003B0324">
      <w:r>
        <w:rPr>
          <w:rFonts w:ascii="Arial" w:hAnsi="Arial"/>
          <w:sz w:val="48"/>
        </w:rPr>
        <w:t>The Art of Facilitation with Jon Dain</w:t>
      </w:r>
    </w:p>
    <w:p w14:paraId="7E83ED4A" w14:textId="77777777" w:rsidR="00F25685" w:rsidRDefault="003B0324">
      <w:r>
        <w:rPr>
          <w:rFonts w:ascii="Arial" w:hAnsi="Arial"/>
          <w:color w:val="4F6880"/>
        </w:rPr>
        <w:t>Wed, 1/13 10:52AM • 59:53</w:t>
      </w:r>
    </w:p>
    <w:p w14:paraId="2633200D" w14:textId="77777777" w:rsidR="00F25685" w:rsidRDefault="003B0324">
      <w:pPr>
        <w:spacing w:before="440" w:after="0"/>
      </w:pPr>
      <w:r>
        <w:rPr>
          <w:rFonts w:ascii="Arial" w:hAnsi="Arial"/>
          <w:b/>
          <w:color w:val="4F6880"/>
        </w:rPr>
        <w:t>SUMMARY KEYWORDS</w:t>
      </w:r>
    </w:p>
    <w:p w14:paraId="1261696B" w14:textId="77777777" w:rsidR="00F25685" w:rsidRDefault="003B0324">
      <w:r>
        <w:rPr>
          <w:rFonts w:ascii="Arial" w:hAnsi="Arial"/>
          <w:color w:val="4F6880"/>
        </w:rPr>
        <w:t xml:space="preserve">people, facilitation, called, reading, leadership, students, teaching, projects, florida, class, important, facilitator, decision, good, soft skills, </w:t>
      </w:r>
      <w:r>
        <w:rPr>
          <w:rFonts w:ascii="Arial" w:hAnsi="Arial"/>
          <w:color w:val="4F6880"/>
        </w:rPr>
        <w:t>person, university, listen, book, austin</w:t>
      </w:r>
    </w:p>
    <w:p w14:paraId="3E15E76B" w14:textId="77777777" w:rsidR="00F25685" w:rsidRDefault="00F25685">
      <w:pPr>
        <w:spacing w:after="0"/>
      </w:pPr>
    </w:p>
    <w:p w14:paraId="695BBA87" w14:textId="77777777" w:rsidR="00F25685" w:rsidRDefault="003B0324">
      <w:pPr>
        <w:spacing w:after="0"/>
      </w:pPr>
      <w:r>
        <w:rPr>
          <w:rFonts w:ascii="Arial" w:hAnsi="Arial"/>
          <w:color w:val="5D7284"/>
        </w:rPr>
        <w:t>00:00</w:t>
      </w:r>
    </w:p>
    <w:p w14:paraId="7F0FB1E5" w14:textId="77777777" w:rsidR="00F25685" w:rsidRDefault="003B0324">
      <w:pPr>
        <w:spacing w:after="0"/>
      </w:pPr>
      <w:r>
        <w:rPr>
          <w:rFonts w:ascii="Arial" w:hAnsi="Arial"/>
        </w:rPr>
        <w:t xml:space="preserve">welcome students and listeners to leadership untangled, a podcast series I started for the leadership courses I teach at Virginia Tech. And in this series we explore, untangle and deconstruct what leadership </w:t>
      </w:r>
      <w:r>
        <w:rPr>
          <w:rFonts w:ascii="Arial" w:hAnsi="Arial"/>
        </w:rPr>
        <w:t>means and how we can use it to affect social change in the world. I'm your host, Dr. Austin Council, and in today's episode, we will be untangling facilitation and how this skill can influence effective leadership. Joining me today is one of my favorite pe</w:t>
      </w:r>
      <w:r>
        <w:rPr>
          <w:rFonts w:ascii="Arial" w:hAnsi="Arial"/>
        </w:rPr>
        <w:t>ople in the world. JOHN Dain. JOHN Dane is the director of neurally, which is the natural resource Leadership Institute at the University of Florida. He is also a lecturer for the tropical conservation and development program in the center for Latin Americ</w:t>
      </w:r>
      <w:r>
        <w:rPr>
          <w:rFonts w:ascii="Arial" w:hAnsi="Arial"/>
        </w:rPr>
        <w:t xml:space="preserve">an Studies. His areas of focus are facilitation, conflict, collaboration, management, mediation, and workshop training, among many others. He was also one of my all time favorite professors during my time at the University of Florida. JOHN, welcome to the </w:t>
      </w:r>
      <w:r>
        <w:rPr>
          <w:rFonts w:ascii="Arial" w:hAnsi="Arial"/>
        </w:rPr>
        <w:t>show.</w:t>
      </w:r>
    </w:p>
    <w:p w14:paraId="18288AC4" w14:textId="77777777" w:rsidR="00F25685" w:rsidRDefault="00F25685">
      <w:pPr>
        <w:spacing w:after="0"/>
      </w:pPr>
    </w:p>
    <w:p w14:paraId="66603C52" w14:textId="77777777" w:rsidR="00F25685" w:rsidRDefault="003B0324">
      <w:pPr>
        <w:spacing w:after="0"/>
      </w:pPr>
      <w:r>
        <w:rPr>
          <w:rFonts w:ascii="Arial" w:hAnsi="Arial"/>
          <w:color w:val="5D7284"/>
        </w:rPr>
        <w:t>00:59</w:t>
      </w:r>
    </w:p>
    <w:p w14:paraId="14F6FBB2" w14:textId="77777777" w:rsidR="00F25685" w:rsidRDefault="003B0324">
      <w:pPr>
        <w:spacing w:after="0"/>
      </w:pPr>
      <w:r>
        <w:rPr>
          <w:rFonts w:ascii="Arial" w:hAnsi="Arial"/>
        </w:rPr>
        <w:t>Thank you so much, Austin, I so appreciate the invitation. It's just a pleasure to get to talk to you, Miss talking to you.</w:t>
      </w:r>
    </w:p>
    <w:p w14:paraId="62229056" w14:textId="77777777" w:rsidR="00F25685" w:rsidRDefault="00F25685">
      <w:pPr>
        <w:spacing w:after="0"/>
      </w:pPr>
    </w:p>
    <w:p w14:paraId="630827AE" w14:textId="77777777" w:rsidR="00F25685" w:rsidRDefault="003B0324">
      <w:pPr>
        <w:spacing w:after="0"/>
      </w:pPr>
      <w:r>
        <w:rPr>
          <w:rFonts w:ascii="Arial" w:hAnsi="Arial"/>
          <w:color w:val="5D7284"/>
        </w:rPr>
        <w:t>01:05</w:t>
      </w:r>
    </w:p>
    <w:p w14:paraId="4AE72264" w14:textId="77777777" w:rsidR="00F25685" w:rsidRDefault="003B0324">
      <w:pPr>
        <w:spacing w:after="0"/>
      </w:pPr>
      <w:r>
        <w:rPr>
          <w:rFonts w:ascii="Arial" w:hAnsi="Arial"/>
        </w:rPr>
        <w:t>I love our conversations. I love my time in your class. And I do have to tell our listeners that john Dane is so</w:t>
      </w:r>
      <w:r>
        <w:rPr>
          <w:rFonts w:ascii="Arial" w:hAnsi="Arial"/>
        </w:rPr>
        <w:t>mewhat of a legend on the USF campus, people generally have to be on a waitlist to get into any of his classes. And I was one of those people, I was lucky enough to attend his facilitation and leadership class. So I'm glad that that you can join me today.</w:t>
      </w:r>
    </w:p>
    <w:p w14:paraId="201F2A8D" w14:textId="77777777" w:rsidR="00F25685" w:rsidRDefault="00F25685">
      <w:pPr>
        <w:spacing w:after="0"/>
      </w:pPr>
    </w:p>
    <w:p w14:paraId="66B01CFE" w14:textId="77777777" w:rsidR="00F25685" w:rsidRDefault="003B0324">
      <w:pPr>
        <w:spacing w:after="0"/>
      </w:pPr>
      <w:r>
        <w:rPr>
          <w:rFonts w:ascii="Arial" w:hAnsi="Arial"/>
          <w:color w:val="5D7284"/>
        </w:rPr>
        <w:t>01:27</w:t>
      </w:r>
    </w:p>
    <w:p w14:paraId="0D5517D7" w14:textId="77777777" w:rsidR="00F25685" w:rsidRDefault="003B0324">
      <w:pPr>
        <w:spacing w:after="0"/>
      </w:pPr>
      <w:r>
        <w:rPr>
          <w:rFonts w:ascii="Arial" w:hAnsi="Arial"/>
        </w:rPr>
        <w:t>Again, my pleasure.</w:t>
      </w:r>
    </w:p>
    <w:p w14:paraId="1480453C" w14:textId="77777777" w:rsidR="00F25685" w:rsidRDefault="00F25685">
      <w:pPr>
        <w:spacing w:after="0"/>
      </w:pPr>
    </w:p>
    <w:p w14:paraId="17ECD622" w14:textId="77777777" w:rsidR="00F25685" w:rsidRDefault="003B0324">
      <w:pPr>
        <w:spacing w:after="0"/>
      </w:pPr>
      <w:r>
        <w:rPr>
          <w:rFonts w:ascii="Arial" w:hAnsi="Arial"/>
          <w:color w:val="5D7284"/>
        </w:rPr>
        <w:t>01:29</w:t>
      </w:r>
    </w:p>
    <w:p w14:paraId="73DF86D4" w14:textId="77777777" w:rsidR="00F25685" w:rsidRDefault="003B0324">
      <w:pPr>
        <w:spacing w:after="0"/>
      </w:pPr>
      <w:r>
        <w:rPr>
          <w:rFonts w:ascii="Arial" w:hAnsi="Arial"/>
        </w:rPr>
        <w:t>So john, I want to hear a little bit about your journey into, you know, leadership, education, facilitation, these areas that you work on, what brought you to the University of Florida to do the work that you do?</w:t>
      </w:r>
    </w:p>
    <w:p w14:paraId="614460DC" w14:textId="77777777" w:rsidR="00F25685" w:rsidRDefault="00F25685">
      <w:pPr>
        <w:spacing w:after="0"/>
      </w:pPr>
    </w:p>
    <w:p w14:paraId="1744BCDA" w14:textId="77777777" w:rsidR="00F25685" w:rsidRDefault="003B0324">
      <w:pPr>
        <w:spacing w:after="0"/>
      </w:pPr>
      <w:r>
        <w:rPr>
          <w:rFonts w:ascii="Arial" w:hAnsi="Arial"/>
          <w:color w:val="5D7284"/>
        </w:rPr>
        <w:t>01:42</w:t>
      </w:r>
    </w:p>
    <w:p w14:paraId="430DC45F" w14:textId="77777777" w:rsidR="00F25685" w:rsidRDefault="003B0324">
      <w:pPr>
        <w:spacing w:after="0"/>
      </w:pPr>
      <w:r>
        <w:rPr>
          <w:rFonts w:ascii="Arial" w:hAnsi="Arial"/>
        </w:rPr>
        <w:t>like most people, it was a circuitous journey, I had no inkling that I would do any of this growing up. And even when I went to college and went to graduate school, I didn't really know. I guess the place to start, is after college, I joined the Peac</w:t>
      </w:r>
      <w:r>
        <w:rPr>
          <w:rFonts w:ascii="Arial" w:hAnsi="Arial"/>
        </w:rPr>
        <w:t xml:space="preserve">e Corps. I had majored in anthropology and I always thought it was a </w:t>
      </w:r>
      <w:r>
        <w:rPr>
          <w:rFonts w:ascii="Arial" w:hAnsi="Arial"/>
        </w:rPr>
        <w:lastRenderedPageBreak/>
        <w:t>really cool thing. I didn't think I didn't know that much about it. But I majored in anthropology and Spanish anyway, so I went to the Peace Corps. And while I was there, it taught me mos</w:t>
      </w:r>
      <w:r>
        <w:rPr>
          <w:rFonts w:ascii="Arial" w:hAnsi="Arial"/>
        </w:rPr>
        <w:t>t everything that I need to know about life and professionalism and all that. But it also left me with this nagging question about why people do what they do. I was a beekeeping extension agents. So I was teaching rural cotton farmers how to keep bees as a</w:t>
      </w:r>
      <w:r>
        <w:rPr>
          <w:rFonts w:ascii="Arial" w:hAnsi="Arial"/>
        </w:rPr>
        <w:t xml:space="preserve">n income generation project. And I recall one particular moment when the people I've been working with it was, it was honey harvest time, and one producer particular had a great harvest of 40 litres of honey, which may not sound like much people hear. But </w:t>
      </w:r>
      <w:r>
        <w:rPr>
          <w:rFonts w:ascii="Arial" w:hAnsi="Arial"/>
        </w:rPr>
        <w:t>for him, I knew how much a liter of honey was worth. And I thought, This is great. This guy just earned like a year's worth of income, I was able to help with that project, I feel so good about myself. And he had a little a little party at his house, a bar</w:t>
      </w:r>
      <w:r>
        <w:rPr>
          <w:rFonts w:ascii="Arial" w:hAnsi="Arial"/>
        </w:rPr>
        <w:t>becue invited people over and slaughtered some chickens and you know, had some, whatever people drink there. And I was there. And I remember going up to him. And I'm just gonna call him Juan, for the sake of argument. And say, one, you know, this is so gre</w:t>
      </w:r>
      <w:r>
        <w:rPr>
          <w:rFonts w:ascii="Arial" w:hAnsi="Arial"/>
        </w:rPr>
        <w:t>at. Congratulations. So what do you do with the profits from your honey? JOHN, come on, come have a beer, let's you know. And throughout the sort of afternoon, he put me off each time. So finally, people were clearing out the end, and I sat down with them.</w:t>
      </w:r>
      <w:r>
        <w:rPr>
          <w:rFonts w:ascii="Arial" w:hAnsi="Arial"/>
        </w:rPr>
        <w:t xml:space="preserve"> And I just want to, you know, really want to know, it's been important to me. So what did you do? What do you do with the money from the honey, and as a young, you know, white savior kid, was like, great, he bought shoes and textbooks for his children. An</w:t>
      </w:r>
      <w:r>
        <w:rPr>
          <w:rFonts w:ascii="Arial" w:hAnsi="Arial"/>
        </w:rPr>
        <w:t>d I don't know what it says imagining. And he said, he put it off again, and finally sort of pinned him down. I was kind of getting frustrated. And he basically Well, I you know, I, I gave a giveaway. I said what I said who to give away to so you know, I g</w:t>
      </w:r>
      <w:r>
        <w:rPr>
          <w:rFonts w:ascii="Arial" w:hAnsi="Arial"/>
        </w:rPr>
        <w:t>ave some to the Father. I don't remember what his name was Jose and I gave some to Don Pablo at the market and to my brother and sisters in law. And I was so stunned and shocked and I was actually really angry asked them because they're you know, it's emba</w:t>
      </w:r>
      <w:r>
        <w:rPr>
          <w:rFonts w:ascii="Arial" w:hAnsi="Arial"/>
        </w:rPr>
        <w:t xml:space="preserve">rrassing to tell the story but but i but i do anyway. I was so proud that I had helped contribute to this person's to alleviating poverty, let me just really exaggerate it. So anyway, that episode and others like it, and by the time I left, I had a better </w:t>
      </w:r>
      <w:r>
        <w:rPr>
          <w:rFonts w:ascii="Arial" w:hAnsi="Arial"/>
        </w:rPr>
        <w:t>understanding, you know, I gained some humility, a better understanding of what was going on. But I was really curious though, because I saw all these farmers making decisions that to me, made no sense. I came to University of Florida following the woman w</w:t>
      </w:r>
      <w:r>
        <w:rPr>
          <w:rFonts w:ascii="Arial" w:hAnsi="Arial"/>
        </w:rPr>
        <w:t>ho's now my wife, she had decided to come to grad school here, so I'll do that too. and ended up getting a master's degree in anthropology, what's called applied anthropology, and applied agricultural anthropology. I want to know why people did what they d</w:t>
      </w:r>
      <w:r>
        <w:rPr>
          <w:rFonts w:ascii="Arial" w:hAnsi="Arial"/>
        </w:rPr>
        <w:t>id. And sure enough, I learned fairly quickly from Dr. Tony Smith, one of my favorite professors in a class on rural peoples. And he taught in one of the one of the first classes I took with him, he was explaining about the fact that when people live in po</w:t>
      </w:r>
      <w:r>
        <w:rPr>
          <w:rFonts w:ascii="Arial" w:hAnsi="Arial"/>
        </w:rPr>
        <w:t>verty are on that line between surviving and not, they're less interested in something like income, and more interest in the social safety net. And I read case studies that worked about beekeeping. But were so similar, that it was like a light bulb going o</w:t>
      </w:r>
      <w:r>
        <w:rPr>
          <w:rFonts w:ascii="Arial" w:hAnsi="Arial"/>
        </w:rPr>
        <w:t>ff in my head, he had given away honey, because he gave it to all the key people in his life, the priest, the guy who extended him credit at the store, all his relatives, because he knew, and everybody knew that living on the margins, if one little thing w</w:t>
      </w:r>
      <w:r>
        <w:rPr>
          <w:rFonts w:ascii="Arial" w:hAnsi="Arial"/>
        </w:rPr>
        <w:t>ent wrong, a drought. If pests ruined his cotton harvest, if prices dropped, he could starve and his family could starve. Whereas if he had a social safety net, which he reinforced using that honey, in this particular case, which was a highly valuable comm</w:t>
      </w:r>
      <w:r>
        <w:rPr>
          <w:rFonts w:ascii="Arial" w:hAnsi="Arial"/>
        </w:rPr>
        <w:t>odity at the time, then it was sort of this, they both owed him a favor, but he was just getting cementing these relationships. And that really got me thinking when I learned those kinds of things in graduate school about human behavior, and</w:t>
      </w:r>
    </w:p>
    <w:p w14:paraId="02334DCD" w14:textId="77777777" w:rsidR="00F25685" w:rsidRDefault="00F25685">
      <w:pPr>
        <w:spacing w:after="0"/>
      </w:pPr>
    </w:p>
    <w:p w14:paraId="053C6A6C" w14:textId="77777777" w:rsidR="00F25685" w:rsidRDefault="003B0324">
      <w:pPr>
        <w:spacing w:after="0"/>
      </w:pPr>
      <w:r>
        <w:rPr>
          <w:rFonts w:ascii="Arial" w:hAnsi="Arial"/>
          <w:color w:val="5D7284"/>
        </w:rPr>
        <w:t>06:31</w:t>
      </w:r>
    </w:p>
    <w:p w14:paraId="79CB6682" w14:textId="77777777" w:rsidR="00F25685" w:rsidRDefault="003B0324">
      <w:pPr>
        <w:spacing w:after="0"/>
      </w:pPr>
      <w:r>
        <w:rPr>
          <w:rFonts w:ascii="Arial" w:hAnsi="Arial"/>
        </w:rPr>
        <w:lastRenderedPageBreak/>
        <w:t>how com</w:t>
      </w:r>
      <w:r>
        <w:rPr>
          <w:rFonts w:ascii="Arial" w:hAnsi="Arial"/>
        </w:rPr>
        <w:t>plex it is. And you asked me what brought me to leadership at the University of Florida. From there, I got very interested in what used to be called international development projects. And I worked a lot in Latin America. And what I began to see after a wh</w:t>
      </w:r>
      <w:r>
        <w:rPr>
          <w:rFonts w:ascii="Arial" w:hAnsi="Arial"/>
        </w:rPr>
        <w:t>ile was that most projects, I can't say all that I could, that failed, did not fail, because they were poorly designed projects. But because people did not know how to communicate very well with each other, because people did not know how to listen. And be</w:t>
      </w:r>
      <w:r>
        <w:rPr>
          <w:rFonts w:ascii="Arial" w:hAnsi="Arial"/>
        </w:rPr>
        <w:t>cause people didn't know how to handle conflict. And I saw this over and over again, particularly with outsiders coming in to other countries that were not their own, with great intentions, and even some great skills. Anyway. So with that knowledge after a</w:t>
      </w:r>
      <w:r>
        <w:rPr>
          <w:rFonts w:ascii="Arial" w:hAnsi="Arial"/>
        </w:rPr>
        <w:t>fter grad school, I began really starting to read and think about conflict, and more and more about managing projects, as I slowly began to create emotion in leadership and things like that. And again, I was really focused on this idea of communication. An</w:t>
      </w:r>
      <w:r>
        <w:rPr>
          <w:rFonts w:ascii="Arial" w:hAnsi="Arial"/>
        </w:rPr>
        <w:t xml:space="preserve">d I had been doing a lot of training for different kinds of projects, again, mostly in Latin America, on incorporating gender into international conservation programs, how to work with community driven community development, so not coming up with answers, </w:t>
      </w:r>
      <w:r>
        <w:rPr>
          <w:rFonts w:ascii="Arial" w:hAnsi="Arial"/>
        </w:rPr>
        <w:t>but helping researchers and others understand how to work collaboratively with communities, that kind of thing. And I get more in conflict. My former advisor asked me to teach a class at the University of Florida. My wife, we, I'm making this a long story,</w:t>
      </w:r>
      <w:r>
        <w:rPr>
          <w:rFonts w:ascii="Arial" w:hAnsi="Arial"/>
        </w:rPr>
        <w:t xml:space="preserve"> not quite as long. In the meantime, my wife had gotten a doctorate, we lived somewhere else, and she got invited to come back and be a professor at the University of Florida. I followed her. I was here and my former advisor asked me to teach a class on wh</w:t>
      </w:r>
      <w:r>
        <w:rPr>
          <w:rFonts w:ascii="Arial" w:hAnsi="Arial"/>
        </w:rPr>
        <w:t>at I've been reading and thinking about which was conflict management, and facilitation. And that's sort of how it all got started Austin. So I came to University of Florida following my girlfriend, then came back to the University of Florida, following my</w:t>
      </w:r>
      <w:r>
        <w:rPr>
          <w:rFonts w:ascii="Arial" w:hAnsi="Arial"/>
        </w:rPr>
        <w:t xml:space="preserve"> wife. And my parallel journey was going from Why do people and particularly farmers do what they do to why don't project initiatives be the international development project initiatives, be a conservation project initiatives, be they projects here in Flor</w:t>
      </w:r>
      <w:r>
        <w:rPr>
          <w:rFonts w:ascii="Arial" w:hAnsi="Arial"/>
        </w:rPr>
        <w:t>ida, governmental, non governmental, etc, even class room teaching? Why doesn't it always work? And my conclusion was very simply challenges communication. people not being comfortable with a variety of communication styles, people's biases, people not kno</w:t>
      </w:r>
      <w:r>
        <w:rPr>
          <w:rFonts w:ascii="Arial" w:hAnsi="Arial"/>
        </w:rPr>
        <w:t>wing how to listen all those things that you're very, very familiar with, and you teach. So that's my long winded version of how I got to the University of Florida. And I went through the nr Li the natural resources Leadership Program nearly because my for</w:t>
      </w:r>
      <w:r>
        <w:rPr>
          <w:rFonts w:ascii="Arial" w:hAnsi="Arial"/>
        </w:rPr>
        <w:t>mer advisor saw that he did not have a doctorate in communication and said, You better get some credentials. I love that program and then got invited to teach in it once I was once I had gone through it.</w:t>
      </w:r>
    </w:p>
    <w:p w14:paraId="0B287FAF" w14:textId="77777777" w:rsidR="00F25685" w:rsidRDefault="00F25685">
      <w:pPr>
        <w:spacing w:after="0"/>
      </w:pPr>
    </w:p>
    <w:p w14:paraId="2BB70782" w14:textId="77777777" w:rsidR="00F25685" w:rsidRDefault="003B0324">
      <w:pPr>
        <w:spacing w:after="0"/>
      </w:pPr>
      <w:r>
        <w:rPr>
          <w:rFonts w:ascii="Arial" w:hAnsi="Arial"/>
          <w:color w:val="5D7284"/>
        </w:rPr>
        <w:t>09:48</w:t>
      </w:r>
    </w:p>
    <w:p w14:paraId="27A7E324" w14:textId="77777777" w:rsidR="00F25685" w:rsidRDefault="003B0324">
      <w:pPr>
        <w:spacing w:after="0"/>
      </w:pPr>
      <w:r>
        <w:rPr>
          <w:rFonts w:ascii="Arial" w:hAnsi="Arial"/>
        </w:rPr>
        <w:t>Thank you so much for sharing that. I want to</w:t>
      </w:r>
      <w:r>
        <w:rPr>
          <w:rFonts w:ascii="Arial" w:hAnsi="Arial"/>
        </w:rPr>
        <w:t xml:space="preserve"> go back to your peace corps experience.</w:t>
      </w:r>
    </w:p>
    <w:p w14:paraId="6EC1988B" w14:textId="77777777" w:rsidR="00F25685" w:rsidRDefault="00F25685">
      <w:pPr>
        <w:spacing w:after="0"/>
      </w:pPr>
    </w:p>
    <w:p w14:paraId="1405FCBE" w14:textId="77777777" w:rsidR="00F25685" w:rsidRDefault="003B0324">
      <w:pPr>
        <w:spacing w:after="0"/>
      </w:pPr>
      <w:r>
        <w:rPr>
          <w:rFonts w:ascii="Arial" w:hAnsi="Arial"/>
          <w:color w:val="5D7284"/>
        </w:rPr>
        <w:t>09:51</w:t>
      </w:r>
    </w:p>
    <w:p w14:paraId="44BDBC65" w14:textId="77777777" w:rsidR="00F25685" w:rsidRDefault="003B0324">
      <w:pPr>
        <w:spacing w:after="0"/>
      </w:pPr>
      <w:r>
        <w:rPr>
          <w:rFonts w:ascii="Arial" w:hAnsi="Arial"/>
        </w:rPr>
        <w:t>Sure.</w:t>
      </w:r>
    </w:p>
    <w:p w14:paraId="3DF15173" w14:textId="77777777" w:rsidR="00F25685" w:rsidRDefault="00F25685">
      <w:pPr>
        <w:spacing w:after="0"/>
      </w:pPr>
    </w:p>
    <w:p w14:paraId="6DCE6BB0" w14:textId="77777777" w:rsidR="00F25685" w:rsidRDefault="003B0324">
      <w:pPr>
        <w:spacing w:after="0"/>
      </w:pPr>
      <w:r>
        <w:rPr>
          <w:rFonts w:ascii="Arial" w:hAnsi="Arial"/>
          <w:color w:val="5D7284"/>
        </w:rPr>
        <w:t>09:52</w:t>
      </w:r>
    </w:p>
    <w:p w14:paraId="230620A5" w14:textId="77777777" w:rsidR="00F25685" w:rsidRDefault="003B0324">
      <w:pPr>
        <w:spacing w:after="0"/>
      </w:pPr>
      <w:r>
        <w:rPr>
          <w:rFonts w:ascii="Arial" w:hAnsi="Arial"/>
        </w:rPr>
        <w:t>Where did you I'm trying to get a visual in my head and for the students to where did you serve? score</w:t>
      </w:r>
    </w:p>
    <w:p w14:paraId="3D1F2E63" w14:textId="77777777" w:rsidR="00F25685" w:rsidRDefault="00F25685">
      <w:pPr>
        <w:spacing w:after="0"/>
      </w:pPr>
    </w:p>
    <w:p w14:paraId="70435AA3" w14:textId="77777777" w:rsidR="00F25685" w:rsidRDefault="003B0324">
      <w:pPr>
        <w:spacing w:after="0"/>
      </w:pPr>
      <w:r>
        <w:rPr>
          <w:rFonts w:ascii="Arial" w:hAnsi="Arial"/>
          <w:color w:val="5D7284"/>
        </w:rPr>
        <w:t>09:57</w:t>
      </w:r>
    </w:p>
    <w:p w14:paraId="62F914C7" w14:textId="77777777" w:rsidR="00F25685" w:rsidRDefault="003B0324">
      <w:pPr>
        <w:spacing w:after="0"/>
      </w:pPr>
      <w:r>
        <w:rPr>
          <w:rFonts w:ascii="Arial" w:hAnsi="Arial"/>
        </w:rPr>
        <w:t xml:space="preserve">right in the middle of South America and Right. It's a landlocked country in between </w:t>
      </w:r>
      <w:r>
        <w:rPr>
          <w:rFonts w:ascii="Arial" w:hAnsi="Arial"/>
        </w:rPr>
        <w:t>Bolivia, Brazil, and Argentina. It's a small, very poor country, very much focused on agricultural production. And I lived in a tiny town in the northern part of the inhabited part of our way.</w:t>
      </w:r>
    </w:p>
    <w:p w14:paraId="089EEFFC" w14:textId="77777777" w:rsidR="00F25685" w:rsidRDefault="00F25685">
      <w:pPr>
        <w:spacing w:after="0"/>
      </w:pPr>
    </w:p>
    <w:p w14:paraId="54695A48" w14:textId="77777777" w:rsidR="00F25685" w:rsidRDefault="003B0324">
      <w:pPr>
        <w:spacing w:after="0"/>
      </w:pPr>
      <w:r>
        <w:rPr>
          <w:rFonts w:ascii="Arial" w:hAnsi="Arial"/>
          <w:color w:val="5D7284"/>
        </w:rPr>
        <w:t>10:19</w:t>
      </w:r>
    </w:p>
    <w:p w14:paraId="68B95DC9" w14:textId="77777777" w:rsidR="00F25685" w:rsidRDefault="003B0324">
      <w:pPr>
        <w:spacing w:after="0"/>
      </w:pPr>
      <w:r>
        <w:rPr>
          <w:rFonts w:ascii="Arial" w:hAnsi="Arial"/>
        </w:rPr>
        <w:t>You mentioned things like you had this white savior ment</w:t>
      </w:r>
      <w:r>
        <w:rPr>
          <w:rFonts w:ascii="Arial" w:hAnsi="Arial"/>
        </w:rPr>
        <w:t>ality and that you felt very proud after, after, you know, helping, you know, this beekeeper with with his yield and everything. What caused the shift to you to mention humility? Like, what was the?</w:t>
      </w:r>
    </w:p>
    <w:p w14:paraId="2A4FDBDC" w14:textId="77777777" w:rsidR="00F25685" w:rsidRDefault="00F25685">
      <w:pPr>
        <w:spacing w:after="0"/>
      </w:pPr>
    </w:p>
    <w:p w14:paraId="54B259B7" w14:textId="77777777" w:rsidR="00F25685" w:rsidRDefault="003B0324">
      <w:pPr>
        <w:spacing w:after="0"/>
      </w:pPr>
      <w:r>
        <w:rPr>
          <w:rFonts w:ascii="Arial" w:hAnsi="Arial"/>
          <w:color w:val="5D7284"/>
        </w:rPr>
        <w:t>10:36</w:t>
      </w:r>
    </w:p>
    <w:p w14:paraId="5928B6AB" w14:textId="77777777" w:rsidR="00F25685" w:rsidRDefault="003B0324">
      <w:pPr>
        <w:spacing w:after="0"/>
      </w:pPr>
      <w:r>
        <w:rPr>
          <w:rFonts w:ascii="Arial" w:hAnsi="Arial"/>
        </w:rPr>
        <w:t>Yeah. It was a little bit of a cognitive dissidenc</w:t>
      </w:r>
      <w:r>
        <w:rPr>
          <w:rFonts w:ascii="Arial" w:hAnsi="Arial"/>
        </w:rPr>
        <w:t xml:space="preserve">e Austin. So I guess I want to clarify that. When I went to Paraguay, and when I was there, intellectually, I completely understood the theories of development, the idea that it's not my job to tell people what to do that I'm going to learn more from them </w:t>
      </w:r>
      <w:r>
        <w:rPr>
          <w:rFonts w:ascii="Arial" w:hAnsi="Arial"/>
        </w:rPr>
        <w:t>than they are from me, I don't know that intellectually. But I think as a 20, to 23 year old, white guy, I was still seeking that positive response I wanted, you know, to feel like I was making a difference. And a lot of the advertising was, you know, this</w:t>
      </w:r>
      <w:r>
        <w:rPr>
          <w:rFonts w:ascii="Arial" w:hAnsi="Arial"/>
        </w:rPr>
        <w:t xml:space="preserve"> is the toughest job that you'll ever love, come make a difference. And I really want to make a difference. And, like almost all Peace Corps volunteers, I realized fairly quickly that make a difference was really hard, if not impossible, so you just work a</w:t>
      </w:r>
      <w:r>
        <w:rPr>
          <w:rFonts w:ascii="Arial" w:hAnsi="Arial"/>
        </w:rPr>
        <w:t>nd do what you can and and do your best and try to do any damage, and hopefully, something good happens. And then so there's something good was happening. And I was just so excited. I just sort of lost track of what I understood intellectually, but not nec</w:t>
      </w:r>
      <w:r>
        <w:rPr>
          <w:rFonts w:ascii="Arial" w:hAnsi="Arial"/>
        </w:rPr>
        <w:t>essarily emotionally.</w:t>
      </w:r>
    </w:p>
    <w:p w14:paraId="09F49B43" w14:textId="77777777" w:rsidR="00F25685" w:rsidRDefault="00F25685">
      <w:pPr>
        <w:spacing w:after="0"/>
      </w:pPr>
    </w:p>
    <w:p w14:paraId="07F5045A" w14:textId="77777777" w:rsidR="00F25685" w:rsidRDefault="003B0324">
      <w:pPr>
        <w:spacing w:after="0"/>
      </w:pPr>
      <w:r>
        <w:rPr>
          <w:rFonts w:ascii="Arial" w:hAnsi="Arial"/>
          <w:color w:val="5D7284"/>
        </w:rPr>
        <w:t>11:49</w:t>
      </w:r>
    </w:p>
    <w:p w14:paraId="5DB4AE36" w14:textId="77777777" w:rsidR="00F25685" w:rsidRDefault="003B0324">
      <w:pPr>
        <w:spacing w:after="0"/>
      </w:pPr>
      <w:r>
        <w:rPr>
          <w:rFonts w:ascii="Arial" w:hAnsi="Arial"/>
        </w:rPr>
        <w:t>Yeah, I have a similar experience. And you know, you know, virtud, Alberta and Priscilla's Elia that had p for each global I talk about them a lot of my classes, I did a podcast with them episode</w:t>
      </w:r>
    </w:p>
    <w:p w14:paraId="778C2C53" w14:textId="77777777" w:rsidR="00F25685" w:rsidRDefault="00F25685">
      <w:pPr>
        <w:spacing w:after="0"/>
      </w:pPr>
    </w:p>
    <w:p w14:paraId="578D5CC5" w14:textId="77777777" w:rsidR="00F25685" w:rsidRDefault="003B0324">
      <w:pPr>
        <w:spacing w:after="0"/>
      </w:pPr>
      <w:r>
        <w:rPr>
          <w:rFonts w:ascii="Arial" w:hAnsi="Arial"/>
          <w:color w:val="5D7284"/>
        </w:rPr>
        <w:t>12:00</w:t>
      </w:r>
    </w:p>
    <w:p w14:paraId="652CCBB4" w14:textId="77777777" w:rsidR="00F25685" w:rsidRDefault="003B0324">
      <w:pPr>
        <w:spacing w:after="0"/>
      </w:pPr>
      <w:r>
        <w:rPr>
          <w:rFonts w:ascii="Arial" w:hAnsi="Arial"/>
        </w:rPr>
        <w:t xml:space="preserve">with a </w:t>
      </w:r>
      <w:r>
        <w:rPr>
          <w:rFonts w:ascii="Arial" w:hAnsi="Arial"/>
        </w:rPr>
        <w:t>wonderful human beings, my goodness,</w:t>
      </w:r>
    </w:p>
    <w:p w14:paraId="028FA5F1" w14:textId="77777777" w:rsidR="00F25685" w:rsidRDefault="00F25685">
      <w:pPr>
        <w:spacing w:after="0"/>
      </w:pPr>
    </w:p>
    <w:p w14:paraId="5BDDB117" w14:textId="77777777" w:rsidR="00F25685" w:rsidRDefault="003B0324">
      <w:pPr>
        <w:spacing w:after="0"/>
      </w:pPr>
      <w:r>
        <w:rPr>
          <w:rFonts w:ascii="Arial" w:hAnsi="Arial"/>
          <w:color w:val="5D7284"/>
        </w:rPr>
        <w:t>12:02</w:t>
      </w:r>
    </w:p>
    <w:p w14:paraId="62DFB571" w14:textId="77777777" w:rsidR="00F25685" w:rsidRDefault="003B0324">
      <w:pPr>
        <w:spacing w:after="0"/>
      </w:pPr>
      <w:r>
        <w:rPr>
          <w:rFonts w:ascii="Arial" w:hAnsi="Arial"/>
        </w:rPr>
        <w:t>they're wonderful. And I resonate with that, because when I went to Haiti, for the first time, I had that same kind of cognitive dissonance that was going on, like, I knew we had been taught intellectually, I'd r</w:t>
      </w:r>
      <w:r>
        <w:rPr>
          <w:rFonts w:ascii="Arial" w:hAnsi="Arial"/>
        </w:rPr>
        <w:t xml:space="preserve">ead books all about, you know what sustainable development looks like. But when I got there, I still had that, like, Oh, look, I'm gonna like do these trainings for for these folks that are in these really, really tough, hard, impoverished conditions. And </w:t>
      </w:r>
      <w:r>
        <w:rPr>
          <w:rFonts w:ascii="Arial" w:hAnsi="Arial"/>
        </w:rPr>
        <w:t>it's, it's going to make me feel good, I'm going to help them, but it's going to make me feel good. And I have read recently, more and more people are talking about how we have to drift away from feelings when it comes to international development work and</w:t>
      </w:r>
      <w:r>
        <w:rPr>
          <w:rFonts w:ascii="Arial" w:hAnsi="Arial"/>
        </w:rPr>
        <w:t xml:space="preserve"> more focused on outcomes, you know, because at the end of the day, that's probably what's going to make more of a difference.</w:t>
      </w:r>
    </w:p>
    <w:p w14:paraId="3B40AB15" w14:textId="77777777" w:rsidR="00F25685" w:rsidRDefault="00F25685">
      <w:pPr>
        <w:spacing w:after="0"/>
      </w:pPr>
    </w:p>
    <w:p w14:paraId="3AF02836" w14:textId="77777777" w:rsidR="00F25685" w:rsidRDefault="003B0324">
      <w:pPr>
        <w:spacing w:after="0"/>
      </w:pPr>
      <w:r>
        <w:rPr>
          <w:rFonts w:ascii="Arial" w:hAnsi="Arial"/>
          <w:color w:val="5D7284"/>
        </w:rPr>
        <w:t>12:44</w:t>
      </w:r>
    </w:p>
    <w:p w14:paraId="2A436274" w14:textId="77777777" w:rsidR="00F25685" w:rsidRDefault="003B0324">
      <w:pPr>
        <w:spacing w:after="0"/>
      </w:pPr>
      <w:r>
        <w:rPr>
          <w:rFonts w:ascii="Arial" w:hAnsi="Arial"/>
        </w:rPr>
        <w:t>And I guess, I agree with that somewhat. So I went through a long period after that, where I believe that very strongly, a</w:t>
      </w:r>
      <w:r>
        <w:rPr>
          <w:rFonts w:ascii="Arial" w:hAnsi="Arial"/>
        </w:rPr>
        <w:t>nd I mean, I still do, but as I've gotten older, I realized that emotions are okay. Yeah, there's nothing wrong with feeling good. If something you have done has been of help. It's, the problem comes when that's what you're focused on. Right? That's what y</w:t>
      </w:r>
      <w:r>
        <w:rPr>
          <w:rFonts w:ascii="Arial" w:hAnsi="Arial"/>
        </w:rPr>
        <w:t xml:space="preserve">our goal is, when, even if it's unconsciously, when that's the problem. And, you know, we're all human. And that's part of what I try to remind myself and people in class, and we're just full of contradictions and complications, and that's </w:t>
      </w:r>
      <w:r>
        <w:rPr>
          <w:rFonts w:ascii="Arial" w:hAnsi="Arial"/>
        </w:rPr>
        <w:lastRenderedPageBreak/>
        <w:t xml:space="preserve">okay. You know, </w:t>
      </w:r>
      <w:r>
        <w:rPr>
          <w:rFonts w:ascii="Arial" w:hAnsi="Arial"/>
        </w:rPr>
        <w:t>we got to embrace it. But then, on top of that, recognizing it, right, okay, that's going to be part of who I am and how people are, but I need to focus on outcomes, and on making a difference, whether it's my classroom or whether it's with within narrowly</w:t>
      </w:r>
      <w:r>
        <w:rPr>
          <w:rFonts w:ascii="Arial" w:hAnsi="Arial"/>
        </w:rPr>
        <w:t xml:space="preserve"> program, the natural resources Leadership Institute, so yeah, no,</w:t>
      </w:r>
    </w:p>
    <w:p w14:paraId="7624D6E0" w14:textId="77777777" w:rsidR="00F25685" w:rsidRDefault="00F25685">
      <w:pPr>
        <w:spacing w:after="0"/>
      </w:pPr>
    </w:p>
    <w:p w14:paraId="7E544E4D" w14:textId="77777777" w:rsidR="00F25685" w:rsidRDefault="003B0324">
      <w:pPr>
        <w:spacing w:after="0"/>
      </w:pPr>
      <w:r>
        <w:rPr>
          <w:rFonts w:ascii="Arial" w:hAnsi="Arial"/>
          <w:color w:val="5D7284"/>
        </w:rPr>
        <w:t>13:49</w:t>
      </w:r>
    </w:p>
    <w:p w14:paraId="034CD4CA" w14:textId="77777777" w:rsidR="00F25685" w:rsidRDefault="003B0324">
      <w:pPr>
        <w:spacing w:after="0"/>
      </w:pPr>
      <w:r>
        <w:rPr>
          <w:rFonts w:ascii="Arial" w:hAnsi="Arial"/>
        </w:rPr>
        <w:t>I completely agree. I think for me, particularly with my personality, and my like, General disposition, it's so hard emotions from anything. You know, I just did a podcast episode on</w:t>
      </w:r>
      <w:r>
        <w:rPr>
          <w:rFonts w:ascii="Arial" w:hAnsi="Arial"/>
        </w:rPr>
        <w:t xml:space="preserve"> emotional intelligence with a friend of mine. And yeah, Sky, George. I'm sure you remember him?</w:t>
      </w:r>
    </w:p>
    <w:p w14:paraId="358C03C1" w14:textId="77777777" w:rsidR="00F25685" w:rsidRDefault="00F25685">
      <w:pPr>
        <w:spacing w:after="0"/>
      </w:pPr>
    </w:p>
    <w:p w14:paraId="5778C9B2" w14:textId="77777777" w:rsidR="00F25685" w:rsidRDefault="003B0324">
      <w:pPr>
        <w:spacing w:after="0"/>
      </w:pPr>
      <w:r>
        <w:rPr>
          <w:rFonts w:ascii="Arial" w:hAnsi="Arial"/>
          <w:color w:val="5D7284"/>
        </w:rPr>
        <w:t>14:06</w:t>
      </w:r>
    </w:p>
    <w:p w14:paraId="4FDEA68D" w14:textId="77777777" w:rsidR="00F25685" w:rsidRDefault="003B0324">
      <w:pPr>
        <w:spacing w:after="0"/>
      </w:pPr>
      <w:r>
        <w:rPr>
          <w:rFonts w:ascii="Arial" w:hAnsi="Arial"/>
        </w:rPr>
        <w:t>Yes. Yeah.</w:t>
      </w:r>
    </w:p>
    <w:p w14:paraId="2BA856DA" w14:textId="77777777" w:rsidR="00F25685" w:rsidRDefault="00F25685">
      <w:pPr>
        <w:spacing w:after="0"/>
      </w:pPr>
    </w:p>
    <w:p w14:paraId="7418A4AF" w14:textId="77777777" w:rsidR="00F25685" w:rsidRDefault="003B0324">
      <w:pPr>
        <w:spacing w:after="0"/>
      </w:pPr>
      <w:r>
        <w:rPr>
          <w:rFonts w:ascii="Arial" w:hAnsi="Arial"/>
          <w:color w:val="5D7284"/>
        </w:rPr>
        <w:t>14:07</w:t>
      </w:r>
    </w:p>
    <w:p w14:paraId="7072D651" w14:textId="77777777" w:rsidR="00F25685" w:rsidRDefault="003B0324">
      <w:pPr>
        <w:spacing w:after="0"/>
      </w:pPr>
      <w:r>
        <w:rPr>
          <w:rFonts w:ascii="Arial" w:hAnsi="Arial"/>
        </w:rPr>
        <w:t xml:space="preserve">So he's in middle. He's at a he's a Tennessee State right now teaching. And so we talked a lot about that. And, yeah, it's a task. It </w:t>
      </w:r>
      <w:r>
        <w:rPr>
          <w:rFonts w:ascii="Arial" w:hAnsi="Arial"/>
        </w:rPr>
        <w:t>is a tall order. But I agree, you have to sort of hold both emotions and also outcomes, and it is the focus. That's really, really important.</w:t>
      </w:r>
    </w:p>
    <w:p w14:paraId="0094CE4D" w14:textId="77777777" w:rsidR="00F25685" w:rsidRDefault="00F25685">
      <w:pPr>
        <w:spacing w:after="0"/>
      </w:pPr>
    </w:p>
    <w:p w14:paraId="67BB1099" w14:textId="77777777" w:rsidR="00F25685" w:rsidRDefault="003B0324">
      <w:pPr>
        <w:spacing w:after="0"/>
      </w:pPr>
      <w:r>
        <w:rPr>
          <w:rFonts w:ascii="Arial" w:hAnsi="Arial"/>
          <w:color w:val="5D7284"/>
        </w:rPr>
        <w:t>14:24</w:t>
      </w:r>
    </w:p>
    <w:p w14:paraId="0E78B95E" w14:textId="77777777" w:rsidR="00F25685" w:rsidRDefault="003B0324">
      <w:pPr>
        <w:spacing w:after="0"/>
      </w:pPr>
      <w:r>
        <w:rPr>
          <w:rFonts w:ascii="Arial" w:hAnsi="Arial"/>
        </w:rPr>
        <w:t>Yeah, we're just a nice bundle of logic and emotions, like Nobel Prize winning economist Richard Thaler wro</w:t>
      </w:r>
      <w:r>
        <w:rPr>
          <w:rFonts w:ascii="Arial" w:hAnsi="Arial"/>
        </w:rPr>
        <w:t>te a book with a guy named Cass Sunstein called nudge, where they sort of elaborate on how, yeah, so they talk about that mixture. There are many other economists who do to kind of focus on on that mixture, how human emotion and logic interact. Anyway, tha</w:t>
      </w:r>
      <w:r>
        <w:rPr>
          <w:rFonts w:ascii="Arial" w:hAnsi="Arial"/>
        </w:rPr>
        <w:t>t's not really what we're here to talk about.</w:t>
      </w:r>
    </w:p>
    <w:p w14:paraId="486C0CC9" w14:textId="77777777" w:rsidR="00F25685" w:rsidRDefault="00F25685">
      <w:pPr>
        <w:spacing w:after="0"/>
      </w:pPr>
    </w:p>
    <w:p w14:paraId="7433595A" w14:textId="77777777" w:rsidR="00F25685" w:rsidRDefault="003B0324">
      <w:pPr>
        <w:spacing w:after="0"/>
      </w:pPr>
      <w:r>
        <w:rPr>
          <w:rFonts w:ascii="Arial" w:hAnsi="Arial"/>
          <w:color w:val="5D7284"/>
        </w:rPr>
        <w:t>14:55</w:t>
      </w:r>
    </w:p>
    <w:p w14:paraId="70F7C5D5" w14:textId="77777777" w:rsidR="00F25685" w:rsidRDefault="003B0324">
      <w:pPr>
        <w:spacing w:after="0"/>
      </w:pPr>
      <w:r>
        <w:rPr>
          <w:rFonts w:ascii="Arial" w:hAnsi="Arial"/>
        </w:rPr>
        <w:t>Well, before we get into the questions about facilitation, can you just kind of give us a Kind of glimpse into what your daily responsibilities and tasks are and things about what you do at us. I mean, I</w:t>
      </w:r>
      <w:r>
        <w:rPr>
          <w:rFonts w:ascii="Arial" w:hAnsi="Arial"/>
        </w:rPr>
        <w:t>'m mentioned narrowly and the tropical conservation development program. So in total, yeah.</w:t>
      </w:r>
    </w:p>
    <w:p w14:paraId="6C6D6B32" w14:textId="77777777" w:rsidR="00F25685" w:rsidRDefault="00F25685">
      <w:pPr>
        <w:spacing w:after="0"/>
      </w:pPr>
    </w:p>
    <w:p w14:paraId="3CB64FE1" w14:textId="77777777" w:rsidR="00F25685" w:rsidRDefault="003B0324">
      <w:pPr>
        <w:spacing w:after="0"/>
      </w:pPr>
      <w:r>
        <w:rPr>
          <w:rFonts w:ascii="Arial" w:hAnsi="Arial"/>
          <w:color w:val="5D7284"/>
        </w:rPr>
        <w:t>15:11</w:t>
      </w:r>
    </w:p>
    <w:p w14:paraId="3923482D" w14:textId="77777777" w:rsidR="00F25685" w:rsidRDefault="003B0324">
      <w:pPr>
        <w:spacing w:after="0"/>
      </w:pPr>
      <w:r>
        <w:rPr>
          <w:rFonts w:ascii="Arial" w:hAnsi="Arial"/>
        </w:rPr>
        <w:t xml:space="preserve">So I have two different appointments at the University of Florida, one at the Center for Latin American Studies. And there I work, in particular with </w:t>
      </w:r>
      <w:r>
        <w:rPr>
          <w:rFonts w:ascii="Arial" w:hAnsi="Arial"/>
        </w:rPr>
        <w:t xml:space="preserve">this program, you mentioned called the tropical conservation Development Program, which is a research and training program for graduate students from all over the world, US Latin America, I guess, primarily Latin America, in the US, but also Asia, Africa, </w:t>
      </w:r>
      <w:r>
        <w:rPr>
          <w:rFonts w:ascii="Arial" w:hAnsi="Arial"/>
        </w:rPr>
        <w:t>elsewhere. And it's focused on those who are interested in sustaining the natural resource base that humans depend on. So balancing that the need to conserve nature, ecosystems, species, water quality, all those things with the need for human dignity as we</w:t>
      </w:r>
      <w:r>
        <w:rPr>
          <w:rFonts w:ascii="Arial" w:hAnsi="Arial"/>
        </w:rPr>
        <w:t>ll. So it's how to find the balance between those most people in the program come as people working in conservation, so setting up national parks, as a network, endangered species and things like that. But it's trying to combine the social and natural scie</w:t>
      </w:r>
      <w:r>
        <w:rPr>
          <w:rFonts w:ascii="Arial" w:hAnsi="Arial"/>
        </w:rPr>
        <w:t>nces in a way that will prepare them to better understand and work in the context that they're working in. So that's what I do there. And I teach classes and conflict management, and facilitation, and communication and leadership, and then just work with g</w:t>
      </w:r>
      <w:r>
        <w:rPr>
          <w:rFonts w:ascii="Arial" w:hAnsi="Arial"/>
        </w:rPr>
        <w:t xml:space="preserve">raduate students on topics related to that. And the other half of my job, I'm in the School of forest resource and conservation. And </w:t>
      </w:r>
      <w:r>
        <w:rPr>
          <w:rFonts w:ascii="Arial" w:hAnsi="Arial"/>
        </w:rPr>
        <w:lastRenderedPageBreak/>
        <w:t>they're a director of the natural resources Leadership Institute, which is a leadership training program for natural resour</w:t>
      </w:r>
      <w:r>
        <w:rPr>
          <w:rFonts w:ascii="Arial" w:hAnsi="Arial"/>
        </w:rPr>
        <w:t>ce professionals from around the state of Florida. And you're, you're familiar with extension, probably, those listening to this are as well. And if they're not, they may have heard of four H or or programs like that. But this particular program brings peo</w:t>
      </w:r>
      <w:r>
        <w:rPr>
          <w:rFonts w:ascii="Arial" w:hAnsi="Arial"/>
        </w:rPr>
        <w:t xml:space="preserve">ple together from every natural resource sector that you can think of. So government agencies, both state and federal. So everything from the Army Corps of Engineers to here in Florida, the Florida Fish and Wildlife Commission, to what we have here, water </w:t>
      </w:r>
      <w:r>
        <w:rPr>
          <w:rFonts w:ascii="Arial" w:hAnsi="Arial"/>
        </w:rPr>
        <w:t>management districts, nonprofits, environmental advocacy groups, nonprofits like Audubon, and the Nature Conservancy, farmers and farming advocates, local elected officials, so you name it. And the idea of the program is to bring people together from all t</w:t>
      </w:r>
      <w:r>
        <w:rPr>
          <w:rFonts w:ascii="Arial" w:hAnsi="Arial"/>
        </w:rPr>
        <w:t>hese different sectors, and then take them around the state to examine case studies of really complex natural resource issues. So here in Florida, we have a lot of issues with water quality and quantity. We have a lot of issues with endangered species, mos</w:t>
      </w:r>
      <w:r>
        <w:rPr>
          <w:rFonts w:ascii="Arial" w:hAnsi="Arial"/>
        </w:rPr>
        <w:t>t people have heard of the Everglades and Everglades is, is a huge, very vastly important ecological and economic area. And it's highly endangered, and they're trying to restore it. And as you can imagine, there are just 1000s and 1000s of stakeholders, pe</w:t>
      </w:r>
      <w:r>
        <w:rPr>
          <w:rFonts w:ascii="Arial" w:hAnsi="Arial"/>
        </w:rPr>
        <w:t>ople who have interests and concerns about it. So we would take people to the Everglades to have them all, look at Everglades, a portion of a regional Everglades restoration, and hear from people on different sides of the issue. So the idea is to help them</w:t>
      </w:r>
      <w:r>
        <w:rPr>
          <w:rFonts w:ascii="Arial" w:hAnsi="Arial"/>
        </w:rPr>
        <w:t xml:space="preserve"> begin to understand where people are coming from why people fight, why they disagree, why they collaborate and provide them with tools to promote collaborative problem solving, with the hope, not with the hope, because we see it happening with the idea th</w:t>
      </w:r>
      <w:r>
        <w:rPr>
          <w:rFonts w:ascii="Arial" w:hAnsi="Arial"/>
        </w:rPr>
        <w:t xml:space="preserve">at when they go back to their jobs, every time there is an important negotiation over blue green algae blooms, and off the coast, over mining over putting in a Walmart over how much water an agricultural community can withdraw from the aquifer. That there </w:t>
      </w:r>
      <w:r>
        <w:rPr>
          <w:rFonts w:ascii="Arial" w:hAnsi="Arial"/>
        </w:rPr>
        <w:t xml:space="preserve">are people on all sides you've been trained in how to listen and how to negotiate. Not in how to try to win and beat down and crush the other side. So trying to reduce the number of decisions made through lawsuits and increase the number of decisions made </w:t>
      </w:r>
      <w:r>
        <w:rPr>
          <w:rFonts w:ascii="Arial" w:hAnsi="Arial"/>
        </w:rPr>
        <w:t>through collaborative decision making.</w:t>
      </w:r>
    </w:p>
    <w:p w14:paraId="1994AD3C" w14:textId="77777777" w:rsidR="00F25685" w:rsidRDefault="00F25685">
      <w:pPr>
        <w:spacing w:after="0"/>
      </w:pPr>
    </w:p>
    <w:p w14:paraId="77C683D3" w14:textId="77777777" w:rsidR="00F25685" w:rsidRDefault="003B0324">
      <w:pPr>
        <w:spacing w:after="0"/>
      </w:pPr>
      <w:r>
        <w:rPr>
          <w:rFonts w:ascii="Arial" w:hAnsi="Arial"/>
          <w:color w:val="5D7284"/>
        </w:rPr>
        <w:t>19:13</w:t>
      </w:r>
    </w:p>
    <w:p w14:paraId="15BC3C3A" w14:textId="77777777" w:rsidR="00F25685" w:rsidRDefault="003B0324">
      <w:pPr>
        <w:spacing w:after="0"/>
      </w:pPr>
      <w:r>
        <w:rPr>
          <w:rFonts w:ascii="Arial" w:hAnsi="Arial"/>
        </w:rPr>
        <w:t>I can imagine you have so many stories of these experiences. And those are it's so it's so critical, especially the times we're living in now to have effective communication. And I think that is right. That's t</w:t>
      </w:r>
      <w:r>
        <w:rPr>
          <w:rFonts w:ascii="Arial" w:hAnsi="Arial"/>
        </w:rPr>
        <w:t>he route. I feel like that's in talking with a lot of people in my Ph. D. program. A lot of the study of leadership came out of the study of communication, right? Yes. So</w:t>
      </w:r>
    </w:p>
    <w:p w14:paraId="715F393C" w14:textId="77777777" w:rsidR="00F25685" w:rsidRDefault="00F25685">
      <w:pPr>
        <w:spacing w:after="0"/>
      </w:pPr>
    </w:p>
    <w:p w14:paraId="6D23AD87" w14:textId="77777777" w:rsidR="00F25685" w:rsidRDefault="003B0324">
      <w:pPr>
        <w:spacing w:after="0"/>
      </w:pPr>
      <w:r>
        <w:rPr>
          <w:rFonts w:ascii="Arial" w:hAnsi="Arial"/>
          <w:color w:val="5D7284"/>
        </w:rPr>
        <w:t>19:38</w:t>
      </w:r>
    </w:p>
    <w:p w14:paraId="0CC50244" w14:textId="77777777" w:rsidR="00F25685" w:rsidRDefault="003B0324">
      <w:pPr>
        <w:spacing w:after="0"/>
      </w:pPr>
      <w:r>
        <w:rPr>
          <w:rFonts w:ascii="Arial" w:hAnsi="Arial"/>
        </w:rPr>
        <w:t xml:space="preserve">I was just reading a book which I will recommend to your your listeners, your </w:t>
      </w:r>
      <w:r>
        <w:rPr>
          <w:rFonts w:ascii="Arial" w:hAnsi="Arial"/>
        </w:rPr>
        <w:t xml:space="preserve">listeners, and it's called you're not listening by Kate Murphy, who I think was a reporter for The New York Times or something for a while, but anyway, she wrote a book about listening, and I don't like all of it, but most of the book is really wonderful. </w:t>
      </w:r>
      <w:r>
        <w:rPr>
          <w:rFonts w:ascii="Arial" w:hAnsi="Arial"/>
        </w:rPr>
        <w:t>One of the things she talks about is that in communication programs, she looked around the country different communications program. It's almost all about how do you how do I convince Austin of things? How do I communicate effectively with Austin, and almo</w:t>
      </w:r>
      <w:r>
        <w:rPr>
          <w:rFonts w:ascii="Arial" w:hAnsi="Arial"/>
        </w:rPr>
        <w:t>st nothing about listening to people. And to me as to her, as she learned as to those who study you're listening is where it all begins. You're familiar with Stephen Covey's quote, which actually came from a number of different places, including the Old Te</w:t>
      </w:r>
      <w:r>
        <w:rPr>
          <w:rFonts w:ascii="Arial" w:hAnsi="Arial"/>
        </w:rPr>
        <w:t>stament, I believe, in other, which is seek first to understand before seeking to be understood. So that's kind of the underlying premise of her book as well, as you know, of what I teach in both in early and in the classes I teach.</w:t>
      </w:r>
    </w:p>
    <w:p w14:paraId="7CF4A5AB" w14:textId="77777777" w:rsidR="00F25685" w:rsidRDefault="00F25685">
      <w:pPr>
        <w:spacing w:after="0"/>
      </w:pPr>
    </w:p>
    <w:p w14:paraId="50848F73" w14:textId="77777777" w:rsidR="00F25685" w:rsidRDefault="003B0324">
      <w:pPr>
        <w:spacing w:after="0"/>
      </w:pPr>
      <w:r>
        <w:rPr>
          <w:rFonts w:ascii="Arial" w:hAnsi="Arial"/>
          <w:color w:val="5D7284"/>
        </w:rPr>
        <w:t>20:47</w:t>
      </w:r>
    </w:p>
    <w:p w14:paraId="08801236" w14:textId="77777777" w:rsidR="00F25685" w:rsidRDefault="003B0324">
      <w:pPr>
        <w:spacing w:after="0"/>
      </w:pPr>
      <w:r>
        <w:rPr>
          <w:rFonts w:ascii="Arial" w:hAnsi="Arial"/>
        </w:rPr>
        <w:t>Oh, yeah, that q</w:t>
      </w:r>
      <w:r>
        <w:rPr>
          <w:rFonts w:ascii="Arial" w:hAnsi="Arial"/>
        </w:rPr>
        <w:t>uote is, yeah, something that I have lived by and want to continue to live by for some time, now. I use it on in most every class, my students see a glimpse of it, you know, somewhere around there. So thank you so much for sharing that and giving us a litt</w:t>
      </w:r>
      <w:r>
        <w:rPr>
          <w:rFonts w:ascii="Arial" w:hAnsi="Arial"/>
        </w:rPr>
        <w:t>le glimpse into into some and your your life and the the populations that you affect and the work that you do. So to give you an idea of the students listening to the podcast, this is for my pure leadership class. And these are students who are in leadersh</w:t>
      </w:r>
      <w:r>
        <w:rPr>
          <w:rFonts w:ascii="Arial" w:hAnsi="Arial"/>
        </w:rPr>
        <w:t>ip positions around campus, and some of them are working on campus, some of them are in charge of clubs. Others are maybe in the Corps of Cadets, which is a really heavily heavy influence on the culture of Virginia Tech. And one of the projects of the clas</w:t>
      </w:r>
      <w:r>
        <w:rPr>
          <w:rFonts w:ascii="Arial" w:hAnsi="Arial"/>
        </w:rPr>
        <w:t xml:space="preserve">s is a facilitation project. Now, it normally would be in person, but we're going to be doing it online. So I want to kind of talk a little bit about your work with facilitation, and maybe you can just share some of your wisdom with us. So I want to start </w:t>
      </w:r>
      <w:r>
        <w:rPr>
          <w:rFonts w:ascii="Arial" w:hAnsi="Arial"/>
        </w:rPr>
        <w:t>with just asking, how do you define the practice of facilitation?</w:t>
      </w:r>
    </w:p>
    <w:p w14:paraId="34475685" w14:textId="77777777" w:rsidR="00F25685" w:rsidRDefault="00F25685">
      <w:pPr>
        <w:spacing w:after="0"/>
      </w:pPr>
    </w:p>
    <w:p w14:paraId="2FCEE8EF" w14:textId="77777777" w:rsidR="00F25685" w:rsidRDefault="003B0324">
      <w:pPr>
        <w:spacing w:after="0"/>
      </w:pPr>
      <w:r>
        <w:rPr>
          <w:rFonts w:ascii="Arial" w:hAnsi="Arial"/>
          <w:color w:val="5D7284"/>
        </w:rPr>
        <w:t>21:53</w:t>
      </w:r>
    </w:p>
    <w:p w14:paraId="2FCAF0A4" w14:textId="77777777" w:rsidR="00F25685" w:rsidRDefault="003B0324">
      <w:pPr>
        <w:spacing w:after="0"/>
      </w:pPr>
      <w:r>
        <w:rPr>
          <w:rFonts w:ascii="Arial" w:hAnsi="Arial"/>
        </w:rPr>
        <w:t>Great, I'll do that. And I've just got through it very quickly. I started my story with Peace Corps, but I really shouldn't have us and especially now that reminded me of your audienc</w:t>
      </w:r>
      <w:r>
        <w:rPr>
          <w:rFonts w:ascii="Arial" w:hAnsi="Arial"/>
        </w:rPr>
        <w:t>e. And I just want to congratulate and compliment all those students on what they're doing. Because my career really began when I was at University of Florida and being involved in student organizations that really taught me a lot of what I needed to know,</w:t>
      </w:r>
      <w:r>
        <w:rPr>
          <w:rFonts w:ascii="Arial" w:hAnsi="Arial"/>
        </w:rPr>
        <w:t xml:space="preserve"> a group called the student lecture series, which was the one that brought in speakers to campus I was an RA, when I'm trying to think of what we should call it, but Freshman Orientation Leader taking students on campus,</w:t>
      </w:r>
    </w:p>
    <w:p w14:paraId="177E98ED" w14:textId="77777777" w:rsidR="00F25685" w:rsidRDefault="00F25685">
      <w:pPr>
        <w:spacing w:after="0"/>
      </w:pPr>
    </w:p>
    <w:p w14:paraId="6EBD6B4D" w14:textId="77777777" w:rsidR="00F25685" w:rsidRDefault="003B0324">
      <w:pPr>
        <w:spacing w:after="0"/>
      </w:pPr>
      <w:r>
        <w:rPr>
          <w:rFonts w:ascii="Arial" w:hAnsi="Arial"/>
          <w:color w:val="5D7284"/>
        </w:rPr>
        <w:t>22:31</w:t>
      </w:r>
    </w:p>
    <w:p w14:paraId="73CA5371" w14:textId="77777777" w:rsidR="00F25685" w:rsidRDefault="003B0324">
      <w:pPr>
        <w:spacing w:after="0"/>
      </w:pPr>
      <w:r>
        <w:rPr>
          <w:rFonts w:ascii="Arial" w:hAnsi="Arial"/>
        </w:rPr>
        <w:t>like First Year Experience.</w:t>
      </w:r>
    </w:p>
    <w:p w14:paraId="33F01A9A" w14:textId="77777777" w:rsidR="00F25685" w:rsidRDefault="00F25685">
      <w:pPr>
        <w:spacing w:after="0"/>
      </w:pPr>
    </w:p>
    <w:p w14:paraId="1D3945DD" w14:textId="77777777" w:rsidR="00F25685" w:rsidRDefault="003B0324">
      <w:pPr>
        <w:spacing w:after="0"/>
      </w:pPr>
      <w:r>
        <w:rPr>
          <w:rFonts w:ascii="Arial" w:hAnsi="Arial"/>
          <w:color w:val="5D7284"/>
        </w:rPr>
        <w:t>22:33</w:t>
      </w:r>
    </w:p>
    <w:p w14:paraId="3939E070" w14:textId="77777777" w:rsidR="00F25685" w:rsidRDefault="003B0324">
      <w:pPr>
        <w:spacing w:after="0"/>
      </w:pPr>
      <w:r>
        <w:rPr>
          <w:rFonts w:ascii="Arial" w:hAnsi="Arial"/>
        </w:rPr>
        <w:t>Yeah, and I am pretty, I can almost guarantee everybody listening, who is in a pure leadership position, that you're going to be using those skills and what you've learned in that for the rest of your life. So great decision to get involved. So faci</w:t>
      </w:r>
      <w:r>
        <w:rPr>
          <w:rFonts w:ascii="Arial" w:hAnsi="Arial"/>
        </w:rPr>
        <w:t>litation, what is it? So facilitation to me, is helping people engage in dialogue. And I'm going to divide it into three categories. I don't mean to sound academic, but people who throw the word around a lot, it means different things. At a, quote unquote,</w:t>
      </w:r>
      <w:r>
        <w:rPr>
          <w:rFonts w:ascii="Arial" w:hAnsi="Arial"/>
        </w:rPr>
        <w:t xml:space="preserve"> their professional facilitator, so at a pure level of facilitation, it is someone who helps a group do what it can't or won't do on its own, and helps a group do its best thinking as the author Sam caner, has has, has defined it. So when you're a facilita</w:t>
      </w:r>
      <w:r>
        <w:rPr>
          <w:rFonts w:ascii="Arial" w:hAnsi="Arial"/>
        </w:rPr>
        <w:t>tor, a group that needs to make a decision, wants to have a discussion. And for whatever reason, they can't or don't want to do it well, so maybe people too many people dominate, or people don't talk or they get confused, or they get angry at each other or</w:t>
      </w:r>
      <w:r>
        <w:rPr>
          <w:rFonts w:ascii="Arial" w:hAnsi="Arial"/>
        </w:rPr>
        <w:t xml:space="preserve"> they kind of don't ever get anywhere. facilitator is someone who comes in who's impartial, not neutral, but impartial, and helps kind of unclog those communication problems. And they do that by paying attention to I'm going to use the participatory values</w:t>
      </w:r>
      <w:r>
        <w:rPr>
          <w:rFonts w:ascii="Arial" w:hAnsi="Arial"/>
        </w:rPr>
        <w:t xml:space="preserve"> that again, this, this author Sam caner writes about and he's one of my favorite, facilitate full attention authors. And he talks about a facilitator trying to encourage full participation, so that everybody participating and staying away feel comfortable</w:t>
      </w:r>
      <w:r>
        <w:rPr>
          <w:rFonts w:ascii="Arial" w:hAnsi="Arial"/>
        </w:rPr>
        <w:t xml:space="preserve">, when they feel hurt or hurt, mutual understanding where you want everybody in that group, be it a group project in college, or nonprofit or business, trying to make decisions. So having everybody not agree with each other, but understand </w:t>
      </w:r>
      <w:r>
        <w:rPr>
          <w:rFonts w:ascii="Arial" w:hAnsi="Arial"/>
        </w:rPr>
        <w:lastRenderedPageBreak/>
        <w:t xml:space="preserve">where what else </w:t>
      </w:r>
      <w:r>
        <w:rPr>
          <w:rFonts w:ascii="Arial" w:hAnsi="Arial"/>
        </w:rPr>
        <w:t>is coming from. So understand everyone else's logic when a decision is being made, inclusive solutions so that whatever that group comes up with everybody feels invested in it because they've been a part of it. And similarly, shared responsibility. You kno</w:t>
      </w:r>
      <w:r>
        <w:rPr>
          <w:rFonts w:ascii="Arial" w:hAnsi="Arial"/>
        </w:rPr>
        <w:t xml:space="preserve">w, whatever we decide we've come up with, I have a responsibility help move that forward, because as part of that decision making process so full participation, mutual understanding because solutions and shared responsibility are Part of that facilitation </w:t>
      </w:r>
      <w:r>
        <w:rPr>
          <w:rFonts w:ascii="Arial" w:hAnsi="Arial"/>
        </w:rPr>
        <w:t>when you're talking about working with groups. That said, there are two other kinds of facilitation that are often discussed in that, I think you and I both practice facilitative teaching, which is unlike pure facilitation, in that, when I practice facilit</w:t>
      </w:r>
      <w:r>
        <w:rPr>
          <w:rFonts w:ascii="Arial" w:hAnsi="Arial"/>
        </w:rPr>
        <w:t>ated teaching, I have an agenda I'm not being impartial, right, I'm, you know, when I work with a group, whatever they want to get accomplished, that's their, that's their job, I go home at three, or whatever it is, you're working with it. When I'm teachin</w:t>
      </w:r>
      <w:r>
        <w:rPr>
          <w:rFonts w:ascii="Arial" w:hAnsi="Arial"/>
        </w:rPr>
        <w:t>g, I have a goal. But I want the students, the people in the in the classes and workshops, to learn from each other, I want to give them a space where they feel comfortable talking and can move forward and can brainstorm and teach each other. So facilitati</w:t>
      </w:r>
      <w:r>
        <w:rPr>
          <w:rFonts w:ascii="Arial" w:hAnsi="Arial"/>
        </w:rPr>
        <w:t>ve teaching is applying facilitative concepts and techniques to teaching, I will still maybe give a lecture at I will decide that today we're going to talk about, I don't know, values or running meetings, or whatever it is, but I want them to learn from ea</w:t>
      </w:r>
      <w:r>
        <w:rPr>
          <w:rFonts w:ascii="Arial" w:hAnsi="Arial"/>
        </w:rPr>
        <w:t>ch other, I want to facilitate that learning. And the third thing, so there's group facilitation, there's a lot of teaching, there's facilitative leadership, and facilitative leadership, similar to teaching is that one is in a leadership position. But your</w:t>
      </w:r>
      <w:r>
        <w:rPr>
          <w:rFonts w:ascii="Arial" w:hAnsi="Arial"/>
        </w:rPr>
        <w:t xml:space="preserve"> job is to create the environment where those who are working with and for you can reach their potential and do their best work. So it's not that command and control kind of leadership. Okay, Austin, you're in charge of this. JOHN, you're in charge of that</w:t>
      </w:r>
      <w:r>
        <w:rPr>
          <w:rFonts w:ascii="Arial" w:hAnsi="Arial"/>
        </w:rPr>
        <w:t xml:space="preserve"> industry, you're in charge of that. But instead, it's okay, here, we're gonna define together what our goals are. And then who's going to be in charge of this? How are we going to do that? How are we going to measure it, you report and sort of giving peop</w:t>
      </w:r>
      <w:r>
        <w:rPr>
          <w:rFonts w:ascii="Arial" w:hAnsi="Arial"/>
        </w:rPr>
        <w:t>le the leeway, and the confidence and the responsibility to carry out those functions, and many of the most successful corporations, and most successful organizations have leaders who practice a form of facilitative leadership.</w:t>
      </w:r>
    </w:p>
    <w:p w14:paraId="7C640884" w14:textId="77777777" w:rsidR="00F25685" w:rsidRDefault="00F25685">
      <w:pPr>
        <w:spacing w:after="0"/>
      </w:pPr>
    </w:p>
    <w:p w14:paraId="24A7BC5F" w14:textId="77777777" w:rsidR="00F25685" w:rsidRDefault="003B0324">
      <w:pPr>
        <w:spacing w:after="0"/>
      </w:pPr>
      <w:r>
        <w:rPr>
          <w:rFonts w:ascii="Arial" w:hAnsi="Arial"/>
          <w:color w:val="5D7284"/>
        </w:rPr>
        <w:t>27:07</w:t>
      </w:r>
    </w:p>
    <w:p w14:paraId="51F24B46" w14:textId="77777777" w:rsidR="00F25685" w:rsidRDefault="003B0324">
      <w:pPr>
        <w:spacing w:after="0"/>
      </w:pPr>
      <w:r>
        <w:rPr>
          <w:rFonts w:ascii="Arial" w:hAnsi="Arial"/>
        </w:rPr>
        <w:t>Now, I wonder if thes</w:t>
      </w:r>
      <w:r>
        <w:rPr>
          <w:rFonts w:ascii="Arial" w:hAnsi="Arial"/>
        </w:rPr>
        <w:t>e three types of facilitation, do you think in one, do you think that maybe it depends on the context? Or do you think in one setting, you can kind of put on one hat and take off another hat? I feel like there's a little bit of continuity in some of these.</w:t>
      </w:r>
    </w:p>
    <w:p w14:paraId="573E9033" w14:textId="77777777" w:rsidR="00F25685" w:rsidRDefault="00F25685">
      <w:pPr>
        <w:spacing w:after="0"/>
      </w:pPr>
    </w:p>
    <w:p w14:paraId="162ED137" w14:textId="77777777" w:rsidR="00F25685" w:rsidRDefault="003B0324">
      <w:pPr>
        <w:spacing w:after="0"/>
      </w:pPr>
      <w:r>
        <w:rPr>
          <w:rFonts w:ascii="Arial" w:hAnsi="Arial"/>
          <w:color w:val="5D7284"/>
        </w:rPr>
        <w:t>27:23</w:t>
      </w:r>
    </w:p>
    <w:p w14:paraId="1D1CF8E9" w14:textId="77777777" w:rsidR="00F25685" w:rsidRDefault="003B0324">
      <w:pPr>
        <w:spacing w:after="0"/>
      </w:pPr>
      <w:r>
        <w:rPr>
          <w:rFonts w:ascii="Arial" w:hAnsi="Arial"/>
        </w:rPr>
        <w:t>Yeah, so that's a really good question. And it's not always the best strategy, right? Because let's just talk about crisis leadership right now, just for a moment. So when there is a crisis, let's say your house is on fire. You don't want to get it</w:t>
      </w:r>
      <w:r>
        <w:rPr>
          <w:rFonts w:ascii="Arial" w:hAnsi="Arial"/>
        </w:rPr>
        <w:t xml:space="preserve"> ready together and sit down in the living room? Ah, things burnings, Okay, wait, wait, you know, before we decide we're going to take down and make a list. What do you want to take? Are you sure you want to take that Austin? Does anybody okay? I mean, you</w:t>
      </w:r>
      <w:r>
        <w:rPr>
          <w:rFonts w:ascii="Arial" w:hAnsi="Arial"/>
        </w:rPr>
        <w:t xml:space="preserve"> don't want to have that kind of discussion when there's an emergency, emergency steps need to be taken. Right. So a facilitative approach, at some point, a moment of crisis is not necessarily where you want to go. However, once you're beyond that immediat</w:t>
      </w:r>
      <w:r>
        <w:rPr>
          <w:rFonts w:ascii="Arial" w:hAnsi="Arial"/>
        </w:rPr>
        <w:t>e crisis of the fire, of whatever, that's when it's really vitally important to get the input of everyone possible in that decision making. Because the world is way, way, way too complex for any one person or even one group, to understand it well enough to</w:t>
      </w:r>
      <w:r>
        <w:rPr>
          <w:rFonts w:ascii="Arial" w:hAnsi="Arial"/>
        </w:rPr>
        <w:t xml:space="preserve"> make really the best decisions, and to tap into the wisdom of the crowd, as a facilitative leader, once that crisis, you </w:t>
      </w:r>
      <w:r>
        <w:rPr>
          <w:rFonts w:ascii="Arial" w:hAnsi="Arial"/>
        </w:rPr>
        <w:lastRenderedPageBreak/>
        <w:t>know that that crisis moment is passed, it's really important to be engaging people and going back to practicing facilitated leadershi</w:t>
      </w:r>
      <w:r>
        <w:rPr>
          <w:rFonts w:ascii="Arial" w:hAnsi="Arial"/>
        </w:rPr>
        <w:t>p. Does that make sense at all? Absolutely. Yeah, I</w:t>
      </w:r>
    </w:p>
    <w:p w14:paraId="7B85B285" w14:textId="77777777" w:rsidR="00F25685" w:rsidRDefault="00F25685">
      <w:pPr>
        <w:spacing w:after="0"/>
      </w:pPr>
    </w:p>
    <w:p w14:paraId="531E9B24" w14:textId="77777777" w:rsidR="00F25685" w:rsidRDefault="003B0324">
      <w:pPr>
        <w:spacing w:after="0"/>
      </w:pPr>
      <w:r>
        <w:rPr>
          <w:rFonts w:ascii="Arial" w:hAnsi="Arial"/>
          <w:color w:val="5D7284"/>
        </w:rPr>
        <w:t>28:39</w:t>
      </w:r>
    </w:p>
    <w:p w14:paraId="5832939C" w14:textId="77777777" w:rsidR="00F25685" w:rsidRDefault="003B0324">
      <w:pPr>
        <w:spacing w:after="0"/>
      </w:pPr>
      <w:r>
        <w:rPr>
          <w:rFonts w:ascii="Arial" w:hAnsi="Arial"/>
        </w:rPr>
        <w:t>certainly would not. That's a great analogy. I really appreciate that. Because Yeah, you do. There are times when maybe seeking input in an emergency at the moment, like we got to get to safety fir</w:t>
      </w:r>
      <w:r>
        <w:rPr>
          <w:rFonts w:ascii="Arial" w:hAnsi="Arial"/>
        </w:rPr>
        <w:t>st. And then safety, when we get to that point, then we can kind of move in that direction. One common theme, it seems to me in each of these facilitative practices is creating an environment for the dialogue. What do you think are some key things that fac</w:t>
      </w:r>
      <w:r>
        <w:rPr>
          <w:rFonts w:ascii="Arial" w:hAnsi="Arial"/>
        </w:rPr>
        <w:t>ilitators need to do in order to create that environment?</w:t>
      </w:r>
    </w:p>
    <w:p w14:paraId="2755B837" w14:textId="77777777" w:rsidR="00F25685" w:rsidRDefault="00F25685">
      <w:pPr>
        <w:spacing w:after="0"/>
      </w:pPr>
    </w:p>
    <w:p w14:paraId="1E88E914" w14:textId="77777777" w:rsidR="00F25685" w:rsidRDefault="003B0324">
      <w:pPr>
        <w:spacing w:after="0"/>
      </w:pPr>
      <w:r>
        <w:rPr>
          <w:rFonts w:ascii="Arial" w:hAnsi="Arial"/>
          <w:color w:val="5D7284"/>
        </w:rPr>
        <w:t>29:14</w:t>
      </w:r>
    </w:p>
    <w:p w14:paraId="0562689B" w14:textId="77777777" w:rsidR="00F25685" w:rsidRDefault="003B0324">
      <w:pPr>
        <w:spacing w:after="0"/>
      </w:pPr>
      <w:r>
        <w:rPr>
          <w:rFonts w:ascii="Arial" w:hAnsi="Arial"/>
        </w:rPr>
        <w:t xml:space="preserve">That's a very good question. And for those who haven't had facilitation training, and or aren't just naturals at it, this is where we often fall down. Because the idea is, okay, let's get </w:t>
      </w:r>
      <w:r>
        <w:rPr>
          <w:rFonts w:ascii="Arial" w:hAnsi="Arial"/>
        </w:rPr>
        <w:t>about two people together. And I'll you know, I'll run everything, right, I'll tell people, I'll make sure people speak. But that idea of creating the environment is vital, and both physical and, and I don't even call it an emotional environment, right. So</w:t>
      </w:r>
      <w:r>
        <w:rPr>
          <w:rFonts w:ascii="Arial" w:hAnsi="Arial"/>
        </w:rPr>
        <w:t xml:space="preserve"> a physical environment, ideally, you want environment where people feel comfortable, whether it's decent chairs, whether it's good lighting, whether there's enough space, all those kinds of things. And some of the most difficult and best decisions in hist</w:t>
      </w:r>
      <w:r>
        <w:rPr>
          <w:rFonts w:ascii="Arial" w:hAnsi="Arial"/>
        </w:rPr>
        <w:t>ory have been made when people go and take a walk outside versus sitting in a conference room, you know, right around table, right? So having a physical environment where it's comfortable, where the timing is, right, so it's not during lunch or make trying</w:t>
      </w:r>
      <w:r>
        <w:rPr>
          <w:rFonts w:ascii="Arial" w:hAnsi="Arial"/>
        </w:rPr>
        <w:t xml:space="preserve"> to make the difficult decision, the last thing of the day, whenever he's exhausted, you know, all those sorts of things. But then the other thing is the understanding the dynamics of the group and trying to help create a an atmosphere where people feel li</w:t>
      </w:r>
      <w:r>
        <w:rPr>
          <w:rFonts w:ascii="Arial" w:hAnsi="Arial"/>
        </w:rPr>
        <w:t>ke they can say what they want and not be judged, where they feel like they can critique ideas, not people, but ideas, and have those critiques be accepted, where people are excited to, to learn and to move forward. And again, it's not in what people haven</w:t>
      </w:r>
      <w:r>
        <w:rPr>
          <w:rFonts w:ascii="Arial" w:hAnsi="Arial"/>
        </w:rPr>
        <w:t xml:space="preserve">'t got this sort of happy, oh, let's all hold hands and, and burn incense. And it's all wonderful. Not in that sense at all. There's nothing wrong with that. But in the sense that people need a chance to warm up. So it's very helpful to let people talk to </w:t>
      </w:r>
      <w:r>
        <w:rPr>
          <w:rFonts w:ascii="Arial" w:hAnsi="Arial"/>
        </w:rPr>
        <w:t>each other a little bit first, in pairs, or in small groups. People need to feel comfortable. So not jumping right into things, but letting everybody having had a chance to, to listen and make sure everybody knows why they're always on the same page. Those</w:t>
      </w:r>
      <w:r>
        <w:rPr>
          <w:rFonts w:ascii="Arial" w:hAnsi="Arial"/>
        </w:rPr>
        <w:t xml:space="preserve"> kinds of things. People often think think of icebreakers as, okay, what's your favorite shoe? And you know, what kind of shoe would you be in? And that's not an icebreaker is really anything that helps a group feel more comfortable talking to each other. </w:t>
      </w:r>
      <w:r>
        <w:rPr>
          <w:rFonts w:ascii="Arial" w:hAnsi="Arial"/>
        </w:rPr>
        <w:t>Right? So those things, creating a positive and comfortable environment, physically and emotionally for the group to be able to do what they need to do is vital.</w:t>
      </w:r>
    </w:p>
    <w:p w14:paraId="2B53A899" w14:textId="77777777" w:rsidR="00F25685" w:rsidRDefault="00F25685">
      <w:pPr>
        <w:spacing w:after="0"/>
      </w:pPr>
    </w:p>
    <w:p w14:paraId="4377C874" w14:textId="77777777" w:rsidR="00F25685" w:rsidRDefault="003B0324">
      <w:pPr>
        <w:spacing w:after="0"/>
      </w:pPr>
      <w:r>
        <w:rPr>
          <w:rFonts w:ascii="Arial" w:hAnsi="Arial"/>
          <w:color w:val="5D7284"/>
        </w:rPr>
        <w:t>31:43</w:t>
      </w:r>
    </w:p>
    <w:p w14:paraId="6551DFEE" w14:textId="77777777" w:rsidR="00F25685" w:rsidRDefault="003B0324">
      <w:pPr>
        <w:spacing w:after="0"/>
      </w:pPr>
      <w:r>
        <w:rPr>
          <w:rFonts w:ascii="Arial" w:hAnsi="Arial"/>
        </w:rPr>
        <w:t>what you were saying makes me think about some of the things we learned about in your c</w:t>
      </w:r>
      <w:r>
        <w:rPr>
          <w:rFonts w:ascii="Arial" w:hAnsi="Arial"/>
        </w:rPr>
        <w:t>lass, particularly how this is a process and that, you know, one meeting, we're not going to solve everything. And there are periods of time, I think I remember it being called the groan zone, where there is this like collective in the group, like the deci</w:t>
      </w:r>
      <w:r>
        <w:rPr>
          <w:rFonts w:ascii="Arial" w:hAnsi="Arial"/>
        </w:rPr>
        <w:t>sion hasn't been made. It may not be made for another week or so or a month or something. And people are just kind of, you know, oh my gosh, when's this gonna end? But that's a necessary part of the whole thing.</w:t>
      </w:r>
    </w:p>
    <w:p w14:paraId="1108ACD8" w14:textId="77777777" w:rsidR="00F25685" w:rsidRDefault="00F25685">
      <w:pPr>
        <w:spacing w:after="0"/>
      </w:pPr>
    </w:p>
    <w:p w14:paraId="14DB85DB" w14:textId="77777777" w:rsidR="00F25685" w:rsidRDefault="003B0324">
      <w:pPr>
        <w:spacing w:after="0"/>
      </w:pPr>
      <w:r>
        <w:rPr>
          <w:rFonts w:ascii="Arial" w:hAnsi="Arial"/>
          <w:color w:val="5D7284"/>
        </w:rPr>
        <w:lastRenderedPageBreak/>
        <w:t>32:12</w:t>
      </w:r>
    </w:p>
    <w:p w14:paraId="44AADC8E" w14:textId="77777777" w:rsidR="00F25685" w:rsidRDefault="003B0324">
      <w:pPr>
        <w:spacing w:after="0"/>
      </w:pPr>
      <w:r>
        <w:rPr>
          <w:rFonts w:ascii="Arial" w:hAnsi="Arial"/>
        </w:rPr>
        <w:t>Right? That's right. And that is some</w:t>
      </w:r>
      <w:r>
        <w:rPr>
          <w:rFonts w:ascii="Arial" w:hAnsi="Arial"/>
        </w:rPr>
        <w:t>thing that that emphasized in my classes in early. It's an important concept in group dynamics, when I was younger used to be called forming, storming, norming. And performing, right, yeah. And then Sam caner, in his facilitators guide, decision making, sh</w:t>
      </w:r>
      <w:r>
        <w:rPr>
          <w:rFonts w:ascii="Arial" w:hAnsi="Arial"/>
        </w:rPr>
        <w:t>ould have re described and clarified it is what he calls the ground zone. And it's just recognizing that it's normal, when there's a complex decision to just sort of get lost and tired. There are too many things to think about. And that's okay. Just like w</w:t>
      </w:r>
      <w:r>
        <w:rPr>
          <w:rFonts w:ascii="Arial" w:hAnsi="Arial"/>
        </w:rPr>
        <w:t>riter's block, when you got to write a paper and you just get there, you're sitting there for an hour and nothing's happening, then you go, take a shower at burrito, whatever, and you come back. Oh, now I got it. Groups go to that same groan zone of just g</w:t>
      </w:r>
      <w:r>
        <w:rPr>
          <w:rFonts w:ascii="Arial" w:hAnsi="Arial"/>
        </w:rPr>
        <w:t>etting stuck.</w:t>
      </w:r>
    </w:p>
    <w:p w14:paraId="69DBFDB0" w14:textId="77777777" w:rsidR="00F25685" w:rsidRDefault="00F25685">
      <w:pPr>
        <w:spacing w:after="0"/>
      </w:pPr>
    </w:p>
    <w:p w14:paraId="37A03B6E" w14:textId="77777777" w:rsidR="00F25685" w:rsidRDefault="003B0324">
      <w:pPr>
        <w:spacing w:after="0"/>
      </w:pPr>
      <w:r>
        <w:rPr>
          <w:rFonts w:ascii="Arial" w:hAnsi="Arial"/>
          <w:color w:val="5D7284"/>
        </w:rPr>
        <w:t>33:00</w:t>
      </w:r>
    </w:p>
    <w:p w14:paraId="1914B36B" w14:textId="77777777" w:rsidR="00F25685" w:rsidRDefault="003B0324">
      <w:pPr>
        <w:spacing w:after="0"/>
      </w:pPr>
      <w:r>
        <w:rPr>
          <w:rFonts w:ascii="Arial" w:hAnsi="Arial"/>
        </w:rPr>
        <w:t>Yeah, it's amazing what a good night's sleep can do as well, you know, writing my dissertation, like I would reach a point where I'm like, you know, what I'm done for the day, I'm not going to be able to constructively come up with any</w:t>
      </w:r>
      <w:r>
        <w:rPr>
          <w:rFonts w:ascii="Arial" w:hAnsi="Arial"/>
        </w:rPr>
        <w:t>thing else good to put on paper. So I'm just going to go do something else for a while, sleep on it, come back. And you do come with a new perspective. Like, it's like, you know, you get recharged and re energized and you know, so given our COVID situation</w:t>
      </w:r>
      <w:r>
        <w:rPr>
          <w:rFonts w:ascii="Arial" w:hAnsi="Arial"/>
        </w:rPr>
        <w:t xml:space="preserve"> around the world, how do you think some of this translates to the online environment? Do you think there are some things that are similar and some things that are different with facilitating, because I'm sure some of the things you're doing are a little b</w:t>
      </w:r>
      <w:r>
        <w:rPr>
          <w:rFonts w:ascii="Arial" w:hAnsi="Arial"/>
        </w:rPr>
        <w:t>it of both? Like, I think you're doing some in person stuff in some online stuff. So</w:t>
      </w:r>
    </w:p>
    <w:p w14:paraId="4A33DC26" w14:textId="77777777" w:rsidR="00F25685" w:rsidRDefault="00F25685">
      <w:pPr>
        <w:spacing w:after="0"/>
      </w:pPr>
    </w:p>
    <w:p w14:paraId="42917432" w14:textId="77777777" w:rsidR="00F25685" w:rsidRDefault="003B0324">
      <w:pPr>
        <w:spacing w:after="0"/>
      </w:pPr>
      <w:r>
        <w:rPr>
          <w:rFonts w:ascii="Arial" w:hAnsi="Arial"/>
          <w:color w:val="5D7284"/>
        </w:rPr>
        <w:t>33:40</w:t>
      </w:r>
    </w:p>
    <w:p w14:paraId="61238C8F" w14:textId="77777777" w:rsidR="00F25685" w:rsidRDefault="003B0324">
      <w:pPr>
        <w:spacing w:after="0"/>
      </w:pPr>
      <w:r>
        <w:rPr>
          <w:rFonts w:ascii="Arial" w:hAnsi="Arial"/>
        </w:rPr>
        <w:t>yeah, and that's the million dollar question for most of us who are teachers, facilitators, or even in a leadership position is everything that I didn't believe in,</w:t>
      </w:r>
      <w:r>
        <w:rPr>
          <w:rFonts w:ascii="Arial" w:hAnsi="Arial"/>
        </w:rPr>
        <w:t xml:space="preserve"> is predicated on the idea that we as human beings, when we communicate, and I don't just mean, you know, sort of a dating relationship, I mean, anything. And we really are using all of our senses. It's not just hearing and speaking, it's not just seeing, </w:t>
      </w:r>
      <w:r>
        <w:rPr>
          <w:rFonts w:ascii="Arial" w:hAnsi="Arial"/>
        </w:rPr>
        <w:t>it's also touch and smell and, and, and things, most of which we're not aware of at all. And if you talk to biologists and, and and those who study human and, you know, even plant behavior, frankly, there are all sorts of things are going on that we just a</w:t>
      </w:r>
      <w:r>
        <w:rPr>
          <w:rFonts w:ascii="Arial" w:hAnsi="Arial"/>
        </w:rPr>
        <w:t xml:space="preserve">re completely not Cognizant. So when you get to an online environment, you can just like nail it in terms of having a great presentation and people hearing you, but there's still a big chunk missing when people can't really read the facial expressions and </w:t>
      </w:r>
      <w:r>
        <w:rPr>
          <w:rFonts w:ascii="Arial" w:hAnsi="Arial"/>
        </w:rPr>
        <w:t>body language of others because you have a small screen because you don't have the screen just for 100 other reasons. You can't see all of everybody. You lose an enormous amount of what it is that We use to, to, to understand each other. So that said, it d</w:t>
      </w:r>
      <w:r>
        <w:rPr>
          <w:rFonts w:ascii="Arial" w:hAnsi="Arial"/>
        </w:rPr>
        <w:t xml:space="preserve">oesn't make online communication facilitation and learning impossible or useless. Yeah, right. It just makes it a very different kind of forum. And the things same things that apply to in person meetings apply to online meetings and facilitation. So those </w:t>
      </w:r>
      <w:r>
        <w:rPr>
          <w:rFonts w:ascii="Arial" w:hAnsi="Arial"/>
        </w:rPr>
        <w:t>have to do with, I'm going to imagine that I am running a zoom meeting, I'm a student leader, and we've got an organization. And we can't really get together in at the Campus Center, you know, in a room to plan, we're doing it on zoom, or teams or whatever</w:t>
      </w:r>
      <w:r>
        <w:rPr>
          <w:rFonts w:ascii="Arial" w:hAnsi="Arial"/>
        </w:rPr>
        <w:t xml:space="preserve"> else you're using right Google Hangouts, it's really important that I make sure that everybody has chance to speak, that I start out the meeting by checking in with people. And we have to, of course, recognize how much time we have for any particular meet</w:t>
      </w:r>
      <w:r>
        <w:rPr>
          <w:rFonts w:ascii="Arial" w:hAnsi="Arial"/>
        </w:rPr>
        <w:t xml:space="preserve">ing and all that kind of stuff. But when we're planning out our meetings, facilitating things, we need to take those things into account, it takes a lot longer to have the same discussion online than it does in </w:t>
      </w:r>
      <w:r>
        <w:rPr>
          <w:rFonts w:ascii="Arial" w:hAnsi="Arial"/>
        </w:rPr>
        <w:lastRenderedPageBreak/>
        <w:t>person. So if you want to have a good outcome</w:t>
      </w:r>
      <w:r>
        <w:rPr>
          <w:rFonts w:ascii="Arial" w:hAnsi="Arial"/>
        </w:rPr>
        <w:t xml:space="preserve">, so there's a lot going on about how much more efficient online discussions and learning are. And one can make an argument some ways that that's true. But sometimes efficient. Efficiency comes at the at the expense of people feeling heard, and being able </w:t>
      </w:r>
      <w:r>
        <w:rPr>
          <w:rFonts w:ascii="Arial" w:hAnsi="Arial"/>
        </w:rPr>
        <w:t>to contribute in a way that they feel comfortable, right. So I'm going to give you a quick example. That same student meeting, people have different ways of communicating and different levels of comfort, and some people are happy to just be there in the ca</w:t>
      </w:r>
      <w:r>
        <w:rPr>
          <w:rFonts w:ascii="Arial" w:hAnsi="Arial"/>
        </w:rPr>
        <w:t>mera blabbing away, and you know, it's fine. And meanwhile, some people are way happier, on the chat part, right, just getting ideas on chat. So it's really difficult as a facilitator to be paying attention both to those on the screen and to the chat at th</w:t>
      </w:r>
      <w:r>
        <w:rPr>
          <w:rFonts w:ascii="Arial" w:hAnsi="Arial"/>
        </w:rPr>
        <w:t>e same time. One of our lessons learned as early as we always have two people standing together. So one is monitoring the chat. One is sort of monitoring the conversation. And actually, they're often even three and someone is monitoring the technology part</w:t>
      </w:r>
      <w:r>
        <w:rPr>
          <w:rFonts w:ascii="Arial" w:hAnsi="Arial"/>
        </w:rPr>
        <w:t>, you know, putting people in breakout groups and things like that. So the same concepts apply. We want to try to put people in small groups, we want to give people a chance to talk, we want to have people listen to each other. If people can, if they don't</w:t>
      </w:r>
      <w:r>
        <w:rPr>
          <w:rFonts w:ascii="Arial" w:hAnsi="Arial"/>
        </w:rPr>
        <w:t xml:space="preserve"> have technology limitations, have their cameras on, we want to be checking in with people. We don't want to be doing what I'm doing right now, it just blather on and on and on. We want to give people a chance to talk to each other and learn from each othe</w:t>
      </w:r>
      <w:r>
        <w:rPr>
          <w:rFonts w:ascii="Arial" w:hAnsi="Arial"/>
        </w:rPr>
        <w:t>r.</w:t>
      </w:r>
    </w:p>
    <w:p w14:paraId="2BD44775" w14:textId="77777777" w:rsidR="00F25685" w:rsidRDefault="00F25685">
      <w:pPr>
        <w:spacing w:after="0"/>
      </w:pPr>
    </w:p>
    <w:p w14:paraId="09C61080" w14:textId="77777777" w:rsidR="00F25685" w:rsidRDefault="003B0324">
      <w:pPr>
        <w:spacing w:after="0"/>
      </w:pPr>
      <w:r>
        <w:rPr>
          <w:rFonts w:ascii="Arial" w:hAnsi="Arial"/>
          <w:color w:val="5D7284"/>
        </w:rPr>
        <w:t>37:53</w:t>
      </w:r>
    </w:p>
    <w:p w14:paraId="0E73AC6F" w14:textId="77777777" w:rsidR="00F25685" w:rsidRDefault="003B0324">
      <w:pPr>
        <w:spacing w:after="0"/>
      </w:pPr>
      <w:r>
        <w:rPr>
          <w:rFonts w:ascii="Arial" w:hAnsi="Arial"/>
        </w:rPr>
        <w:t xml:space="preserve">That makes so much sense, especially about like the dual facilitating thing. You know, some of my other classes are the one this class that we're recording on, is one of the smaller ones. But you know, I have another one that's, you know, 50 </w:t>
      </w:r>
      <w:r>
        <w:rPr>
          <w:rFonts w:ascii="Arial" w:hAnsi="Arial"/>
        </w:rPr>
        <w:t>plus students, and I'm definitely going to need help doing that. And that brings in such a different level of planning. And you're right, like, it's, I'm glad you said the chat thing versus like reading people have asked because, you know, I've read some a</w:t>
      </w:r>
      <w:r>
        <w:rPr>
          <w:rFonts w:ascii="Arial" w:hAnsi="Arial"/>
        </w:rPr>
        <w:t>rticles that suggest it requires a lot more mental energy to read someone's facial expressions in an online screen than in person. So you're doing that and you're trying to manage the chat at the same time. So</w:t>
      </w:r>
    </w:p>
    <w:p w14:paraId="06AADF11" w14:textId="77777777" w:rsidR="00F25685" w:rsidRDefault="00F25685">
      <w:pPr>
        <w:spacing w:after="0"/>
      </w:pPr>
    </w:p>
    <w:p w14:paraId="643C4040" w14:textId="77777777" w:rsidR="00F25685" w:rsidRDefault="003B0324">
      <w:pPr>
        <w:spacing w:after="0"/>
      </w:pPr>
      <w:r>
        <w:rPr>
          <w:rFonts w:ascii="Arial" w:hAnsi="Arial"/>
          <w:color w:val="5D7284"/>
        </w:rPr>
        <w:t>38:33</w:t>
      </w:r>
    </w:p>
    <w:p w14:paraId="7679D67A" w14:textId="77777777" w:rsidR="00F25685" w:rsidRDefault="003B0324">
      <w:pPr>
        <w:spacing w:after="0"/>
      </w:pPr>
      <w:r>
        <w:rPr>
          <w:rFonts w:ascii="Arial" w:hAnsi="Arial"/>
        </w:rPr>
        <w:t>and as you know, I mean, repeating thin</w:t>
      </w:r>
      <w:r>
        <w:rPr>
          <w:rFonts w:ascii="Arial" w:hAnsi="Arial"/>
        </w:rPr>
        <w:t>gs that everybody knows, but it's very difficult to be looking at a screen full of people and not be noticing yourself not be noticing. I don't know that. Austin is also wearing a penguin shirt. And you just sort of it, it makes it more difficult to listen</w:t>
      </w:r>
      <w:r>
        <w:rPr>
          <w:rFonts w:ascii="Arial" w:hAnsi="Arial"/>
        </w:rPr>
        <w:t>.</w:t>
      </w:r>
    </w:p>
    <w:p w14:paraId="3B25F07F" w14:textId="77777777" w:rsidR="00F25685" w:rsidRDefault="00F25685">
      <w:pPr>
        <w:spacing w:after="0"/>
      </w:pPr>
    </w:p>
    <w:p w14:paraId="3987FA73" w14:textId="77777777" w:rsidR="00F25685" w:rsidRDefault="003B0324">
      <w:pPr>
        <w:spacing w:after="0"/>
      </w:pPr>
      <w:r>
        <w:rPr>
          <w:rFonts w:ascii="Arial" w:hAnsi="Arial"/>
          <w:color w:val="5D7284"/>
        </w:rPr>
        <w:t>38:54</w:t>
      </w:r>
    </w:p>
    <w:p w14:paraId="309FDE1A" w14:textId="77777777" w:rsidR="00F25685" w:rsidRDefault="003B0324">
      <w:pPr>
        <w:spacing w:after="0"/>
      </w:pPr>
      <w:r>
        <w:rPr>
          <w:rFonts w:ascii="Arial" w:hAnsi="Arial"/>
        </w:rPr>
        <w:t>Oh, absolutely. Yeah, it is going to be a tremendous learning experience this semester, because this is the first time that I'll be doing this some of these synchronous meetings with the students. So I'd like to know, in your experiences with your</w:t>
      </w:r>
      <w:r>
        <w:rPr>
          <w:rFonts w:ascii="Arial" w:hAnsi="Arial"/>
        </w:rPr>
        <w:t xml:space="preserve"> facilitation experience and some of these other organizations that you've been a part of, what are some barriers to to achieving some of those goals, whether you're in the facilitative leadership, or you're in facilitated teaching, or you're just coming i</w:t>
      </w:r>
      <w:r>
        <w:rPr>
          <w:rFonts w:ascii="Arial" w:hAnsi="Arial"/>
        </w:rPr>
        <w:t>n as a person to to facilitate something like what are some of the common problems that you you stumble across that you find?</w:t>
      </w:r>
    </w:p>
    <w:p w14:paraId="00185A80" w14:textId="77777777" w:rsidR="00F25685" w:rsidRDefault="00F25685">
      <w:pPr>
        <w:spacing w:after="0"/>
      </w:pPr>
    </w:p>
    <w:p w14:paraId="415485D1" w14:textId="77777777" w:rsidR="00F25685" w:rsidRDefault="003B0324">
      <w:pPr>
        <w:spacing w:after="0"/>
      </w:pPr>
      <w:r>
        <w:rPr>
          <w:rFonts w:ascii="Arial" w:hAnsi="Arial"/>
          <w:color w:val="5D7284"/>
        </w:rPr>
        <w:t>39:38</w:t>
      </w:r>
    </w:p>
    <w:p w14:paraId="629E67EF" w14:textId="77777777" w:rsidR="00F25685" w:rsidRDefault="003B0324">
      <w:pPr>
        <w:spacing w:after="0"/>
      </w:pPr>
      <w:r>
        <w:rPr>
          <w:rFonts w:ascii="Arial" w:hAnsi="Arial"/>
        </w:rPr>
        <w:t>This is not in order, okay? So one is not scheduling enough time to do things well, so we can do this an hour. Come on, let</w:t>
      </w:r>
      <w:r>
        <w:rPr>
          <w:rFonts w:ascii="Arial" w:hAnsi="Arial"/>
        </w:rPr>
        <w:t xml:space="preserve">'s be efficient. And the topic is something that really can't be done within an hour or 20 minutes. Right. And in an online environment, I mentioned one of our lessons learned has been, </w:t>
      </w:r>
      <w:r>
        <w:rPr>
          <w:rFonts w:ascii="Arial" w:hAnsi="Arial"/>
        </w:rPr>
        <w:lastRenderedPageBreak/>
        <w:t>things really do take a lot longer. And I would say twice as long. And</w:t>
      </w:r>
      <w:r>
        <w:rPr>
          <w:rFonts w:ascii="Arial" w:hAnsi="Arial"/>
        </w:rPr>
        <w:t xml:space="preserve"> once you get really, really good at it still a third or two thirds longer or a third longer. So when it's time to barriers have to do with our biases, right? So we're human beings, this is completely normal for everybody, you take one look at somebody, an</w:t>
      </w:r>
      <w:r>
        <w:rPr>
          <w:rFonts w:ascii="Arial" w:hAnsi="Arial"/>
        </w:rPr>
        <w:t>d your brain just automatically fills in all the information that you don't know about them, right. And that makes it difficult to truly listen and hear what somebody is saying. So when someone has a communication style that's different from the one I like</w:t>
      </w:r>
      <w:r>
        <w:rPr>
          <w:rFonts w:ascii="Arial" w:hAnsi="Arial"/>
        </w:rPr>
        <w:t>, or I'm used to, it can make it really difficult for me to listen to them. And therefore, if you're not listening, it's hard to have a good conversation. And it's hard not to judge what they're saying, based on their tone of voice, based on all these diff</w:t>
      </w:r>
      <w:r>
        <w:rPr>
          <w:rFonts w:ascii="Arial" w:hAnsi="Arial"/>
        </w:rPr>
        <w:t>erent things. And that is a very, very, very difficult thing to overcome. So let's say there is someone who just talks incessantly, and they they say good things, but they just they dominate. It's very difficult, if that angers you and annoys you to really</w:t>
      </w:r>
      <w:r>
        <w:rPr>
          <w:rFonts w:ascii="Arial" w:hAnsi="Arial"/>
        </w:rPr>
        <w:t xml:space="preserve"> listen to what they have to say. If there's somebody who has to think out loud as they're talking, so they're not that articulate, or doesn't seem to you that they are because they're trying to work out what they're saying, as they speak, it makes it diff</w:t>
      </w:r>
      <w:r>
        <w:rPr>
          <w:rFonts w:ascii="Arial" w:hAnsi="Arial"/>
        </w:rPr>
        <w:t>icult for you and for others to listen. So challenges have to do with recognizing and accepting that people have different communication styles and backgrounds and ways of talking and, and ways of sharing, and really working to find ways for everybody to b</w:t>
      </w:r>
      <w:r>
        <w:rPr>
          <w:rFonts w:ascii="Arial" w:hAnsi="Arial"/>
        </w:rPr>
        <w:t>e able to contribute their best thinking in a way that they are most comfortable with, and helping everybody else understand and accept that.</w:t>
      </w:r>
    </w:p>
    <w:p w14:paraId="72062E76" w14:textId="77777777" w:rsidR="00F25685" w:rsidRDefault="00F25685">
      <w:pPr>
        <w:spacing w:after="0"/>
      </w:pPr>
    </w:p>
    <w:p w14:paraId="7231619F" w14:textId="77777777" w:rsidR="00F25685" w:rsidRDefault="003B0324">
      <w:pPr>
        <w:spacing w:after="0"/>
      </w:pPr>
      <w:r>
        <w:rPr>
          <w:rFonts w:ascii="Arial" w:hAnsi="Arial"/>
          <w:color w:val="5D7284"/>
        </w:rPr>
        <w:t>41:59</w:t>
      </w:r>
    </w:p>
    <w:p w14:paraId="6B7AFB3C" w14:textId="77777777" w:rsidR="00F25685" w:rsidRDefault="003B0324">
      <w:pPr>
        <w:spacing w:after="0"/>
      </w:pPr>
      <w:r>
        <w:rPr>
          <w:rFonts w:ascii="Arial" w:hAnsi="Arial"/>
        </w:rPr>
        <w:t>That seems like the, the task with with the leadership piece, at least for the facilitator or the facilitat</w:t>
      </w:r>
      <w:r>
        <w:rPr>
          <w:rFonts w:ascii="Arial" w:hAnsi="Arial"/>
        </w:rPr>
        <w:t>ors to model that sort of impartiality, or just, you know, being able to accept all of the differences in the room and show others that they can, they can listen like, like they are and contribute to the overall goal of whatever the meeting is trying to ac</w:t>
      </w:r>
      <w:r>
        <w:rPr>
          <w:rFonts w:ascii="Arial" w:hAnsi="Arial"/>
        </w:rPr>
        <w:t>hieve.</w:t>
      </w:r>
    </w:p>
    <w:p w14:paraId="68050AFB" w14:textId="77777777" w:rsidR="00F25685" w:rsidRDefault="00F25685">
      <w:pPr>
        <w:spacing w:after="0"/>
      </w:pPr>
    </w:p>
    <w:p w14:paraId="24832576" w14:textId="77777777" w:rsidR="00F25685" w:rsidRDefault="003B0324">
      <w:pPr>
        <w:spacing w:after="0"/>
      </w:pPr>
      <w:r>
        <w:rPr>
          <w:rFonts w:ascii="Arial" w:hAnsi="Arial"/>
          <w:color w:val="5D7284"/>
        </w:rPr>
        <w:t>42:27</w:t>
      </w:r>
    </w:p>
    <w:p w14:paraId="5640F762" w14:textId="77777777" w:rsidR="00F25685" w:rsidRDefault="003B0324">
      <w:pPr>
        <w:spacing w:after="0"/>
      </w:pPr>
      <w:r>
        <w:rPr>
          <w:rFonts w:ascii="Arial" w:hAnsi="Arial"/>
        </w:rPr>
        <w:t xml:space="preserve">Right. And let's just take a quick example, let's say it's student leadership group of some course or some sort on campus. And they have funding to invite a speaker, just for the sake of argument. And everybody's got different ideas. And I </w:t>
      </w:r>
      <w:r>
        <w:rPr>
          <w:rFonts w:ascii="Arial" w:hAnsi="Arial"/>
        </w:rPr>
        <w:t>want to invite speaker a, and you want to inspect invited speaker B, and you sort of get into a little bit of a faction thing, because I can't believe you want to invite that person. I don't like their politics, or their ideology, or their music or whateve</w:t>
      </w:r>
      <w:r>
        <w:rPr>
          <w:rFonts w:ascii="Arial" w:hAnsi="Arial"/>
        </w:rPr>
        <w:t>r it is what they do what you know, my person is the one we should really get. And that's totally normal. It's being human. And that's fine. And what people want to be able to work on this idea of facilitation slave facilitative leadership, is trying to cr</w:t>
      </w:r>
      <w:r>
        <w:rPr>
          <w:rFonts w:ascii="Arial" w:hAnsi="Arial"/>
        </w:rPr>
        <w:t>eate an atmosphere where you can really tell me exactly why you can really share why it is you want to invite that person to speak to come to campus. And I don't have to agree with it. But I want it to get to a place where I can actually articulate exactly</w:t>
      </w:r>
      <w:r>
        <w:rPr>
          <w:rFonts w:ascii="Arial" w:hAnsi="Arial"/>
        </w:rPr>
        <w:t xml:space="preserve"> why you want to bring that person to campus in a way that you say, yes, you actually you actually do get what I'm saying. And if we can both get to that spot, then that helps us make a much better decision.</w:t>
      </w:r>
    </w:p>
    <w:p w14:paraId="155F4A70" w14:textId="77777777" w:rsidR="00F25685" w:rsidRDefault="00F25685">
      <w:pPr>
        <w:spacing w:after="0"/>
      </w:pPr>
    </w:p>
    <w:p w14:paraId="03B76A61" w14:textId="77777777" w:rsidR="00F25685" w:rsidRDefault="003B0324">
      <w:pPr>
        <w:spacing w:after="0"/>
      </w:pPr>
      <w:r>
        <w:rPr>
          <w:rFonts w:ascii="Arial" w:hAnsi="Arial"/>
          <w:color w:val="5D7284"/>
        </w:rPr>
        <w:t>43:42</w:t>
      </w:r>
    </w:p>
    <w:p w14:paraId="2E78CDDA" w14:textId="77777777" w:rsidR="00F25685" w:rsidRDefault="003B0324">
      <w:pPr>
        <w:spacing w:after="0"/>
      </w:pPr>
      <w:r>
        <w:rPr>
          <w:rFonts w:ascii="Arial" w:hAnsi="Arial"/>
        </w:rPr>
        <w:t>Right? It's that shared understanding. Bu</w:t>
      </w:r>
      <w:r>
        <w:rPr>
          <w:rFonts w:ascii="Arial" w:hAnsi="Arial"/>
        </w:rPr>
        <w:t>t if we don't know why we're gonna be hung up on those assumptions of the other person's reasoning behind that decision, or that that, that thought that's really that's, that's great. That's important. Well, john, I've so enjoyed our conversation today. An</w:t>
      </w:r>
      <w:r>
        <w:rPr>
          <w:rFonts w:ascii="Arial" w:hAnsi="Arial"/>
        </w:rPr>
        <w:t xml:space="preserve">d I wanted to ask one more question before we get to know you piece. And this is a little bit off script, but it's just making me think about us going back to school and everything. What some advice you can give </w:t>
      </w:r>
      <w:r>
        <w:rPr>
          <w:rFonts w:ascii="Arial" w:hAnsi="Arial"/>
        </w:rPr>
        <w:lastRenderedPageBreak/>
        <w:t>students that are entering in this new schoo</w:t>
      </w:r>
      <w:r>
        <w:rPr>
          <w:rFonts w:ascii="Arial" w:hAnsi="Arial"/>
        </w:rPr>
        <w:t>l year with all the things considered and going on in the world right now. In terms of you know, leading in their, their organizations or their clubs or even in group projects. What's just a few pieces of advice, maybe you can offer them.</w:t>
      </w:r>
    </w:p>
    <w:p w14:paraId="6B7DEA07" w14:textId="77777777" w:rsidR="00F25685" w:rsidRDefault="00F25685">
      <w:pPr>
        <w:spacing w:after="0"/>
      </w:pPr>
    </w:p>
    <w:p w14:paraId="5887F378" w14:textId="77777777" w:rsidR="00F25685" w:rsidRDefault="003B0324">
      <w:pPr>
        <w:spacing w:after="0"/>
      </w:pPr>
      <w:r>
        <w:rPr>
          <w:rFonts w:ascii="Arial" w:hAnsi="Arial"/>
          <w:color w:val="5D7284"/>
        </w:rPr>
        <w:t>44:33</w:t>
      </w:r>
    </w:p>
    <w:p w14:paraId="72943635" w14:textId="77777777" w:rsidR="00F25685" w:rsidRDefault="003B0324">
      <w:pPr>
        <w:spacing w:after="0"/>
      </w:pPr>
      <w:r>
        <w:rPr>
          <w:rFonts w:ascii="Arial" w:hAnsi="Arial"/>
        </w:rPr>
        <w:t xml:space="preserve">Yeah, I'm </w:t>
      </w:r>
      <w:r>
        <w:rPr>
          <w:rFonts w:ascii="Arial" w:hAnsi="Arial"/>
        </w:rPr>
        <w:t>gonna offer opinions, not advice. I can't and don't know what each of you is going through right now. And so what I'm going to base this on is I have what my younger daughter is going to be senior college this year. And so I'm pretty familiar with how frus</w:t>
      </w:r>
      <w:r>
        <w:rPr>
          <w:rFonts w:ascii="Arial" w:hAnsi="Arial"/>
        </w:rPr>
        <w:t>trating it is for her to be senior year. Classes are all online. Great plans for you know, why don't why you go to college, you know, friends and colleagues and experiences and all that good stuff. So it's pretty tough out there. And also, whether you're a</w:t>
      </w:r>
      <w:r>
        <w:rPr>
          <w:rFonts w:ascii="Arial" w:hAnsi="Arial"/>
        </w:rPr>
        <w:t xml:space="preserve"> freshman, sophomore, junior senior, the world seems pretty uncertain. You know, you see the economy crashing and all this scary negative stuff. So I guess my thoughts are my opinion is that it's okay to be worried about all that. And it's okay to be even </w:t>
      </w:r>
      <w:r>
        <w:rPr>
          <w:rFonts w:ascii="Arial" w:hAnsi="Arial"/>
        </w:rPr>
        <w:t>a little bit despondent about it. And I don't want to sound like like a bad positivity code or something. But there, if you can focus on the things that you can control. That really does help. And there's really a lot that you can do from just learning. Ok</w:t>
      </w:r>
      <w:r>
        <w:rPr>
          <w:rFonts w:ascii="Arial" w:hAnsi="Arial"/>
        </w:rPr>
        <w:t xml:space="preserve">ay, so how do I act as a leader? In a situation like this, we're flying in the dark here. Nobody else knows how to do this. I'm part of a generation that's learning how to do this. And it's okay to make mistakes, I just want to try to figure out how I can </w:t>
      </w:r>
      <w:r>
        <w:rPr>
          <w:rFonts w:ascii="Arial" w:hAnsi="Arial"/>
        </w:rPr>
        <w:t>best do this. So that's, that's one. Two is help those around, you know that it's okay to be stressed. That it's okay. That, to recognize that there's a lot of change going around and change is painful. And, I guess three, I also think, despite all the awf</w:t>
      </w:r>
      <w:r>
        <w:rPr>
          <w:rFonts w:ascii="Arial" w:hAnsi="Arial"/>
        </w:rPr>
        <w:t xml:space="preserve">ulness, that it's a really exciting time, because I see some changes going on, in our country in particular, but around the world as well, where we're beginning to really confront human rights in a way that we haven't done a long time, and really confront </w:t>
      </w:r>
      <w:r>
        <w:rPr>
          <w:rFonts w:ascii="Arial" w:hAnsi="Arial"/>
        </w:rPr>
        <w:t xml:space="preserve">structural challenges to equality that have been a little bit like I discussed when I mentioned my peace corps experience where people intellectually understood it, and really weren't emotionally engaged really didn't deeply get it. And I think that we're </w:t>
      </w:r>
      <w:r>
        <w:rPr>
          <w:rFonts w:ascii="Arial" w:hAnsi="Arial"/>
        </w:rPr>
        <w:t>making enormous strides. And both my adult kids chide me, when I say you know, your generation, they don't put on our generation, it's everybody, you know, it's not fair. But you all</w:t>
      </w:r>
    </w:p>
    <w:p w14:paraId="3AF07382" w14:textId="77777777" w:rsidR="00F25685" w:rsidRDefault="00F25685">
      <w:pPr>
        <w:spacing w:after="0"/>
      </w:pPr>
    </w:p>
    <w:p w14:paraId="358C1D91" w14:textId="77777777" w:rsidR="00F25685" w:rsidRDefault="003B0324">
      <w:pPr>
        <w:spacing w:after="0"/>
      </w:pPr>
      <w:r>
        <w:rPr>
          <w:rFonts w:ascii="Arial" w:hAnsi="Arial"/>
          <w:color w:val="5D7284"/>
        </w:rPr>
        <w:t>47:29</w:t>
      </w:r>
    </w:p>
    <w:p w14:paraId="5B570742" w14:textId="77777777" w:rsidR="00F25685" w:rsidRDefault="003B0324">
      <w:pPr>
        <w:spacing w:after="0"/>
      </w:pPr>
      <w:r>
        <w:rPr>
          <w:rFonts w:ascii="Arial" w:hAnsi="Arial"/>
        </w:rPr>
        <w:t>are</w:t>
      </w:r>
    </w:p>
    <w:p w14:paraId="34BE6909" w14:textId="77777777" w:rsidR="00F25685" w:rsidRDefault="00F25685">
      <w:pPr>
        <w:spacing w:after="0"/>
      </w:pPr>
    </w:p>
    <w:p w14:paraId="07D053FE" w14:textId="77777777" w:rsidR="00F25685" w:rsidRDefault="003B0324">
      <w:pPr>
        <w:spacing w:after="0"/>
      </w:pPr>
      <w:r>
        <w:rPr>
          <w:rFonts w:ascii="Arial" w:hAnsi="Arial"/>
          <w:color w:val="5D7284"/>
        </w:rPr>
        <w:t>47:32</w:t>
      </w:r>
    </w:p>
    <w:p w14:paraId="5E32E2F5" w14:textId="77777777" w:rsidR="00F25685" w:rsidRDefault="003B0324">
      <w:pPr>
        <w:spacing w:after="0"/>
      </w:pPr>
      <w:r>
        <w:rPr>
          <w:rFonts w:ascii="Arial" w:hAnsi="Arial"/>
        </w:rPr>
        <w:t>trained and have experienced things that generation bef</w:t>
      </w:r>
      <w:r>
        <w:rPr>
          <w:rFonts w:ascii="Arial" w:hAnsi="Arial"/>
        </w:rPr>
        <w:t>ore you weren't trained in and haven't experienced. And you really do have the chance to reshape things. And as a student peer leader, you are taking those first important steps because university campuses are fantastic places to experiment and to learn ho</w:t>
      </w:r>
      <w:r>
        <w:rPr>
          <w:rFonts w:ascii="Arial" w:hAnsi="Arial"/>
        </w:rPr>
        <w:t>w to lead and to learn how to get things done.</w:t>
      </w:r>
    </w:p>
    <w:p w14:paraId="6139A6DF" w14:textId="77777777" w:rsidR="00F25685" w:rsidRDefault="00F25685">
      <w:pPr>
        <w:spacing w:after="0"/>
      </w:pPr>
    </w:p>
    <w:p w14:paraId="7BC398FE" w14:textId="77777777" w:rsidR="00F25685" w:rsidRDefault="003B0324">
      <w:pPr>
        <w:spacing w:after="0"/>
      </w:pPr>
      <w:r>
        <w:rPr>
          <w:rFonts w:ascii="Arial" w:hAnsi="Arial"/>
          <w:color w:val="5D7284"/>
        </w:rPr>
        <w:t>47:58</w:t>
      </w:r>
    </w:p>
    <w:p w14:paraId="19D13C44" w14:textId="77777777" w:rsidR="00F25685" w:rsidRDefault="003B0324">
      <w:pPr>
        <w:spacing w:after="0"/>
      </w:pPr>
      <w:r>
        <w:rPr>
          <w:rFonts w:ascii="Arial" w:hAnsi="Arial"/>
        </w:rPr>
        <w:t>That's so good. Thank you so much for that advice, john, and I do agree, on one hand, it is there are a lot of things to focus, like there's a lot of negativity, there's a lot of hardship, there's a lot</w:t>
      </w:r>
      <w:r>
        <w:rPr>
          <w:rFonts w:ascii="Arial" w:hAnsi="Arial"/>
        </w:rPr>
        <w:t xml:space="preserve"> of really bad things that are happening. But it is also a very exciting time, there are so many things that needed to be unraveled and come to the surface that are now there. And we are having to deal with those. And that's a good thing.</w:t>
      </w:r>
    </w:p>
    <w:p w14:paraId="0B01B713" w14:textId="77777777" w:rsidR="00F25685" w:rsidRDefault="00F25685">
      <w:pPr>
        <w:spacing w:after="0"/>
      </w:pPr>
    </w:p>
    <w:p w14:paraId="5BD91A7C" w14:textId="77777777" w:rsidR="00F25685" w:rsidRDefault="003B0324">
      <w:pPr>
        <w:spacing w:after="0"/>
      </w:pPr>
      <w:r>
        <w:rPr>
          <w:rFonts w:ascii="Arial" w:hAnsi="Arial"/>
          <w:color w:val="5D7284"/>
        </w:rPr>
        <w:lastRenderedPageBreak/>
        <w:t>48:23</w:t>
      </w:r>
    </w:p>
    <w:p w14:paraId="32D9E4EF" w14:textId="77777777" w:rsidR="00F25685" w:rsidRDefault="003B0324">
      <w:pPr>
        <w:spacing w:after="0"/>
      </w:pPr>
      <w:r>
        <w:rPr>
          <w:rFonts w:ascii="Arial" w:hAnsi="Arial"/>
        </w:rPr>
        <w:t>Yes. And I</w:t>
      </w:r>
      <w:r>
        <w:rPr>
          <w:rFonts w:ascii="Arial" w:hAnsi="Arial"/>
        </w:rPr>
        <w:t>'m just a perpetual optimist often. So I see a half full glass, even though I know that there's a big chunk that's empty right now, right?</w:t>
      </w:r>
    </w:p>
    <w:p w14:paraId="6C306F27" w14:textId="77777777" w:rsidR="00F25685" w:rsidRDefault="00F25685">
      <w:pPr>
        <w:spacing w:after="0"/>
      </w:pPr>
    </w:p>
    <w:p w14:paraId="19250C34" w14:textId="77777777" w:rsidR="00F25685" w:rsidRDefault="003B0324">
      <w:pPr>
        <w:spacing w:after="0"/>
      </w:pPr>
      <w:r>
        <w:rPr>
          <w:rFonts w:ascii="Arial" w:hAnsi="Arial"/>
          <w:color w:val="5D7284"/>
        </w:rPr>
        <w:t>48:34</w:t>
      </w:r>
    </w:p>
    <w:p w14:paraId="3D51E30F" w14:textId="77777777" w:rsidR="00F25685" w:rsidRDefault="003B0324">
      <w:pPr>
        <w:spacing w:after="0"/>
      </w:pPr>
      <w:r>
        <w:rPr>
          <w:rFonts w:ascii="Arial" w:hAnsi="Arial"/>
        </w:rPr>
        <w:t>Yeah, no, no, I agree to and I'm, I'm I try to be as very optimistic with the way things are recognizing the p</w:t>
      </w:r>
      <w:r>
        <w:rPr>
          <w:rFonts w:ascii="Arial" w:hAnsi="Arial"/>
        </w:rPr>
        <w:t>rivilege that I have, but also the immense opportunities, we have to create meaningful, lasting change. So I really appreciate you saying that. Before we go, I'd like to just give our listeners a little get to know you Part A glimpse a glimpse into your li</w:t>
      </w:r>
      <w:r>
        <w:rPr>
          <w:rFonts w:ascii="Arial" w:hAnsi="Arial"/>
        </w:rPr>
        <w:t>fe. So since the pandemic has started, have you begun any new projects? Have you taken anything? Have you done anything differently than you did before? What does that look like?</w:t>
      </w:r>
    </w:p>
    <w:p w14:paraId="09808AD2" w14:textId="77777777" w:rsidR="00F25685" w:rsidRDefault="00F25685">
      <w:pPr>
        <w:spacing w:after="0"/>
      </w:pPr>
    </w:p>
    <w:p w14:paraId="235A61FF" w14:textId="77777777" w:rsidR="00F25685" w:rsidRDefault="003B0324">
      <w:pPr>
        <w:spacing w:after="0"/>
      </w:pPr>
      <w:r>
        <w:rPr>
          <w:rFonts w:ascii="Arial" w:hAnsi="Arial"/>
          <w:color w:val="5D7284"/>
        </w:rPr>
        <w:t>49:14</w:t>
      </w:r>
    </w:p>
    <w:p w14:paraId="5D6E46F5" w14:textId="77777777" w:rsidR="00F25685" w:rsidRDefault="003B0324">
      <w:pPr>
        <w:spacing w:after="0"/>
      </w:pPr>
      <w:r>
        <w:rPr>
          <w:rFonts w:ascii="Arial" w:hAnsi="Arial"/>
        </w:rPr>
        <w:t>That's a really good question. So I don't know that I started a new pr</w:t>
      </w:r>
      <w:r>
        <w:rPr>
          <w:rFonts w:ascii="Arial" w:hAnsi="Arial"/>
        </w:rPr>
        <w:t>ojects, per se. But I went from, I guess, being back in March, mid March, being angry and feeling like this was also unfair to Okay, I don't like it. But how are we going to deal with this? So rethinking my classes and rethinking the nearly program with th</w:t>
      </w:r>
      <w:r>
        <w:rPr>
          <w:rFonts w:ascii="Arial" w:hAnsi="Arial"/>
        </w:rPr>
        <w:t>e wonderful people I get to work with, I just have, you know, the best teams and colleagues. So I'm not doing this on my own. I guess that is one of the projects. So not how can we take what we're doing live and put it online, but how can we accept the con</w:t>
      </w:r>
      <w:r>
        <w:rPr>
          <w:rFonts w:ascii="Arial" w:hAnsi="Arial"/>
        </w:rPr>
        <w:t>cept that we're the context that we're in and Try to achieve the same objectives in a different way. Hmm, makes sense, I have been able to read a lot more. And that has been absolutely wonderful. Have you heard me mention a book at the beginning, I believe</w:t>
      </w:r>
      <w:r>
        <w:rPr>
          <w:rFonts w:ascii="Arial" w:hAnsi="Arial"/>
        </w:rPr>
        <w:t xml:space="preserve"> or not, even though I'm at university, I don't read anywhere near as much as I should and would like to. And having this Slower, slower pace in some way slower is not the right word. But working from home a lot, having different sorts of meetings and even</w:t>
      </w:r>
      <w:r>
        <w:rPr>
          <w:rFonts w:ascii="Arial" w:hAnsi="Arial"/>
        </w:rPr>
        <w:t>ts canceled, has given me time over this summer to do some reading that has really impacted me greatly. And finally, the part of the project, I guess, if you want to call it that, is having gotten off the superhighway that I was on of very intense, working</w:t>
      </w:r>
      <w:r>
        <w:rPr>
          <w:rFonts w:ascii="Arial" w:hAnsi="Arial"/>
        </w:rPr>
        <w:t xml:space="preserve"> without stopping. And being forced off of that for a little while. And I think like many people find it both frustrating, frustrating, but also very helpful to sit back. Remember that there's nothing I can do that it's okay to not be as productive. All th</w:t>
      </w:r>
      <w:r>
        <w:rPr>
          <w:rFonts w:ascii="Arial" w:hAnsi="Arial"/>
        </w:rPr>
        <w:t>ose kinds of things. I don't know if I'm answering your question in terms of new projects, because you may have been hoping for something really inspiring. Now, those</w:t>
      </w:r>
    </w:p>
    <w:p w14:paraId="6AA4FE3E" w14:textId="77777777" w:rsidR="00F25685" w:rsidRDefault="00F25685">
      <w:pPr>
        <w:spacing w:after="0"/>
      </w:pPr>
    </w:p>
    <w:p w14:paraId="56BA772D" w14:textId="77777777" w:rsidR="00F25685" w:rsidRDefault="003B0324">
      <w:pPr>
        <w:spacing w:after="0"/>
      </w:pPr>
      <w:r>
        <w:rPr>
          <w:rFonts w:ascii="Arial" w:hAnsi="Arial"/>
          <w:color w:val="5D7284"/>
        </w:rPr>
        <w:t>51:17</w:t>
      </w:r>
    </w:p>
    <w:p w14:paraId="4A7ACD58" w14:textId="77777777" w:rsidR="00F25685" w:rsidRDefault="003B0324">
      <w:pPr>
        <w:spacing w:after="0"/>
      </w:pPr>
      <w:r>
        <w:rPr>
          <w:rFonts w:ascii="Arial" w:hAnsi="Arial"/>
        </w:rPr>
        <w:t xml:space="preserve">things are inspiring. It also projects, you know, I'm just thinking about just </w:t>
      </w:r>
      <w:r>
        <w:rPr>
          <w:rFonts w:ascii="Arial" w:hAnsi="Arial"/>
        </w:rPr>
        <w:t>how have you been approached the world differently since the beginning of the pandemic. And I'm hearing that and that's the same for me, you know, especially with the last thing you said about the perpetual just one thing after another, back to back to bac</w:t>
      </w:r>
      <w:r>
        <w:rPr>
          <w:rFonts w:ascii="Arial" w:hAnsi="Arial"/>
        </w:rPr>
        <w:t>k to back, and feel like I have had time to evaluate. And really like going back again, to the cognitive dissonance thing about self care. I used to I mean, I used to always say, oh, self care, so important, you needed to be energized for your work and eve</w:t>
      </w:r>
      <w:r>
        <w:rPr>
          <w:rFonts w:ascii="Arial" w:hAnsi="Arial"/>
        </w:rPr>
        <w:t>rything. I never actually practiced it, though.</w:t>
      </w:r>
    </w:p>
    <w:p w14:paraId="64247432" w14:textId="77777777" w:rsidR="00F25685" w:rsidRDefault="00F25685">
      <w:pPr>
        <w:spacing w:after="0"/>
      </w:pPr>
    </w:p>
    <w:p w14:paraId="658A8A16" w14:textId="77777777" w:rsidR="00F25685" w:rsidRDefault="003B0324">
      <w:pPr>
        <w:spacing w:after="0"/>
      </w:pPr>
      <w:r>
        <w:rPr>
          <w:rFonts w:ascii="Arial" w:hAnsi="Arial"/>
          <w:color w:val="5D7284"/>
        </w:rPr>
        <w:t>51:53</w:t>
      </w:r>
    </w:p>
    <w:p w14:paraId="0EE06BBA" w14:textId="77777777" w:rsidR="00F25685" w:rsidRDefault="003B0324">
      <w:pPr>
        <w:spacing w:after="0"/>
      </w:pPr>
      <w:r>
        <w:rPr>
          <w:rFonts w:ascii="Arial" w:hAnsi="Arial"/>
        </w:rPr>
        <w:t>Or I'm forced</w:t>
      </w:r>
    </w:p>
    <w:p w14:paraId="52916A1A" w14:textId="77777777" w:rsidR="00F25685" w:rsidRDefault="00F25685">
      <w:pPr>
        <w:spacing w:after="0"/>
      </w:pPr>
    </w:p>
    <w:p w14:paraId="2FA055BE" w14:textId="77777777" w:rsidR="00F25685" w:rsidRDefault="003B0324">
      <w:pPr>
        <w:spacing w:after="0"/>
      </w:pPr>
      <w:r>
        <w:rPr>
          <w:rFonts w:ascii="Arial" w:hAnsi="Arial"/>
          <w:color w:val="5D7284"/>
        </w:rPr>
        <w:lastRenderedPageBreak/>
        <w:t>51:54</w:t>
      </w:r>
    </w:p>
    <w:p w14:paraId="35061BE3" w14:textId="77777777" w:rsidR="00F25685" w:rsidRDefault="003B0324">
      <w:pPr>
        <w:spacing w:after="0"/>
      </w:pPr>
      <w:r>
        <w:rPr>
          <w:rFonts w:ascii="Arial" w:hAnsi="Arial"/>
        </w:rPr>
        <w:t>to practice it. And I'm glad that this time has come. So I can I can begin to explore what that looks like for myself. Speaking of reading, what are you reading right now.</w:t>
      </w:r>
    </w:p>
    <w:p w14:paraId="4668A057" w14:textId="77777777" w:rsidR="00F25685" w:rsidRDefault="00F25685">
      <w:pPr>
        <w:spacing w:after="0"/>
      </w:pPr>
    </w:p>
    <w:p w14:paraId="36DC1162" w14:textId="77777777" w:rsidR="00F25685" w:rsidRDefault="003B0324">
      <w:pPr>
        <w:spacing w:after="0"/>
      </w:pPr>
      <w:r>
        <w:rPr>
          <w:rFonts w:ascii="Arial" w:hAnsi="Arial"/>
          <w:color w:val="5D7284"/>
        </w:rPr>
        <w:t>52:06</w:t>
      </w:r>
    </w:p>
    <w:p w14:paraId="3393A608" w14:textId="77777777" w:rsidR="00F25685" w:rsidRDefault="003B0324">
      <w:pPr>
        <w:spacing w:after="0"/>
      </w:pPr>
      <w:r>
        <w:rPr>
          <w:rFonts w:ascii="Arial" w:hAnsi="Arial"/>
        </w:rPr>
        <w:t>S</w:t>
      </w:r>
      <w:r>
        <w:rPr>
          <w:rFonts w:ascii="Arial" w:hAnsi="Arial"/>
        </w:rPr>
        <w:t>o I am reading a book called stamped from the beginning, which I really hope that everybody reads, I read it myself. It's</w:t>
      </w:r>
    </w:p>
    <w:p w14:paraId="42555B0C" w14:textId="77777777" w:rsidR="00F25685" w:rsidRDefault="00F25685">
      <w:pPr>
        <w:spacing w:after="0"/>
      </w:pPr>
    </w:p>
    <w:p w14:paraId="5F92A28A" w14:textId="77777777" w:rsidR="00F25685" w:rsidRDefault="003B0324">
      <w:pPr>
        <w:spacing w:after="0"/>
      </w:pPr>
      <w:r>
        <w:rPr>
          <w:rFonts w:ascii="Arial" w:hAnsi="Arial"/>
          <w:color w:val="5D7284"/>
        </w:rPr>
        <w:t>52:16</w:t>
      </w:r>
    </w:p>
    <w:p w14:paraId="17727767" w14:textId="77777777" w:rsidR="00F25685" w:rsidRDefault="003B0324">
      <w:pPr>
        <w:spacing w:after="0"/>
      </w:pPr>
      <w:r>
        <w:rPr>
          <w:rFonts w:ascii="Arial" w:hAnsi="Arial"/>
        </w:rPr>
        <w:t>amazing. It's an amazing book. I</w:t>
      </w:r>
    </w:p>
    <w:p w14:paraId="1D5B7A25" w14:textId="77777777" w:rsidR="00F25685" w:rsidRDefault="00F25685">
      <w:pPr>
        <w:spacing w:after="0"/>
      </w:pPr>
    </w:p>
    <w:p w14:paraId="59699B1B" w14:textId="77777777" w:rsidR="00F25685" w:rsidRDefault="003B0324">
      <w:pPr>
        <w:spacing w:after="0"/>
      </w:pPr>
      <w:r>
        <w:rPr>
          <w:rFonts w:ascii="Arial" w:hAnsi="Arial"/>
          <w:color w:val="5D7284"/>
        </w:rPr>
        <w:t>52:18</w:t>
      </w:r>
    </w:p>
    <w:p w14:paraId="43704774" w14:textId="77777777" w:rsidR="00F25685" w:rsidRDefault="003B0324">
      <w:pPr>
        <w:spacing w:after="0"/>
      </w:pPr>
      <w:r>
        <w:rPr>
          <w:rFonts w:ascii="Arial" w:hAnsi="Arial"/>
        </w:rPr>
        <w:t>didn't want to read it for a long time it had been on my shelf, I you know, pick up and</w:t>
      </w:r>
      <w:r>
        <w:rPr>
          <w:rFonts w:ascii="Arial" w:hAnsi="Arial"/>
        </w:rPr>
        <w:t xml:space="preserve"> start reading chapter and then life would take over. Right? That's when I'm reading. I'm reading a number of books related to fields that I'm interested in having to do with conflict and peacebuilding, and things like that. And then I'm also not during wo</w:t>
      </w:r>
      <w:r>
        <w:rPr>
          <w:rFonts w:ascii="Arial" w:hAnsi="Arial"/>
        </w:rPr>
        <w:t>rk hours. I like sort of every once in a while, murder mysteries and things like that. So in terms of what I'm reading, intellectually, books on peacebuilding and post conflict, and why not individuals fight with each other but but why large groups and cou</w:t>
      </w:r>
      <w:r>
        <w:rPr>
          <w:rFonts w:ascii="Arial" w:hAnsi="Arial"/>
        </w:rPr>
        <w:t>ntries fight with each other and, and how when, what people have learned about approaches to international relations and overcoming violent conflict and civil war.</w:t>
      </w:r>
    </w:p>
    <w:p w14:paraId="45721584" w14:textId="77777777" w:rsidR="00F25685" w:rsidRDefault="00F25685">
      <w:pPr>
        <w:spacing w:after="0"/>
      </w:pPr>
    </w:p>
    <w:p w14:paraId="44B043C4" w14:textId="77777777" w:rsidR="00F25685" w:rsidRDefault="003B0324">
      <w:pPr>
        <w:spacing w:after="0"/>
      </w:pPr>
      <w:r>
        <w:rPr>
          <w:rFonts w:ascii="Arial" w:hAnsi="Arial"/>
          <w:color w:val="5D7284"/>
        </w:rPr>
        <w:t>53:10</w:t>
      </w:r>
    </w:p>
    <w:p w14:paraId="392495BD" w14:textId="77777777" w:rsidR="00F25685" w:rsidRDefault="003B0324">
      <w:pPr>
        <w:spacing w:after="0"/>
      </w:pPr>
      <w:r>
        <w:rPr>
          <w:rFonts w:ascii="Arial" w:hAnsi="Arial"/>
        </w:rPr>
        <w:t>What is one show you've watched recently, that you really enjoyed or perhaps binge wa</w:t>
      </w:r>
      <w:r>
        <w:rPr>
          <w:rFonts w:ascii="Arial" w:hAnsi="Arial"/>
        </w:rPr>
        <w:t>tched if you do that?</w:t>
      </w:r>
    </w:p>
    <w:p w14:paraId="4B913DD7" w14:textId="77777777" w:rsidR="00F25685" w:rsidRDefault="00F25685">
      <w:pPr>
        <w:spacing w:after="0"/>
      </w:pPr>
    </w:p>
    <w:p w14:paraId="1DFE3434" w14:textId="77777777" w:rsidR="00F25685" w:rsidRDefault="003B0324">
      <w:pPr>
        <w:spacing w:after="0"/>
      </w:pPr>
      <w:r>
        <w:rPr>
          <w:rFonts w:ascii="Arial" w:hAnsi="Arial"/>
          <w:color w:val="5D7284"/>
        </w:rPr>
        <w:t>53:18</w:t>
      </w:r>
    </w:p>
    <w:p w14:paraId="3C25733A" w14:textId="77777777" w:rsidR="00F25685" w:rsidRDefault="003B0324">
      <w:pPr>
        <w:spacing w:after="0"/>
      </w:pPr>
      <w:r>
        <w:rPr>
          <w:rFonts w:ascii="Arial" w:hAnsi="Arial"/>
        </w:rPr>
        <w:t>Yeah, so I am right now. Because I was just away. I haven't watched it three weeks, I've lost the name. But there's a Netflix series about a Japanese detective as a police detective in Japan, who goes to London in search of his</w:t>
      </w:r>
      <w:r>
        <w:rPr>
          <w:rFonts w:ascii="Arial" w:hAnsi="Arial"/>
        </w:rPr>
        <w:t xml:space="preserve"> brother. And it's this really fascinating really well done. I think it's probably I think it was it's a British series maybe or produced by the BBC. And it's called in English, I think it is duty and honor or something like that. Okay. Great one. And when</w:t>
      </w:r>
      <w:r>
        <w:rPr>
          <w:rFonts w:ascii="Arial" w:hAnsi="Arial"/>
        </w:rPr>
        <w:t xml:space="preserve"> I started watching, with my daughters, I'd love to sit and watch at night. Trevor Noah and john oliver. monologues and things like</w:t>
      </w:r>
    </w:p>
    <w:p w14:paraId="03C244BA" w14:textId="77777777" w:rsidR="00F25685" w:rsidRDefault="00F25685">
      <w:pPr>
        <w:spacing w:after="0"/>
      </w:pPr>
    </w:p>
    <w:p w14:paraId="4ED34014" w14:textId="77777777" w:rsidR="00F25685" w:rsidRDefault="003B0324">
      <w:pPr>
        <w:spacing w:after="0"/>
      </w:pPr>
      <w:r>
        <w:rPr>
          <w:rFonts w:ascii="Arial" w:hAnsi="Arial"/>
          <w:color w:val="5D7284"/>
        </w:rPr>
        <w:t>54:09</w:t>
      </w:r>
    </w:p>
    <w:p w14:paraId="194E1510" w14:textId="77777777" w:rsidR="00F25685" w:rsidRDefault="003B0324">
      <w:pPr>
        <w:spacing w:after="0"/>
      </w:pPr>
      <w:r>
        <w:rPr>
          <w:rFonts w:ascii="Arial" w:hAnsi="Arial"/>
        </w:rPr>
        <w:t>that. Those are great. What do you</w:t>
      </w:r>
    </w:p>
    <w:p w14:paraId="638AB976" w14:textId="77777777" w:rsidR="00F25685" w:rsidRDefault="00F25685">
      <w:pPr>
        <w:spacing w:after="0"/>
      </w:pPr>
    </w:p>
    <w:p w14:paraId="5BF9DBFA" w14:textId="77777777" w:rsidR="00F25685" w:rsidRDefault="003B0324">
      <w:pPr>
        <w:spacing w:after="0"/>
      </w:pPr>
      <w:r>
        <w:rPr>
          <w:rFonts w:ascii="Arial" w:hAnsi="Arial"/>
          <w:color w:val="5D7284"/>
        </w:rPr>
        <w:t>54:12</w:t>
      </w:r>
    </w:p>
    <w:p w14:paraId="1B78E62E" w14:textId="77777777" w:rsidR="00F25685" w:rsidRDefault="003B0324">
      <w:pPr>
        <w:spacing w:after="0"/>
      </w:pPr>
      <w:r>
        <w:rPr>
          <w:rFonts w:ascii="Arial" w:hAnsi="Arial"/>
        </w:rPr>
        <w:t>What are you reading very quickly, What are you watching?</w:t>
      </w:r>
    </w:p>
    <w:p w14:paraId="08233CD2" w14:textId="77777777" w:rsidR="00F25685" w:rsidRDefault="00F25685">
      <w:pPr>
        <w:spacing w:after="0"/>
      </w:pPr>
    </w:p>
    <w:p w14:paraId="4AE0EA0D" w14:textId="77777777" w:rsidR="00F25685" w:rsidRDefault="003B0324">
      <w:pPr>
        <w:spacing w:after="0"/>
      </w:pPr>
      <w:r>
        <w:rPr>
          <w:rFonts w:ascii="Arial" w:hAnsi="Arial"/>
          <w:color w:val="5D7284"/>
        </w:rPr>
        <w:t>54:14</w:t>
      </w:r>
    </w:p>
    <w:p w14:paraId="317FE38B" w14:textId="77777777" w:rsidR="00F25685" w:rsidRDefault="003B0324">
      <w:pPr>
        <w:spacing w:after="0"/>
      </w:pPr>
      <w:r>
        <w:rPr>
          <w:rFonts w:ascii="Arial" w:hAnsi="Arial"/>
        </w:rPr>
        <w:t xml:space="preserve">Can I </w:t>
      </w:r>
      <w:r>
        <w:rPr>
          <w:rFonts w:ascii="Arial" w:hAnsi="Arial"/>
        </w:rPr>
        <w:t>say okay, currently I am reading</w:t>
      </w:r>
    </w:p>
    <w:p w14:paraId="124917C7" w14:textId="77777777" w:rsidR="00F25685" w:rsidRDefault="00F25685">
      <w:pPr>
        <w:spacing w:after="0"/>
      </w:pPr>
    </w:p>
    <w:p w14:paraId="1921DD53" w14:textId="77777777" w:rsidR="00F25685" w:rsidRDefault="003B0324">
      <w:pPr>
        <w:spacing w:after="0"/>
      </w:pPr>
      <w:r>
        <w:rPr>
          <w:rFonts w:ascii="Arial" w:hAnsi="Arial"/>
          <w:color w:val="5D7284"/>
        </w:rPr>
        <w:t>54:18</w:t>
      </w:r>
    </w:p>
    <w:p w14:paraId="43347D30" w14:textId="77777777" w:rsidR="00F25685" w:rsidRDefault="003B0324">
      <w:pPr>
        <w:spacing w:after="0"/>
      </w:pPr>
      <w:r>
        <w:rPr>
          <w:rFonts w:ascii="Arial" w:hAnsi="Arial"/>
        </w:rPr>
        <w:t>educated. Oh, yep.</w:t>
      </w:r>
    </w:p>
    <w:p w14:paraId="4FB37194" w14:textId="77777777" w:rsidR="00F25685" w:rsidRDefault="00F25685">
      <w:pPr>
        <w:spacing w:after="0"/>
      </w:pPr>
    </w:p>
    <w:p w14:paraId="32191E1F" w14:textId="77777777" w:rsidR="00F25685" w:rsidRDefault="003B0324">
      <w:pPr>
        <w:spacing w:after="0"/>
      </w:pPr>
      <w:r>
        <w:rPr>
          <w:rFonts w:ascii="Arial" w:hAnsi="Arial"/>
          <w:color w:val="5D7284"/>
        </w:rPr>
        <w:t>54:22</w:t>
      </w:r>
    </w:p>
    <w:p w14:paraId="08A55F8F" w14:textId="77777777" w:rsidR="00F25685" w:rsidRDefault="003B0324">
      <w:pPr>
        <w:spacing w:after="0"/>
      </w:pPr>
      <w:r>
        <w:rPr>
          <w:rFonts w:ascii="Arial" w:hAnsi="Arial"/>
        </w:rPr>
        <w:t>Tara Westbrook, it's a phenomenal book about just a glimpse into a completely different like way of life and how certain people don't have access to even public education because of the fami</w:t>
      </w:r>
      <w:r>
        <w:rPr>
          <w:rFonts w:ascii="Arial" w:hAnsi="Arial"/>
        </w:rPr>
        <w:t>lies that they're raised in. Right. And the just some of the the misinformation that spread in terms of biases and assumptions and things like that. And it's, it's a like a memoir of the author's journey and into accessing education and things like that. S</w:t>
      </w:r>
      <w:r>
        <w:rPr>
          <w:rFonts w:ascii="Arial" w:hAnsi="Arial"/>
        </w:rPr>
        <w:t>o I'm reading that. And I always have like,</w:t>
      </w:r>
    </w:p>
    <w:p w14:paraId="4B4FB1B0" w14:textId="77777777" w:rsidR="00F25685" w:rsidRDefault="00F25685">
      <w:pPr>
        <w:spacing w:after="0"/>
      </w:pPr>
    </w:p>
    <w:p w14:paraId="4B608461" w14:textId="77777777" w:rsidR="00F25685" w:rsidRDefault="003B0324">
      <w:pPr>
        <w:spacing w:after="0"/>
      </w:pPr>
      <w:r>
        <w:rPr>
          <w:rFonts w:ascii="Arial" w:hAnsi="Arial"/>
          <w:color w:val="5D7284"/>
        </w:rPr>
        <w:t>54:58</w:t>
      </w:r>
    </w:p>
    <w:p w14:paraId="50C3561A" w14:textId="77777777" w:rsidR="00F25685" w:rsidRDefault="003B0324">
      <w:pPr>
        <w:spacing w:after="0"/>
      </w:pPr>
      <w:r>
        <w:rPr>
          <w:rFonts w:ascii="Arial" w:hAnsi="Arial"/>
        </w:rPr>
        <w:t>four or five books</w:t>
      </w:r>
    </w:p>
    <w:p w14:paraId="70CB0D9E" w14:textId="77777777" w:rsidR="00F25685" w:rsidRDefault="00F25685">
      <w:pPr>
        <w:spacing w:after="0"/>
      </w:pPr>
    </w:p>
    <w:p w14:paraId="38D64F00" w14:textId="77777777" w:rsidR="00F25685" w:rsidRDefault="003B0324">
      <w:pPr>
        <w:spacing w:after="0"/>
      </w:pPr>
      <w:r>
        <w:rPr>
          <w:rFonts w:ascii="Arial" w:hAnsi="Arial"/>
          <w:color w:val="5D7284"/>
        </w:rPr>
        <w:t>54:58</w:t>
      </w:r>
    </w:p>
    <w:p w14:paraId="10A17C5C" w14:textId="77777777" w:rsidR="00F25685" w:rsidRDefault="003B0324">
      <w:pPr>
        <w:spacing w:after="0"/>
      </w:pPr>
      <w:r>
        <w:rPr>
          <w:rFonts w:ascii="Arial" w:hAnsi="Arial"/>
        </w:rPr>
        <w:t>that I'm reading at the same Time, you know, I do like because I'm a naturally indecisive person. So I just create a lot. I just have a lot of options, right? don't travel with me</w:t>
      </w:r>
      <w:r>
        <w:rPr>
          <w:rFonts w:ascii="Arial" w:hAnsi="Arial"/>
        </w:rPr>
        <w:t xml:space="preserve"> because I bring way too many clothes because I can never make up my mind. How am I supposed to pick out an outfit a week in advance for like some random night like, I'm just gonna bring everything and I'll pick when I get there. I'm also reading. It's cal</w:t>
      </w:r>
      <w:r>
        <w:rPr>
          <w:rFonts w:ascii="Arial" w:hAnsi="Arial"/>
        </w:rPr>
        <w:t>led the testaments which is the sequel to The Handmaid's Tale,</w:t>
      </w:r>
    </w:p>
    <w:p w14:paraId="1E2C823B" w14:textId="77777777" w:rsidR="00F25685" w:rsidRDefault="00F25685">
      <w:pPr>
        <w:spacing w:after="0"/>
      </w:pPr>
    </w:p>
    <w:p w14:paraId="2C8CDCBD" w14:textId="77777777" w:rsidR="00F25685" w:rsidRDefault="003B0324">
      <w:pPr>
        <w:spacing w:after="0"/>
      </w:pPr>
      <w:r>
        <w:rPr>
          <w:rFonts w:ascii="Arial" w:hAnsi="Arial"/>
          <w:color w:val="5D7284"/>
        </w:rPr>
        <w:t>55:25</w:t>
      </w:r>
    </w:p>
    <w:p w14:paraId="32FD0731" w14:textId="77777777" w:rsidR="00F25685" w:rsidRDefault="003B0324">
      <w:pPr>
        <w:spacing w:after="0"/>
      </w:pPr>
      <w:r>
        <w:rPr>
          <w:rFonts w:ascii="Arial" w:hAnsi="Arial"/>
        </w:rPr>
        <w:t>okay.</w:t>
      </w:r>
    </w:p>
    <w:p w14:paraId="3009B60C" w14:textId="77777777" w:rsidR="00F25685" w:rsidRDefault="00F25685">
      <w:pPr>
        <w:spacing w:after="0"/>
      </w:pPr>
    </w:p>
    <w:p w14:paraId="7F99BCA1" w14:textId="77777777" w:rsidR="00F25685" w:rsidRDefault="003B0324">
      <w:pPr>
        <w:spacing w:after="0"/>
      </w:pPr>
      <w:r>
        <w:rPr>
          <w:rFonts w:ascii="Arial" w:hAnsi="Arial"/>
          <w:color w:val="5D7284"/>
        </w:rPr>
        <w:t>55:26</w:t>
      </w:r>
    </w:p>
    <w:p w14:paraId="47E65743" w14:textId="77777777" w:rsidR="00F25685" w:rsidRDefault="003B0324">
      <w:pPr>
        <w:spacing w:after="0"/>
      </w:pPr>
      <w:r>
        <w:rPr>
          <w:rFonts w:ascii="Arial" w:hAnsi="Arial"/>
        </w:rPr>
        <w:t>And I'm also reading, I always like to do a little bit of history. So I'm reading. It's called deadweight. It's about the sinking of the Lusitania during World War One. Yeah</w:t>
      </w:r>
      <w:r>
        <w:rPr>
          <w:rFonts w:ascii="Arial" w:hAnsi="Arial"/>
        </w:rPr>
        <w:t>, so a lot of random. I have very niche like, you know, areas that I like to explore. But yeah. And shows I'm watching pose on Netflix, which is about the LGBTQ community in New York in the 80s, and 90s, in the ballroom scene, and the music and the interse</w:t>
      </w:r>
      <w:r>
        <w:rPr>
          <w:rFonts w:ascii="Arial" w:hAnsi="Arial"/>
        </w:rPr>
        <w:t>ctionality of different identities, and it's really good, really powerful.</w:t>
      </w:r>
    </w:p>
    <w:p w14:paraId="6AAE7908" w14:textId="77777777" w:rsidR="00F25685" w:rsidRDefault="00F25685">
      <w:pPr>
        <w:spacing w:after="0"/>
      </w:pPr>
    </w:p>
    <w:p w14:paraId="426623FD" w14:textId="77777777" w:rsidR="00F25685" w:rsidRDefault="003B0324">
      <w:pPr>
        <w:spacing w:after="0"/>
      </w:pPr>
      <w:r>
        <w:rPr>
          <w:rFonts w:ascii="Arial" w:hAnsi="Arial"/>
          <w:color w:val="5D7284"/>
        </w:rPr>
        <w:t>56:00</w:t>
      </w:r>
    </w:p>
    <w:p w14:paraId="637F72F4" w14:textId="77777777" w:rsidR="00F25685" w:rsidRDefault="003B0324">
      <w:pPr>
        <w:spacing w:after="0"/>
      </w:pPr>
      <w:r>
        <w:rPr>
          <w:rFonts w:ascii="Arial" w:hAnsi="Arial"/>
        </w:rPr>
        <w:t>Also watch the fun one called unorthodox. Oh, yeah. Which is kind of fun to watch. Yeah.</w:t>
      </w:r>
    </w:p>
    <w:p w14:paraId="2B69F6E0" w14:textId="77777777" w:rsidR="00F25685" w:rsidRDefault="00F25685">
      <w:pPr>
        <w:spacing w:after="0"/>
      </w:pPr>
    </w:p>
    <w:p w14:paraId="1B30A8FF" w14:textId="77777777" w:rsidR="00F25685" w:rsidRDefault="003B0324">
      <w:pPr>
        <w:spacing w:after="0"/>
      </w:pPr>
      <w:r>
        <w:rPr>
          <w:rFonts w:ascii="Arial" w:hAnsi="Arial"/>
          <w:color w:val="5D7284"/>
        </w:rPr>
        <w:t>56:08</w:t>
      </w:r>
    </w:p>
    <w:p w14:paraId="34D00C43" w14:textId="77777777" w:rsidR="00F25685" w:rsidRDefault="003B0324">
      <w:pPr>
        <w:spacing w:after="0"/>
      </w:pPr>
      <w:r>
        <w:rPr>
          <w:rFonts w:ascii="Arial" w:hAnsi="Arial"/>
        </w:rPr>
        <w:t>What is one thing you miss the most about the world before the pandemic,</w:t>
      </w:r>
    </w:p>
    <w:p w14:paraId="2C734713" w14:textId="77777777" w:rsidR="00F25685" w:rsidRDefault="00F25685">
      <w:pPr>
        <w:spacing w:after="0"/>
      </w:pPr>
    </w:p>
    <w:p w14:paraId="5D7A6A7C" w14:textId="77777777" w:rsidR="00F25685" w:rsidRDefault="003B0324">
      <w:pPr>
        <w:spacing w:after="0"/>
      </w:pPr>
      <w:r>
        <w:rPr>
          <w:rFonts w:ascii="Arial" w:hAnsi="Arial"/>
          <w:color w:val="5D7284"/>
        </w:rPr>
        <w:t>56:1</w:t>
      </w:r>
      <w:r>
        <w:rPr>
          <w:rFonts w:ascii="Arial" w:hAnsi="Arial"/>
          <w:color w:val="5D7284"/>
        </w:rPr>
        <w:t>4</w:t>
      </w:r>
    </w:p>
    <w:p w14:paraId="3C53F4EF" w14:textId="77777777" w:rsidR="00F25685" w:rsidRDefault="003B0324">
      <w:pPr>
        <w:spacing w:after="0"/>
      </w:pPr>
      <w:r>
        <w:rPr>
          <w:rFonts w:ascii="Arial" w:hAnsi="Arial"/>
        </w:rPr>
        <w:t>because I'm sitting in my office right now, I really, really miss working with students and being in that room with students and or with the participants in the nursing program. I really believe in face to face in a room, talking to each other interactin</w:t>
      </w:r>
      <w:r>
        <w:rPr>
          <w:rFonts w:ascii="Arial" w:hAnsi="Arial"/>
        </w:rPr>
        <w:t>g with people. And I think I feed off of that as well. It's what I know how to do. So not being able to do that is I really missed that.</w:t>
      </w:r>
    </w:p>
    <w:p w14:paraId="7BE83F26" w14:textId="77777777" w:rsidR="00F25685" w:rsidRDefault="00F25685">
      <w:pPr>
        <w:spacing w:after="0"/>
      </w:pPr>
    </w:p>
    <w:p w14:paraId="17CB9C34" w14:textId="77777777" w:rsidR="00F25685" w:rsidRDefault="003B0324">
      <w:pPr>
        <w:spacing w:after="0"/>
      </w:pPr>
      <w:r>
        <w:rPr>
          <w:rFonts w:ascii="Arial" w:hAnsi="Arial"/>
          <w:color w:val="5D7284"/>
        </w:rPr>
        <w:t>56:43</w:t>
      </w:r>
    </w:p>
    <w:p w14:paraId="7934330E" w14:textId="77777777" w:rsidR="00F25685" w:rsidRDefault="003B0324">
      <w:pPr>
        <w:spacing w:after="0"/>
      </w:pPr>
      <w:r>
        <w:rPr>
          <w:rFonts w:ascii="Arial" w:hAnsi="Arial"/>
        </w:rPr>
        <w:t xml:space="preserve">I know there's an energy, there's an energy about it, you know, I mean, the online energy is a </w:t>
      </w:r>
      <w:r>
        <w:rPr>
          <w:rFonts w:ascii="Arial" w:hAnsi="Arial"/>
        </w:rPr>
        <w:t>different energy. But there is a there is a very powerful and unique energy that comes from just an in person.</w:t>
      </w:r>
    </w:p>
    <w:p w14:paraId="62979AD1" w14:textId="77777777" w:rsidR="00F25685" w:rsidRDefault="00F25685">
      <w:pPr>
        <w:spacing w:after="0"/>
      </w:pPr>
    </w:p>
    <w:p w14:paraId="6D1B3225" w14:textId="77777777" w:rsidR="00F25685" w:rsidRDefault="003B0324">
      <w:pPr>
        <w:spacing w:after="0"/>
      </w:pPr>
      <w:r>
        <w:rPr>
          <w:rFonts w:ascii="Arial" w:hAnsi="Arial"/>
          <w:color w:val="5D7284"/>
        </w:rPr>
        <w:lastRenderedPageBreak/>
        <w:t>56:55</w:t>
      </w:r>
    </w:p>
    <w:p w14:paraId="475F96B3" w14:textId="77777777" w:rsidR="00F25685" w:rsidRDefault="003B0324">
      <w:pPr>
        <w:spacing w:after="0"/>
      </w:pPr>
      <w:r>
        <w:rPr>
          <w:rFonts w:ascii="Arial" w:hAnsi="Arial"/>
        </w:rPr>
        <w:t>And you only asked me for one, but I'll give you two because like everybody, I really miss being able to go out for coffee, oh, yeah, go o</w:t>
      </w:r>
      <w:r>
        <w:rPr>
          <w:rFonts w:ascii="Arial" w:hAnsi="Arial"/>
        </w:rPr>
        <w:t>ut for dinner? Or go get a beer or whatever it is.</w:t>
      </w:r>
    </w:p>
    <w:p w14:paraId="3925222D" w14:textId="77777777" w:rsidR="00F25685" w:rsidRDefault="00F25685">
      <w:pPr>
        <w:spacing w:after="0"/>
      </w:pPr>
    </w:p>
    <w:p w14:paraId="609CE752" w14:textId="77777777" w:rsidR="00F25685" w:rsidRDefault="003B0324">
      <w:pPr>
        <w:spacing w:after="0"/>
      </w:pPr>
      <w:r>
        <w:rPr>
          <w:rFonts w:ascii="Arial" w:hAnsi="Arial"/>
          <w:color w:val="5D7284"/>
        </w:rPr>
        <w:t>57:06</w:t>
      </w:r>
    </w:p>
    <w:p w14:paraId="7E631FDC" w14:textId="77777777" w:rsidR="00F25685" w:rsidRDefault="003B0324">
      <w:pPr>
        <w:spacing w:after="0"/>
      </w:pPr>
      <w:r>
        <w:rPr>
          <w:rFonts w:ascii="Arial" w:hAnsi="Arial"/>
        </w:rPr>
        <w:t>Yeah, without a cloud of anxiety over you. You know. One last question. What's one misconception people have about the work that you do?</w:t>
      </w:r>
    </w:p>
    <w:p w14:paraId="3BCA2A6A" w14:textId="77777777" w:rsidR="00F25685" w:rsidRDefault="00F25685">
      <w:pPr>
        <w:spacing w:after="0"/>
      </w:pPr>
    </w:p>
    <w:p w14:paraId="55CA0923" w14:textId="77777777" w:rsidR="00F25685" w:rsidRDefault="003B0324">
      <w:pPr>
        <w:spacing w:after="0"/>
      </w:pPr>
      <w:r>
        <w:rPr>
          <w:rFonts w:ascii="Arial" w:hAnsi="Arial"/>
          <w:color w:val="5D7284"/>
        </w:rPr>
        <w:t>57:16</w:t>
      </w:r>
    </w:p>
    <w:p w14:paraId="42CD5B62" w14:textId="77777777" w:rsidR="00F25685" w:rsidRDefault="003B0324">
      <w:pPr>
        <w:spacing w:after="0"/>
      </w:pPr>
      <w:r>
        <w:rPr>
          <w:rFonts w:ascii="Arial" w:hAnsi="Arial"/>
        </w:rPr>
        <w:t>I'm going to go with the fact that, for some reason, i</w:t>
      </w:r>
      <w:r>
        <w:rPr>
          <w:rFonts w:ascii="Arial" w:hAnsi="Arial"/>
        </w:rPr>
        <w:t xml:space="preserve">t was labeled by male engineers A long time ago, soft skills. So there are these term hard skills and soft skills you see thrown around everywhere. And the hard skills are sort of those math and engineering things, right? Soft skills are communicating and </w:t>
      </w:r>
      <w:r>
        <w:rPr>
          <w:rFonts w:ascii="Arial" w:hAnsi="Arial"/>
        </w:rPr>
        <w:t>whatever. And I need to go back to confirm this and prove it. But I really do think that without any basis, in fact that it was because male engineers, okay, well, that's the soft stuff, the hard stuff is what we do. Whereas listening to somebody communica</w:t>
      </w:r>
      <w:r>
        <w:rPr>
          <w:rFonts w:ascii="Arial" w:hAnsi="Arial"/>
        </w:rPr>
        <w:t>ting, making good decisions is incredibly hard and difficult and complex. It's not a soft skill. It's a complex skill, highly complex. And if it wasn't everybody to be doing it, and doing it well. And I think we're doing pretty well in the world in terms o</w:t>
      </w:r>
      <w:r>
        <w:rPr>
          <w:rFonts w:ascii="Arial" w:hAnsi="Arial"/>
        </w:rPr>
        <w:t>f building things, and engineering, and medicine, all of which are vital. I believe in support wholeheartedly, I don't think we're doing very well, in the stuff that's supposed to be soft, and therefore we don't pay as much attention to it. So that's a mis</w:t>
      </w:r>
      <w:r>
        <w:rPr>
          <w:rFonts w:ascii="Arial" w:hAnsi="Arial"/>
        </w:rPr>
        <w:t>conception that what I do is just sort of common sense stuff, then it's not something you'd be trained and you just do it and you'll learn on the job. It's a really a specific set of skills and concepts.</w:t>
      </w:r>
    </w:p>
    <w:p w14:paraId="5B378602" w14:textId="77777777" w:rsidR="00F25685" w:rsidRDefault="00F25685">
      <w:pPr>
        <w:spacing w:after="0"/>
      </w:pPr>
    </w:p>
    <w:p w14:paraId="7C1CD889" w14:textId="77777777" w:rsidR="00F25685" w:rsidRDefault="003B0324">
      <w:pPr>
        <w:spacing w:after="0"/>
      </w:pPr>
      <w:r>
        <w:rPr>
          <w:rFonts w:ascii="Arial" w:hAnsi="Arial"/>
          <w:color w:val="5D7284"/>
        </w:rPr>
        <w:t>58:38</w:t>
      </w:r>
    </w:p>
    <w:p w14:paraId="79ABE97D" w14:textId="77777777" w:rsidR="00F25685" w:rsidRDefault="003B0324">
      <w:pPr>
        <w:spacing w:after="0"/>
      </w:pPr>
      <w:r>
        <w:rPr>
          <w:rFonts w:ascii="Arial" w:hAnsi="Arial"/>
        </w:rPr>
        <w:t>Absolutely. Um, so it's interesting you say t</w:t>
      </w:r>
      <w:r>
        <w:rPr>
          <w:rFonts w:ascii="Arial" w:hAnsi="Arial"/>
        </w:rPr>
        <w:t>hat, because I have a colleague of mine, another graduate of University of Florida, his name's Eric Kaufman, and he's done some research around framing soft skills and he actually has started to use the term durable skills instead of soft skills because of</w:t>
      </w:r>
      <w:r>
        <w:rPr>
          <w:rFonts w:ascii="Arial" w:hAnsi="Arial"/>
        </w:rPr>
        <w:t xml:space="preserve"> because he's like the same kind of thing as you there's been this how negative connotation with with soft skills and this like sort of power dynamic, calling them with the quote unquote, hard skills. So I'm glad you said that.</w:t>
      </w:r>
    </w:p>
    <w:p w14:paraId="53296C00" w14:textId="77777777" w:rsidR="00F25685" w:rsidRDefault="00F25685">
      <w:pPr>
        <w:spacing w:after="0"/>
      </w:pPr>
    </w:p>
    <w:p w14:paraId="7721251F" w14:textId="77777777" w:rsidR="00F25685" w:rsidRDefault="003B0324">
      <w:pPr>
        <w:spacing w:after="0"/>
      </w:pPr>
      <w:r>
        <w:rPr>
          <w:rFonts w:ascii="Arial" w:hAnsi="Arial"/>
          <w:color w:val="5D7284"/>
        </w:rPr>
        <w:t>59:12</w:t>
      </w:r>
    </w:p>
    <w:p w14:paraId="4D9A1065" w14:textId="77777777" w:rsidR="00F25685" w:rsidRDefault="003B0324">
      <w:pPr>
        <w:spacing w:after="0"/>
      </w:pPr>
      <w:r>
        <w:rPr>
          <w:rFonts w:ascii="Arial" w:hAnsi="Arial"/>
        </w:rPr>
        <w:t>JOHN, thank</w:t>
      </w:r>
    </w:p>
    <w:p w14:paraId="2A73CF87" w14:textId="77777777" w:rsidR="00F25685" w:rsidRDefault="00F25685">
      <w:pPr>
        <w:spacing w:after="0"/>
      </w:pPr>
    </w:p>
    <w:p w14:paraId="37ED49E8" w14:textId="77777777" w:rsidR="00F25685" w:rsidRDefault="003B0324">
      <w:pPr>
        <w:spacing w:after="0"/>
      </w:pPr>
      <w:r>
        <w:rPr>
          <w:rFonts w:ascii="Arial" w:hAnsi="Arial"/>
          <w:color w:val="5D7284"/>
        </w:rPr>
        <w:t>59:13</w:t>
      </w:r>
    </w:p>
    <w:p w14:paraId="25391749" w14:textId="77777777" w:rsidR="00F25685" w:rsidRDefault="003B0324">
      <w:pPr>
        <w:spacing w:after="0"/>
      </w:pPr>
      <w:r>
        <w:rPr>
          <w:rFonts w:ascii="Arial" w:hAnsi="Arial"/>
        </w:rPr>
        <w:t>yo</w:t>
      </w:r>
      <w:r>
        <w:rPr>
          <w:rFonts w:ascii="Arial" w:hAnsi="Arial"/>
        </w:rPr>
        <w:t>u so much for taking the time to to to share your knowledge and insight into this very critical topic of facilitation and leadership. I hope the students I know the students are going to get a lot out of this and they really, I would just really appreciate</w:t>
      </w:r>
      <w:r>
        <w:rPr>
          <w:rFonts w:ascii="Arial" w:hAnsi="Arial"/>
        </w:rPr>
        <w:t xml:space="preserve"> your your wisdom during this time. So thank you.</w:t>
      </w:r>
    </w:p>
    <w:p w14:paraId="1A3F025F" w14:textId="77777777" w:rsidR="00F25685" w:rsidRDefault="00F25685">
      <w:pPr>
        <w:spacing w:after="0"/>
      </w:pPr>
    </w:p>
    <w:p w14:paraId="7E4AA87C" w14:textId="77777777" w:rsidR="00F25685" w:rsidRDefault="003B0324">
      <w:pPr>
        <w:spacing w:after="0"/>
      </w:pPr>
      <w:r>
        <w:rPr>
          <w:rFonts w:ascii="Arial" w:hAnsi="Arial"/>
          <w:color w:val="5D7284"/>
        </w:rPr>
        <w:t>59:32</w:t>
      </w:r>
    </w:p>
    <w:p w14:paraId="112EA32C" w14:textId="77777777" w:rsidR="00F25685" w:rsidRDefault="003B0324">
      <w:pPr>
        <w:spacing w:after="0"/>
      </w:pPr>
      <w:r>
        <w:rPr>
          <w:rFonts w:ascii="Arial" w:hAnsi="Arial"/>
        </w:rPr>
        <w:t>Well, thank you for inviting me today. It's been really fun to talk to you and again to the students. Keep pushing and keep working and and keep fighting. And advocacy and facilitation go hand in han</w:t>
      </w:r>
      <w:r>
        <w:rPr>
          <w:rFonts w:ascii="Arial" w:hAnsi="Arial"/>
        </w:rPr>
        <w:t>d. Can't do one without the other. So, so keep going.</w:t>
      </w:r>
    </w:p>
    <w:p w14:paraId="453687DB" w14:textId="77777777" w:rsidR="00F25685" w:rsidRDefault="00F25685">
      <w:pPr>
        <w:spacing w:after="0"/>
      </w:pPr>
    </w:p>
    <w:p w14:paraId="5806B13A" w14:textId="77777777" w:rsidR="00F25685" w:rsidRDefault="003B0324">
      <w:pPr>
        <w:spacing w:after="0"/>
      </w:pPr>
      <w:r>
        <w:rPr>
          <w:rFonts w:ascii="Arial" w:hAnsi="Arial"/>
          <w:color w:val="5D7284"/>
        </w:rPr>
        <w:t>59:49</w:t>
      </w:r>
    </w:p>
    <w:p w14:paraId="13C9E1A7" w14:textId="77777777" w:rsidR="00F25685" w:rsidRDefault="003B0324">
      <w:pPr>
        <w:spacing w:after="0"/>
      </w:pPr>
      <w:r>
        <w:rPr>
          <w:rFonts w:ascii="Arial" w:hAnsi="Arial"/>
        </w:rPr>
        <w:t>Yeah.</w:t>
      </w:r>
    </w:p>
    <w:p w14:paraId="42E28681" w14:textId="77777777" w:rsidR="00F25685" w:rsidRDefault="00F25685">
      <w:pPr>
        <w:spacing w:after="0"/>
      </w:pPr>
    </w:p>
    <w:p w14:paraId="074EDD9B" w14:textId="77777777" w:rsidR="00F25685" w:rsidRDefault="003B0324">
      <w:pPr>
        <w:spacing w:after="0"/>
      </w:pPr>
      <w:r>
        <w:rPr>
          <w:rFonts w:ascii="Arial" w:hAnsi="Arial"/>
          <w:color w:val="5D7284"/>
        </w:rPr>
        <w:t>59:50</w:t>
      </w:r>
    </w:p>
    <w:p w14:paraId="77983582" w14:textId="77777777" w:rsidR="00F25685" w:rsidRDefault="003B0324">
      <w:pPr>
        <w:spacing w:after="0"/>
      </w:pPr>
      <w:r>
        <w:rPr>
          <w:rFonts w:ascii="Arial" w:hAnsi="Arial"/>
        </w:rPr>
        <w:t>That's great. Thank you.</w:t>
      </w:r>
    </w:p>
    <w:sectPr w:rsidR="00F25685"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C16F97" w14:textId="77777777" w:rsidR="003B0324" w:rsidRDefault="003B0324">
      <w:pPr>
        <w:spacing w:after="0" w:line="240" w:lineRule="auto"/>
      </w:pPr>
      <w:r>
        <w:separator/>
      </w:r>
    </w:p>
  </w:endnote>
  <w:endnote w:type="continuationSeparator" w:id="0">
    <w:p w14:paraId="68B14104" w14:textId="77777777" w:rsidR="003B0324" w:rsidRDefault="003B03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72650680"/>
      <w:docPartObj>
        <w:docPartGallery w:val="Page Numbers (Bottom of Page)"/>
        <w:docPartUnique/>
      </w:docPartObj>
    </w:sdtPr>
    <w:sdtEndPr>
      <w:rPr>
        <w:rStyle w:val="PageNumber"/>
      </w:rPr>
    </w:sdtEndPr>
    <w:sdtContent>
      <w:p w14:paraId="4AA5D8B1"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5776D212"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465D93B"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2EE233E1"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36ED1B33"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465D72"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5DEC7E" w14:textId="77777777" w:rsidR="003B0324" w:rsidRDefault="003B0324">
      <w:pPr>
        <w:spacing w:after="0" w:line="240" w:lineRule="auto"/>
      </w:pPr>
      <w:r>
        <w:separator/>
      </w:r>
    </w:p>
  </w:footnote>
  <w:footnote w:type="continuationSeparator" w:id="0">
    <w:p w14:paraId="5B289910" w14:textId="77777777" w:rsidR="003B0324" w:rsidRDefault="003B03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73741C"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D265F6"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2E9740"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271EC"/>
    <w:rsid w:val="0029639D"/>
    <w:rsid w:val="00326F90"/>
    <w:rsid w:val="003B0324"/>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25685"/>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3C4929B"/>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8407</Words>
  <Characters>47923</Characters>
  <Application>Microsoft Office Word</Application>
  <DocSecurity>0</DocSecurity>
  <Lines>399</Lines>
  <Paragraphs>112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56218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Council, Austin</cp:lastModifiedBy>
  <cp:revision>2</cp:revision>
  <dcterms:created xsi:type="dcterms:W3CDTF">2021-01-21T16:30:00Z</dcterms:created>
  <dcterms:modified xsi:type="dcterms:W3CDTF">2021-01-21T16:30:00Z</dcterms:modified>
  <cp:category/>
</cp:coreProperties>
</file>