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816F29" w14:textId="77777777" w:rsidR="00930F33" w:rsidRDefault="00930F33">
      <w:pPr>
        <w:spacing w:after="0"/>
        <w:rPr>
          <w:lang w:eastAsia="zh-CN"/>
        </w:rPr>
      </w:pPr>
    </w:p>
    <w:p w14:paraId="3F925C26" w14:textId="5465DAB7" w:rsidR="00EE4261" w:rsidRDefault="0010682D">
      <w:r>
        <w:rPr>
          <w:rFonts w:ascii="Arial" w:hAnsi="Arial"/>
          <w:sz w:val="48"/>
        </w:rPr>
        <w:t xml:space="preserve">Active </w:t>
      </w:r>
      <w:r w:rsidR="007C7116">
        <w:rPr>
          <w:rFonts w:ascii="Arial" w:hAnsi="Arial"/>
          <w:sz w:val="48"/>
        </w:rPr>
        <w:t>Citizenship with Meghan Kuhn</w:t>
      </w:r>
    </w:p>
    <w:p w14:paraId="6CE5F8FD" w14:textId="77777777" w:rsidR="00EE4261" w:rsidRDefault="007C7116">
      <w:r>
        <w:rPr>
          <w:rFonts w:ascii="Arial" w:hAnsi="Arial"/>
          <w:color w:val="4F6880"/>
        </w:rPr>
        <w:t>Sat, 11/21 12:18PM • 59:22</w:t>
      </w:r>
    </w:p>
    <w:p w14:paraId="4D8E0449" w14:textId="77777777" w:rsidR="00EE4261" w:rsidRDefault="007C7116">
      <w:pPr>
        <w:spacing w:before="440" w:after="0"/>
      </w:pPr>
      <w:r>
        <w:rPr>
          <w:rFonts w:ascii="Arial" w:hAnsi="Arial"/>
          <w:b/>
          <w:color w:val="4F6880"/>
        </w:rPr>
        <w:t>SUMMARY KEYWORDS</w:t>
      </w:r>
    </w:p>
    <w:p w14:paraId="5C474075" w14:textId="77777777" w:rsidR="00EE4261" w:rsidRDefault="007C7116">
      <w:r>
        <w:rPr>
          <w:rFonts w:ascii="Arial" w:hAnsi="Arial"/>
          <w:color w:val="4F6880"/>
        </w:rPr>
        <w:t xml:space="preserve">community, students, leadership, engage, virginia tech, learning, blacksburg, absolutely, citizenship, civic engagement, service, watched, thinking, active, </w:t>
      </w:r>
      <w:r>
        <w:rPr>
          <w:rFonts w:ascii="Arial" w:hAnsi="Arial"/>
          <w:color w:val="4F6880"/>
        </w:rPr>
        <w:t>piece, folks, social capital, reading, volunteer, places</w:t>
      </w:r>
    </w:p>
    <w:p w14:paraId="34809D79" w14:textId="77777777" w:rsidR="00EE4261" w:rsidRDefault="00EE4261">
      <w:pPr>
        <w:spacing w:after="0"/>
      </w:pPr>
    </w:p>
    <w:p w14:paraId="4526040C" w14:textId="77777777" w:rsidR="00EE4261" w:rsidRDefault="007C7116">
      <w:pPr>
        <w:spacing w:after="0"/>
      </w:pPr>
      <w:r>
        <w:rPr>
          <w:rFonts w:ascii="Arial" w:hAnsi="Arial"/>
          <w:color w:val="5D7284"/>
        </w:rPr>
        <w:t>00:05</w:t>
      </w:r>
    </w:p>
    <w:p w14:paraId="5E761913" w14:textId="77777777" w:rsidR="00EE4261" w:rsidRDefault="007C7116">
      <w:pPr>
        <w:spacing w:after="0"/>
      </w:pPr>
      <w:r>
        <w:rPr>
          <w:rFonts w:ascii="Arial" w:hAnsi="Arial"/>
        </w:rPr>
        <w:t>welcome students and listeners to leadership untangled, a podcast series I started for the leadership courses I teach at Virginia Tech. In this series we explore, untangle and deconstruct what</w:t>
      </w:r>
      <w:r>
        <w:rPr>
          <w:rFonts w:ascii="Arial" w:hAnsi="Arial"/>
        </w:rPr>
        <w:t xml:space="preserve"> leadership means and how we can use it to affect social change in the world. I am your host, Dr. Austin Council, and in today's episode, we will be untangling citizenship, a term that has been getting a lot of attention recently with the growing attention</w:t>
      </w:r>
      <w:r>
        <w:rPr>
          <w:rFonts w:ascii="Arial" w:hAnsi="Arial"/>
        </w:rPr>
        <w:t xml:space="preserve"> to injustices in our society. But how does citizenship connect to leadership? Joining me today is one of my friends and colleagues, Megan Kuhn. Meghan is the newly appointed Congratulations, Director of vt engage the Center for leadership and service lear</w:t>
      </w:r>
      <w:r>
        <w:rPr>
          <w:rFonts w:ascii="Arial" w:hAnsi="Arial"/>
        </w:rPr>
        <w:t>ning here at Virginia Tech. vt engaged partners with nonprofits to create community driven service programs, works with students to develop their leadership competencies, and engages with faculty on integrating community learning opportunities into their c</w:t>
      </w:r>
      <w:r>
        <w:rPr>
          <w:rFonts w:ascii="Arial" w:hAnsi="Arial"/>
        </w:rPr>
        <w:t>urriculum. Megan, welcome to the show.</w:t>
      </w:r>
    </w:p>
    <w:p w14:paraId="73ACCA23" w14:textId="77777777" w:rsidR="00EE4261" w:rsidRDefault="00EE4261">
      <w:pPr>
        <w:spacing w:after="0"/>
      </w:pPr>
    </w:p>
    <w:p w14:paraId="46D3918F" w14:textId="77777777" w:rsidR="00EE4261" w:rsidRDefault="007C7116">
      <w:pPr>
        <w:spacing w:after="0"/>
      </w:pPr>
      <w:r>
        <w:rPr>
          <w:rFonts w:ascii="Arial" w:hAnsi="Arial"/>
          <w:color w:val="5D7284"/>
        </w:rPr>
        <w:t>01:09</w:t>
      </w:r>
    </w:p>
    <w:p w14:paraId="3D83E3B4" w14:textId="77777777" w:rsidR="00EE4261" w:rsidRDefault="007C7116">
      <w:pPr>
        <w:spacing w:after="0"/>
      </w:pPr>
      <w:r>
        <w:rPr>
          <w:rFonts w:ascii="Arial" w:hAnsi="Arial"/>
        </w:rPr>
        <w:t>Thank you, Austin. I'm very excited to be here.</w:t>
      </w:r>
    </w:p>
    <w:p w14:paraId="07C3588B" w14:textId="77777777" w:rsidR="00EE4261" w:rsidRDefault="00EE4261">
      <w:pPr>
        <w:spacing w:after="0"/>
      </w:pPr>
    </w:p>
    <w:p w14:paraId="6C289267" w14:textId="77777777" w:rsidR="00EE4261" w:rsidRDefault="007C7116">
      <w:pPr>
        <w:spacing w:after="0"/>
      </w:pPr>
      <w:r>
        <w:rPr>
          <w:rFonts w:ascii="Arial" w:hAnsi="Arial"/>
          <w:color w:val="5D7284"/>
        </w:rPr>
        <w:t>01:12</w:t>
      </w:r>
    </w:p>
    <w:p w14:paraId="6B856550" w14:textId="77777777" w:rsidR="00EE4261" w:rsidRDefault="007C7116">
      <w:pPr>
        <w:spacing w:after="0"/>
      </w:pPr>
      <w:r>
        <w:rPr>
          <w:rFonts w:ascii="Arial" w:hAnsi="Arial"/>
        </w:rPr>
        <w:t>So I want to give our students and listeners a little idea of how we knew and how we know each other. You know, I've been here for a year, I think you were</w:t>
      </w:r>
      <w:r>
        <w:rPr>
          <w:rFonts w:ascii="Arial" w:hAnsi="Arial"/>
        </w:rPr>
        <w:t xml:space="preserve"> on one of the zoom calls in my interview to that position. And then I think you were one of the first people that I reached out to for help, like, help me, I knew I need to know how this stuff works. So I appreciate you being here and doing what you're do</w:t>
      </w:r>
      <w:r>
        <w:rPr>
          <w:rFonts w:ascii="Arial" w:hAnsi="Arial"/>
        </w:rPr>
        <w:t>ing.</w:t>
      </w:r>
    </w:p>
    <w:p w14:paraId="778C9D7A" w14:textId="77777777" w:rsidR="00EE4261" w:rsidRDefault="00EE4261">
      <w:pPr>
        <w:spacing w:after="0"/>
      </w:pPr>
    </w:p>
    <w:p w14:paraId="6882556B" w14:textId="77777777" w:rsidR="00EE4261" w:rsidRDefault="007C7116">
      <w:pPr>
        <w:spacing w:after="0"/>
      </w:pPr>
      <w:r>
        <w:rPr>
          <w:rFonts w:ascii="Arial" w:hAnsi="Arial"/>
          <w:color w:val="5D7284"/>
        </w:rPr>
        <w:t>01:33</w:t>
      </w:r>
    </w:p>
    <w:p w14:paraId="6B13CCB3" w14:textId="77777777" w:rsidR="00EE4261" w:rsidRDefault="007C7116">
      <w:pPr>
        <w:spacing w:after="0"/>
      </w:pPr>
      <w:r>
        <w:rPr>
          <w:rFonts w:ascii="Arial" w:hAnsi="Arial"/>
        </w:rPr>
        <w:t xml:space="preserve">But we were so excited when you said yes, it was like the 1159 of the hour right before school started. But you joined the team to begin this experience, and you jumped in a big ol splash right into everything. So we appreciate that very </w:t>
      </w:r>
      <w:r>
        <w:rPr>
          <w:rFonts w:ascii="Arial" w:hAnsi="Arial"/>
        </w:rPr>
        <w:t>much. Yeah,</w:t>
      </w:r>
    </w:p>
    <w:p w14:paraId="71A0DF44" w14:textId="77777777" w:rsidR="00EE4261" w:rsidRDefault="00EE4261">
      <w:pPr>
        <w:spacing w:after="0"/>
      </w:pPr>
    </w:p>
    <w:p w14:paraId="43A237CD" w14:textId="77777777" w:rsidR="00EE4261" w:rsidRDefault="007C7116">
      <w:pPr>
        <w:spacing w:after="0"/>
      </w:pPr>
      <w:r>
        <w:rPr>
          <w:rFonts w:ascii="Arial" w:hAnsi="Arial"/>
          <w:color w:val="5D7284"/>
        </w:rPr>
        <w:t>01:49</w:t>
      </w:r>
    </w:p>
    <w:p w14:paraId="4143964E" w14:textId="77777777" w:rsidR="00EE4261" w:rsidRDefault="007C7116">
      <w:pPr>
        <w:spacing w:after="0"/>
      </w:pPr>
      <w:r>
        <w:rPr>
          <w:rFonts w:ascii="Arial" w:hAnsi="Arial"/>
        </w:rPr>
        <w:t>you know, all the good things in my life has always have always happened at the very last minute. So it's fitting that it works that way, you know,</w:t>
      </w:r>
    </w:p>
    <w:p w14:paraId="58E9F837" w14:textId="77777777" w:rsidR="00EE4261" w:rsidRDefault="00EE4261">
      <w:pPr>
        <w:spacing w:after="0"/>
      </w:pPr>
    </w:p>
    <w:p w14:paraId="22E43391" w14:textId="77777777" w:rsidR="00EE4261" w:rsidRDefault="007C7116">
      <w:pPr>
        <w:spacing w:after="0"/>
      </w:pPr>
      <w:r>
        <w:rPr>
          <w:rFonts w:ascii="Arial" w:hAnsi="Arial"/>
          <w:color w:val="5D7284"/>
        </w:rPr>
        <w:t>01:56</w:t>
      </w:r>
    </w:p>
    <w:p w14:paraId="279B167F" w14:textId="77777777" w:rsidR="00EE4261" w:rsidRDefault="007C7116">
      <w:pPr>
        <w:spacing w:after="0"/>
      </w:pPr>
      <w:r>
        <w:rPr>
          <w:rFonts w:ascii="Arial" w:hAnsi="Arial"/>
        </w:rPr>
        <w:t>that's great.</w:t>
      </w:r>
    </w:p>
    <w:p w14:paraId="03BAD14B" w14:textId="77777777" w:rsidR="00EE4261" w:rsidRDefault="00EE4261">
      <w:pPr>
        <w:spacing w:after="0"/>
      </w:pPr>
    </w:p>
    <w:p w14:paraId="30FBE4D7" w14:textId="77777777" w:rsidR="00EE4261" w:rsidRDefault="007C7116">
      <w:pPr>
        <w:spacing w:after="0"/>
      </w:pPr>
      <w:r>
        <w:rPr>
          <w:rFonts w:ascii="Arial" w:hAnsi="Arial"/>
          <w:color w:val="5D7284"/>
        </w:rPr>
        <w:t>01:59</w:t>
      </w:r>
    </w:p>
    <w:p w14:paraId="4A86E798" w14:textId="77777777" w:rsidR="00EE4261" w:rsidRDefault="007C7116">
      <w:pPr>
        <w:spacing w:after="0"/>
      </w:pPr>
      <w:r>
        <w:rPr>
          <w:rFonts w:ascii="Arial" w:hAnsi="Arial"/>
        </w:rPr>
        <w:t>So,</w:t>
      </w:r>
    </w:p>
    <w:p w14:paraId="346F83BE" w14:textId="77777777" w:rsidR="00EE4261" w:rsidRDefault="00EE4261">
      <w:pPr>
        <w:spacing w:after="0"/>
      </w:pPr>
    </w:p>
    <w:p w14:paraId="351DDB7A" w14:textId="77777777" w:rsidR="00EE4261" w:rsidRDefault="007C7116">
      <w:pPr>
        <w:spacing w:after="0"/>
      </w:pPr>
      <w:r>
        <w:rPr>
          <w:rFonts w:ascii="Arial" w:hAnsi="Arial"/>
          <w:color w:val="5D7284"/>
        </w:rPr>
        <w:t>01:59</w:t>
      </w:r>
    </w:p>
    <w:p w14:paraId="5579ADC9" w14:textId="77777777" w:rsidR="00EE4261" w:rsidRDefault="007C7116">
      <w:pPr>
        <w:spacing w:after="0"/>
      </w:pPr>
      <w:r>
        <w:rPr>
          <w:rFonts w:ascii="Arial" w:hAnsi="Arial"/>
        </w:rPr>
        <w:t>I want to start by just getting to know you a litt</w:t>
      </w:r>
      <w:r>
        <w:rPr>
          <w:rFonts w:ascii="Arial" w:hAnsi="Arial"/>
        </w:rPr>
        <w:t>le bit and your journey to Virginia Tech. Can you kind of give our listeners an idea of your your, your journey to leadership education and when and what brought you to Virginia Tech?</w:t>
      </w:r>
    </w:p>
    <w:p w14:paraId="380CE963" w14:textId="77777777" w:rsidR="00EE4261" w:rsidRDefault="00EE4261">
      <w:pPr>
        <w:spacing w:after="0"/>
      </w:pPr>
    </w:p>
    <w:p w14:paraId="62624DFC" w14:textId="77777777" w:rsidR="00EE4261" w:rsidRDefault="007C7116">
      <w:pPr>
        <w:spacing w:after="0"/>
      </w:pPr>
      <w:r>
        <w:rPr>
          <w:rFonts w:ascii="Arial" w:hAnsi="Arial"/>
          <w:color w:val="5D7284"/>
        </w:rPr>
        <w:t>02:12</w:t>
      </w:r>
    </w:p>
    <w:p w14:paraId="7056A046" w14:textId="77777777" w:rsidR="00EE4261" w:rsidRDefault="007C7116">
      <w:pPr>
        <w:spacing w:after="0"/>
      </w:pPr>
      <w:r>
        <w:rPr>
          <w:rFonts w:ascii="Arial" w:hAnsi="Arial"/>
        </w:rPr>
        <w:t>Yes, absolutely. So hi all it's great. That not for you, but to b</w:t>
      </w:r>
      <w:r>
        <w:rPr>
          <w:rFonts w:ascii="Arial" w:hAnsi="Arial"/>
        </w:rPr>
        <w:t>e able to talk with you today. So my name is Nita Barnes coo and she her pronouns. And I am originally from Minnesota. So I'm a proud Minnesotan. And the way that I got to Virginia, I never thought I would live here and I've been here for the last 15 years</w:t>
      </w:r>
      <w:r>
        <w:rPr>
          <w:rFonts w:ascii="Arial" w:hAnsi="Arial"/>
        </w:rPr>
        <w:t>, is my partner was I'm looking for love. So my partner who's now my husband, was looking for programs for his PhD. And he's from Maine. And I was living in New York City at the time, I was working for down discovery, communications and coordinating commer</w:t>
      </w:r>
      <w:r>
        <w:rPr>
          <w:rFonts w:ascii="Arial" w:hAnsi="Arial"/>
        </w:rPr>
        <w:t>cials for several of their channels. And he was picking out where he was gonna do his PhD program. So I happen to say somewhere in that are these and he's like, I'm gonna go to Virginia Tech. I'm like Virginia, where, what's the place? Where is this place?</w:t>
      </w:r>
      <w:r>
        <w:rPr>
          <w:rFonts w:ascii="Arial" w:hAnsi="Arial"/>
        </w:rPr>
        <w:t xml:space="preserve"> So he moved down. And then I stayed in New York for one more year, and had an amazing time, I lived with about 10 girlfriends from college and had a blast in the city. But I knew in the job that I was doing is very stagnant. I knew what I was doing every </w:t>
      </w:r>
      <w:r>
        <w:rPr>
          <w:rFonts w:ascii="Arial" w:hAnsi="Arial"/>
        </w:rPr>
        <w:t xml:space="preserve">single day before I got to work. And so I knew I wanted to be in an environment that was dynamic and changing. And the two environments that I was really intrigued by was higher education, and nursing. And my degrees, my undergrad degrees were Spanish and </w:t>
      </w:r>
      <w:r>
        <w:rPr>
          <w:rFonts w:ascii="Arial" w:hAnsi="Arial"/>
        </w:rPr>
        <w:t>biology. So the double major and I went abroad twice, I went to Spain, and I went to Kenya. And I did ethnobotanical research, and El Salvador, with a Spanish midwife. And so really thought that nursing was going to be my jam. But when I got down to Virgin</w:t>
      </w:r>
      <w:r>
        <w:rPr>
          <w:rFonts w:ascii="Arial" w:hAnsi="Arial"/>
        </w:rPr>
        <w:t>ia, to Virginia, I started looking at programs and I looked at the higher ed program here at Virginia Tech, and I applied the program. And I was accepted. And I really kind of had an idea of what Student Affairs was from previous folks. And this is a story</w:t>
      </w:r>
      <w:r>
        <w:rPr>
          <w:rFonts w:ascii="Arial" w:hAnsi="Arial"/>
        </w:rPr>
        <w:t xml:space="preserve"> of Student Affairs, you know, Miss ministration, and it's all timely. Someone always said, Hey, you'd be really good at this, like you should think about this. And so our dean at St. Lawrence at the time was like, you should look at student affairs. So I </w:t>
      </w:r>
      <w:r>
        <w:rPr>
          <w:rFonts w:ascii="Arial" w:hAnsi="Arial"/>
        </w:rPr>
        <w:t>joined the master's program, and I worked in Student Conduct. And I worked in the Women's Center and I was funded on the vowel grant the Violence Against Women Act grants. So we provided resources and education and support on gender based violence. And aft</w:t>
      </w:r>
      <w:r>
        <w:rPr>
          <w:rFonts w:ascii="Arial" w:hAnsi="Arial"/>
        </w:rPr>
        <w:t>er graduation, and I graduated in 2007, so it's here for the shootings. And that really impacted my higher education journey for sure. Um, and also really impacted my love for Virginia Tech in ways that just made it grow even more. Um, this in this communi</w:t>
      </w:r>
      <w:r>
        <w:rPr>
          <w:rFonts w:ascii="Arial" w:hAnsi="Arial"/>
        </w:rPr>
        <w:t>ty if you haven't felt it Yet you will, is so completely different than any other community that you can be a part of the Hokie nation is just so special. And so my husband, we got married in 2007. And he finished his PhD in 2008, and Civil and Environment</w:t>
      </w:r>
      <w:r>
        <w:rPr>
          <w:rFonts w:ascii="Arial" w:hAnsi="Arial"/>
        </w:rPr>
        <w:t>al Engineering, and I got a position in Student Conduct. And he started working in food science technology. And while I was in Student Conduct, we took Clifton strengths for the first time. And one of my top strengths that when I took those assessment, I c</w:t>
      </w:r>
      <w:r>
        <w:rPr>
          <w:rFonts w:ascii="Arial" w:hAnsi="Arial"/>
        </w:rPr>
        <w:t>heated, and I read all 34 themes, and I said, I don't care what my themes are, as long as I'm not a Woo. Well, we was number one, and Woo, positivity, communication, individualization and adaptability. And my co workers at that time, were like, Oh, my gosh</w:t>
      </w:r>
      <w:r>
        <w:rPr>
          <w:rFonts w:ascii="Arial" w:hAnsi="Arial"/>
        </w:rPr>
        <w:t xml:space="preserve">, whoo, that's what you do. Like you walk into a room of </w:t>
      </w:r>
      <w:r>
        <w:rPr>
          <w:rFonts w:ascii="Arial" w:hAnsi="Arial"/>
        </w:rPr>
        <w:lastRenderedPageBreak/>
        <w:t>people. And it's just friends you haven't made yet. And you love that interaction. And so what I learned about myself during my time in Student Conduct, I absolutely love those conversations with stu</w:t>
      </w:r>
      <w:r>
        <w:rPr>
          <w:rFonts w:ascii="Arial" w:hAnsi="Arial"/>
        </w:rPr>
        <w:t xml:space="preserve">dents, but sometimes didn't want to come talk to me, and that really hurt my feelings. Because I just wanted to have a conversation and reflect on what their journey here at Virginia Tech looks like, and how can we get it back to where they want it to be. </w:t>
      </w:r>
      <w:r>
        <w:rPr>
          <w:rFonts w:ascii="Arial" w:hAnsi="Arial"/>
        </w:rPr>
        <w:t>Um, and so through that conversation, my, my supervisor at the time for his team was like, hey, this opportunity to teach in the RLC, the residential leadership community. And I was like, tell me more. I'm like, I would love leadership because I was in for</w:t>
      </w:r>
      <w:r>
        <w:rPr>
          <w:rFonts w:ascii="Arial" w:hAnsi="Arial"/>
        </w:rPr>
        <w:t xml:space="preserve"> age growing up. I was employed for 12 years absolutely loved the experiences I had in that organization. In high school, I went on to 30 day long commute trips up in northern Canada. And I led one, I led a group of 12 women up in northern Canada. So leade</w:t>
      </w:r>
      <w:r>
        <w:rPr>
          <w:rFonts w:ascii="Arial" w:hAnsi="Arial"/>
        </w:rPr>
        <w:t>rship, and leading a group of students was something that was a passion of mine. And so to think about teaching it and learning the education piece around it, and the theory, and the approaches to ways that why we lead and what we like about leadership, ju</w:t>
      </w:r>
      <w:r>
        <w:rPr>
          <w:rFonts w:ascii="Arial" w:hAnsi="Arial"/>
        </w:rPr>
        <w:t>st just was really exciting for me. So I started teaching in 2000 times, and started teaching in the RLC, and taught up until 2015. Um, and during that time, I transferred from Student Conduct to the dean of students office as a case manager and the Dean o</w:t>
      </w:r>
      <w:r>
        <w:rPr>
          <w:rFonts w:ascii="Arial" w:hAnsi="Arial"/>
        </w:rPr>
        <w:t>f Students Office, which was a position that was really created out of the 416 shootings. And so the connection for me was really important to think about how are we connecting students? How are we building that community for students that are in crisis, o</w:t>
      </w:r>
      <w:r>
        <w:rPr>
          <w:rFonts w:ascii="Arial" w:hAnsi="Arial"/>
        </w:rPr>
        <w:t>r stressed, and how are we getting them those resources and support? So the thread during this time was leadership in that sense? So I was taking courses, I've taken a couple of courses with Dr. Kaufman, I worked with Dr. Kaufman to create the leadership g</w:t>
      </w:r>
      <w:r>
        <w:rPr>
          <w:rFonts w:ascii="Arial" w:hAnsi="Arial"/>
        </w:rPr>
        <w:t>rad certificate, and one of his courses. And then this opportunity in 2015.</w:t>
      </w:r>
    </w:p>
    <w:p w14:paraId="464F9491" w14:textId="77777777" w:rsidR="00EE4261" w:rsidRDefault="00EE4261">
      <w:pPr>
        <w:spacing w:after="0"/>
      </w:pPr>
    </w:p>
    <w:p w14:paraId="76035152" w14:textId="77777777" w:rsidR="00EE4261" w:rsidRDefault="007C7116">
      <w:pPr>
        <w:spacing w:after="0"/>
      </w:pPr>
      <w:r>
        <w:rPr>
          <w:rFonts w:ascii="Arial" w:hAnsi="Arial"/>
          <w:color w:val="5D7284"/>
        </w:rPr>
        <w:t>07:58</w:t>
      </w:r>
    </w:p>
    <w:p w14:paraId="78539E0A" w14:textId="77777777" w:rsidR="00EE4261" w:rsidRDefault="007C7116">
      <w:pPr>
        <w:spacing w:after="0"/>
      </w:pPr>
      <w:r>
        <w:rPr>
          <w:rFonts w:ascii="Arial" w:hAnsi="Arial"/>
        </w:rPr>
        <w:t>I was pregnant with my second child. So I have two kiddos, lb, who's seven. And Patrick, who's four. I have two Springer spaniels, Hudson and Dexter, and then my husband Dav</w:t>
      </w:r>
      <w:r>
        <w:rPr>
          <w:rFonts w:ascii="Arial" w:hAnsi="Arial"/>
        </w:rPr>
        <w:t>e, and he is a research professor in besides technology, and he works in agriculture. And so in 2015, a position opened up and leadership education collaborative, and it was a newly formed department. And it was an assistant director for leadership educati</w:t>
      </w:r>
      <w:r>
        <w:rPr>
          <w:rFonts w:ascii="Arial" w:hAnsi="Arial"/>
        </w:rPr>
        <w:t>on collaborative. And at that time, I was like, You mean, I could potentially teach and talk about leadership for my consecutive months, like my future, like, I was so excited about that. So I applied for it, and got the position and then ended up I starte</w:t>
      </w:r>
      <w:r>
        <w:rPr>
          <w:rFonts w:ascii="Arial" w:hAnsi="Arial"/>
        </w:rPr>
        <w:t>d my job. And then that next week, I went on maternity leave, and then was on maternity leave for the fall and came back in the spring. And so was really engaged in thinking about what does leadership look like here at the institution, and that landscape a</w:t>
      </w:r>
      <w:r>
        <w:rPr>
          <w:rFonts w:ascii="Arial" w:hAnsi="Arial"/>
        </w:rPr>
        <w:t>nd worked very closely with the RLC. So let's continue to teach classes. And now the leadership and social change read college, and was so excited for this experience to be created. And then our office was the especially get to collaborative was also situa</w:t>
      </w:r>
      <w:r>
        <w:rPr>
          <w:rFonts w:ascii="Arial" w:hAnsi="Arial"/>
        </w:rPr>
        <w:t>ted next to be to engage. And so I would hear from my colleagues and became engaged about the work that they were doing in community. And, you know, I did a lot of service in high school and in college. I did a lot of service abroad. And so understanding t</w:t>
      </w:r>
      <w:r>
        <w:rPr>
          <w:rFonts w:ascii="Arial" w:hAnsi="Arial"/>
        </w:rPr>
        <w:t>he ideas and thoughts and approaches to service to community engaged service was really intriguing and interesting to me, because I think about our mounting problem, and how almost every Virginia Tech pokey that comes to this institution knows what that me</w:t>
      </w:r>
      <w:r>
        <w:rPr>
          <w:rFonts w:ascii="Arial" w:hAnsi="Arial"/>
        </w:rPr>
        <w:t>ans before they even step on this campus and want to live that out. So how are we helping students explore what that model means to them in ways that is reflected in community in ways that's reflected in, in their identities and their private privileges an</w:t>
      </w:r>
      <w:r>
        <w:rPr>
          <w:rFonts w:ascii="Arial" w:hAnsi="Arial"/>
        </w:rPr>
        <w:t xml:space="preserve">d their roles and what that leadership looks like for them. So then our offices merged, so became lead, especially to collaborate and vt engaged, merged. </w:t>
      </w:r>
      <w:r>
        <w:rPr>
          <w:rFonts w:ascii="Arial" w:hAnsi="Arial"/>
        </w:rPr>
        <w:lastRenderedPageBreak/>
        <w:t xml:space="preserve">And so then during that time, we were looking for a director with Well, we had two interim directors. </w:t>
      </w:r>
      <w:r>
        <w:rPr>
          <w:rFonts w:ascii="Arial" w:hAnsi="Arial"/>
        </w:rPr>
        <w:t>And then Dr. Angela Simmons, who is our ATP at the time, was like, I'm gonna start the search. So she had to search in the fall. And unfortunately, the search failed in the fall. And then in the spring, we have another search, and that failed as well. So t</w:t>
      </w:r>
      <w:r>
        <w:rPr>
          <w:rFonts w:ascii="Arial" w:hAnsi="Arial"/>
        </w:rPr>
        <w:t>hat summer, it was summer of nine teen, right, she was like, hey, Megan, would you be interested in being interim director? And I was like, okay, like, you're out? I don't know. And it was, and I could hear in my head, how the things that haven't really me</w:t>
      </w:r>
      <w:r>
        <w:rPr>
          <w:rFonts w:ascii="Arial" w:hAnsi="Arial"/>
        </w:rPr>
        <w:t xml:space="preserve">t women in leadership, all the things that I had talked about with my students in my women in leadership classes was women tend to vote themselves out of positions, because they only have 6% of the qualifications, you know, and all these pieces, and I was </w:t>
      </w:r>
      <w:r>
        <w:rPr>
          <w:rFonts w:ascii="Arial" w:hAnsi="Arial"/>
        </w:rPr>
        <w:t>like, I was doing that, like, I could feel myself doing that. And I was like, No, you need to do this, like, you need to step into this role, and leave this amazing group of folks. And think about ways that we're thinking about leadership, and community an</w:t>
      </w:r>
      <w:r>
        <w:rPr>
          <w:rFonts w:ascii="Arial" w:hAnsi="Arial"/>
        </w:rPr>
        <w:t>d civic engagement, and what that mean for our institution. So within the role, interestingly, and then started a role in July as permanent director. And so it I feel like that the path to this position is something that's been in my in my life, in what I'</w:t>
      </w:r>
      <w:r>
        <w:rPr>
          <w:rFonts w:ascii="Arial" w:hAnsi="Arial"/>
        </w:rPr>
        <w:t>ve experienced in my life, and what I'm passionate about, it fits this position, so much. And it's not it's not a job as a vocation is a calling to think about how are we helping our students think about the ways that they engage in community. And so here'</w:t>
      </w:r>
      <w:r>
        <w:rPr>
          <w:rFonts w:ascii="Arial" w:hAnsi="Arial"/>
        </w:rPr>
        <w:t>s the to engage the Center for leadership and service learning, we think about which education, service learning and civic engagement, and it's working alongside our community members. So how are we thinking about the ways that we impact community? And how</w:t>
      </w:r>
      <w:r>
        <w:rPr>
          <w:rFonts w:ascii="Arial" w:hAnsi="Arial"/>
        </w:rPr>
        <w:t xml:space="preserve"> can we work with community to make change happen.</w:t>
      </w:r>
    </w:p>
    <w:p w14:paraId="3AE2CB29" w14:textId="77777777" w:rsidR="00EE4261" w:rsidRDefault="00EE4261">
      <w:pPr>
        <w:spacing w:after="0"/>
      </w:pPr>
    </w:p>
    <w:p w14:paraId="2998C288" w14:textId="77777777" w:rsidR="00EE4261" w:rsidRDefault="007C7116">
      <w:pPr>
        <w:spacing w:after="0"/>
      </w:pPr>
      <w:r>
        <w:rPr>
          <w:rFonts w:ascii="Arial" w:hAnsi="Arial"/>
          <w:color w:val="5D7284"/>
        </w:rPr>
        <w:t>12:17</w:t>
      </w:r>
    </w:p>
    <w:p w14:paraId="646B9EB1" w14:textId="77777777" w:rsidR="00EE4261" w:rsidRDefault="007C7116">
      <w:pPr>
        <w:spacing w:after="0"/>
      </w:pPr>
      <w:r>
        <w:rPr>
          <w:rFonts w:ascii="Arial" w:hAnsi="Arial"/>
        </w:rPr>
        <w:t>And our I would say that what I love about this is tons of things in my knowledge, and a lot about this tournament. First and foremost is our amazing team. I work with amazing colleagues who care so</w:t>
      </w:r>
      <w:r>
        <w:rPr>
          <w:rFonts w:ascii="Arial" w:hAnsi="Arial"/>
        </w:rPr>
        <w:t xml:space="preserve"> deeply about their work, and they love what they do. And so that passion is just so so great to be around every day. Um, I also think that our office is a critical role in, in community for our students. And so for them to think about how they're engaging</w:t>
      </w:r>
      <w:r>
        <w:rPr>
          <w:rFonts w:ascii="Arial" w:hAnsi="Arial"/>
        </w:rPr>
        <w:t xml:space="preserve"> in community is really important as you move into Blacksburg and then when you leave Blacksburg How are you engaging in the communities outside of the spaces here? So how are we helping students think through those pieces? And our connection to the LLC or</w:t>
      </w:r>
      <w:r>
        <w:rPr>
          <w:rFonts w:ascii="Arial" w:hAnsi="Arial"/>
        </w:rPr>
        <w:t xml:space="preserve"> C so you know, I, what we do have et engaged so beautifully? With what LLC, our C's mission and vision and the work they do to?</w:t>
      </w:r>
    </w:p>
    <w:p w14:paraId="0FB3CA7D" w14:textId="77777777" w:rsidR="00EE4261" w:rsidRDefault="00EE4261">
      <w:pPr>
        <w:spacing w:after="0"/>
      </w:pPr>
    </w:p>
    <w:p w14:paraId="7F6BDD3F" w14:textId="77777777" w:rsidR="00EE4261" w:rsidRDefault="007C7116">
      <w:pPr>
        <w:spacing w:after="0"/>
      </w:pPr>
      <w:r>
        <w:rPr>
          <w:rFonts w:ascii="Arial" w:hAnsi="Arial"/>
          <w:color w:val="5D7284"/>
        </w:rPr>
        <w:t>13:12</w:t>
      </w:r>
    </w:p>
    <w:p w14:paraId="6813B0CC" w14:textId="77777777" w:rsidR="00EE4261" w:rsidRDefault="007C7116">
      <w:pPr>
        <w:spacing w:after="0"/>
      </w:pPr>
      <w:r>
        <w:rPr>
          <w:rFonts w:ascii="Arial" w:hAnsi="Arial"/>
        </w:rPr>
        <w:t>Yeah, that's why I'm, I'm excited to have you on the show. And I'm excited to to continue to partner with vt engaged bec</w:t>
      </w:r>
      <w:r>
        <w:rPr>
          <w:rFonts w:ascii="Arial" w:hAnsi="Arial"/>
        </w:rPr>
        <w:t>ause I feel like we are two entities on campus to departments or, you know, collaboratives that are that share similar work and similar, similar stories. And I'm struck by, you know, your story in terms of, you know, it seems like each each one of your, yo</w:t>
      </w:r>
      <w:r>
        <w:rPr>
          <w:rFonts w:ascii="Arial" w:hAnsi="Arial"/>
        </w:rPr>
        <w:t>ur experiences, whether it was,</w:t>
      </w:r>
    </w:p>
    <w:p w14:paraId="56726623" w14:textId="77777777" w:rsidR="00EE4261" w:rsidRDefault="00EE4261">
      <w:pPr>
        <w:spacing w:after="0"/>
      </w:pPr>
    </w:p>
    <w:p w14:paraId="7DC5395B" w14:textId="77777777" w:rsidR="00EE4261" w:rsidRDefault="007C7116">
      <w:pPr>
        <w:spacing w:after="0"/>
      </w:pPr>
      <w:r>
        <w:rPr>
          <w:rFonts w:ascii="Arial" w:hAnsi="Arial"/>
          <w:color w:val="5D7284"/>
        </w:rPr>
        <w:t>13:42</w:t>
      </w:r>
    </w:p>
    <w:p w14:paraId="123666CD" w14:textId="77777777" w:rsidR="00EE4261" w:rsidRDefault="007C7116">
      <w:pPr>
        <w:spacing w:after="0"/>
      </w:pPr>
      <w:r>
        <w:rPr>
          <w:rFonts w:ascii="Arial" w:hAnsi="Arial"/>
        </w:rPr>
        <w:t>you know, the study abroad experiences you had or your work in higher ed, there's always been this thread of community building, and that's what we are really trying to do with the LSC RC. So yeah, I, I think this tod</w:t>
      </w:r>
      <w:r>
        <w:rPr>
          <w:rFonts w:ascii="Arial" w:hAnsi="Arial"/>
        </w:rPr>
        <w:t>ay's topic really does fit well with community because, you know, at this point in the semester, the students are on the final part of the social change model, which is the community value, or the, the the society values, and it's really a process of under</w:t>
      </w:r>
      <w:r>
        <w:rPr>
          <w:rFonts w:ascii="Arial" w:hAnsi="Arial"/>
        </w:rPr>
        <w:t xml:space="preserve">standing for ourselves, the students and us, how do we contribute to the larger environment we are in, and that has many different phases, you </w:t>
      </w:r>
      <w:r>
        <w:rPr>
          <w:rFonts w:ascii="Arial" w:hAnsi="Arial"/>
        </w:rPr>
        <w:lastRenderedPageBreak/>
        <w:t>know, it could be with a group of friends, or it can be, you know, the Blacksburg, christiansburg. community or t</w:t>
      </w:r>
      <w:r>
        <w:rPr>
          <w:rFonts w:ascii="Arial" w:hAnsi="Arial"/>
        </w:rPr>
        <w:t>he state of Virginia or the community as you know, people in this country. So, I'd like to hear a little bit about how you define citizenship, which is kind of like the focal point for our talk today. I know you you mentioned that you are doing a lot of wo</w:t>
      </w:r>
      <w:r>
        <w:rPr>
          <w:rFonts w:ascii="Arial" w:hAnsi="Arial"/>
        </w:rPr>
        <w:t>rk with civic engagement. I'm interested in this too selfishly because I used to teach civics at the middle school level. So I have a you know, I have an interest too. So can you talk a little bit about how you've come to understand citizenship.</w:t>
      </w:r>
    </w:p>
    <w:p w14:paraId="4C127AFF" w14:textId="77777777" w:rsidR="00EE4261" w:rsidRDefault="00EE4261">
      <w:pPr>
        <w:spacing w:after="0"/>
      </w:pPr>
    </w:p>
    <w:p w14:paraId="7C056F23" w14:textId="77777777" w:rsidR="00EE4261" w:rsidRDefault="007C7116">
      <w:pPr>
        <w:spacing w:after="0"/>
      </w:pPr>
      <w:r>
        <w:rPr>
          <w:rFonts w:ascii="Arial" w:hAnsi="Arial"/>
          <w:color w:val="5D7284"/>
        </w:rPr>
        <w:t>15:00</w:t>
      </w:r>
    </w:p>
    <w:p w14:paraId="77857E22" w14:textId="77777777" w:rsidR="00EE4261" w:rsidRDefault="007C7116">
      <w:pPr>
        <w:spacing w:after="0"/>
      </w:pPr>
      <w:r>
        <w:rPr>
          <w:rFonts w:ascii="Arial" w:hAnsi="Arial"/>
        </w:rPr>
        <w:t>Yeah, absolutely. So in in preparing, and students, I pulled out my leadership for a better world textbook, and was taking on your homework. When I was doing my students, I was doing it. But one of the things that I, when I was reading that question,</w:t>
      </w:r>
      <w:r>
        <w:rPr>
          <w:rFonts w:ascii="Arial" w:hAnsi="Arial"/>
        </w:rPr>
        <w:t xml:space="preserve"> the personal definition of citizenship, for me, it's really simple. It's active commitment to community. And the word active needs to be there, because we can be committed to a community. But the active is what really, for me makes it citizenship noun, ri</w:t>
      </w:r>
      <w:r>
        <w:rPr>
          <w:rFonts w:ascii="Arial" w:hAnsi="Arial"/>
        </w:rPr>
        <w:t>ght, in the in context, like citizenship can be a loaded word. And that's a word that we as vt engage, we think often about, because we don't want, we want to be inclusive. And so we don't want that word to push people out to think that they can engage and</w:t>
      </w:r>
      <w:r>
        <w:rPr>
          <w:rFonts w:ascii="Arial" w:hAnsi="Arial"/>
        </w:rPr>
        <w:t xml:space="preserve"> be a part of our experiences. And so that's why when I think about citizenship, it's like that active commitment to a community, any person can be actively committed to a community. It doesn't, it doesn't have to be like I was born here. It doesn't have t</w:t>
      </w:r>
      <w:r>
        <w:rPr>
          <w:rFonts w:ascii="Arial" w:hAnsi="Arial"/>
        </w:rPr>
        <w:t xml:space="preserve">o be I live here full time. You know, like, I think that what I know when I was in college, what I struggled with was my community in Canton, New York, I went to St. Martin's University in upstate New York, it was a very small, small community, and I have </w:t>
      </w:r>
      <w:r>
        <w:rPr>
          <w:rFonts w:ascii="Arial" w:hAnsi="Arial"/>
        </w:rPr>
        <w:t>family members who live there. So I had a personal tie to the community. And the town gown relationship wasn't that great as a town gown means the relationship from the town and then a relationship with the university. And so I'm here in Blacksburg, we hav</w:t>
      </w:r>
      <w:r>
        <w:rPr>
          <w:rFonts w:ascii="Arial" w:hAnsi="Arial"/>
        </w:rPr>
        <w:t>e a relatively healthy town relationship, there's a lot of conversation between the university and Blacksburg. And they may not necessarily agree all the time, but there's actually there's actually opposition. And so that active part is there. So as a coll</w:t>
      </w:r>
      <w:r>
        <w:rPr>
          <w:rFonts w:ascii="Arial" w:hAnsi="Arial"/>
        </w:rPr>
        <w:t>ege student, my first year, I didn't think I could participate in community and the ways that I participated in community as an in my hometown in St. Cloud. But then I realized, I want to contribute back to this community in some way. So what are the needs</w:t>
      </w:r>
      <w:r>
        <w:rPr>
          <w:rFonts w:ascii="Arial" w:hAnsi="Arial"/>
        </w:rPr>
        <w:t>, what are the things that they they're looking for. And so as I reflect on my experience in my undergrad, and think about the ways that I structure, my citizenship in community, so that active part of it is the community identified need, and it's asset ba</w:t>
      </w:r>
      <w:r>
        <w:rPr>
          <w:rFonts w:ascii="Arial" w:hAnsi="Arial"/>
        </w:rPr>
        <w:t>sed engagement. So community identified me, and asset based engagement. So as we think about service here at bt engage, and I know that there are many students in the LSC, RC, who have done tremendous service work in their communities. And I commend you fo</w:t>
      </w:r>
      <w:r>
        <w:rPr>
          <w:rFonts w:ascii="Arial" w:hAnsi="Arial"/>
        </w:rPr>
        <w:t>r that. And thank you for getting back to your communities. But we sometimes look at service in a critical eye. And it's not to say, service can be a bad thing. And we'll talk a little bit about it when we talk about active citizen continuum. But one of th</w:t>
      </w:r>
      <w:r>
        <w:rPr>
          <w:rFonts w:ascii="Arial" w:hAnsi="Arial"/>
        </w:rPr>
        <w:t xml:space="preserve">e things that when I say, community identified need is it's really important, as a citizen in a community of citizenship, that active commitment is that we're, we're talking with our community to find out what those needs are, and how can we support those </w:t>
      </w:r>
      <w:r>
        <w:rPr>
          <w:rFonts w:ascii="Arial" w:hAnsi="Arial"/>
        </w:rPr>
        <w:t>needs. So what I may see as a need in a community, as an as someone who's coming into the community, that might not be a need by the folks in the community. So how am I finding out that information? I find that information out by engaging in community, rig</w:t>
      </w:r>
      <w:r>
        <w:rPr>
          <w:rFonts w:ascii="Arial" w:hAnsi="Arial"/>
        </w:rPr>
        <w:t>ht, and being an active member, and having those conversations and so one thing that I think about a lot when I think about citizenship is the book community by Peter block. So the structure of belonging. And this is the book, my new blog structure belongi</w:t>
      </w:r>
      <w:r>
        <w:rPr>
          <w:rFonts w:ascii="Arial" w:hAnsi="Arial"/>
        </w:rPr>
        <w:t xml:space="preserve">ng, and it talks about how do you build community? And one of the things </w:t>
      </w:r>
      <w:r>
        <w:rPr>
          <w:rFonts w:ascii="Arial" w:hAnsi="Arial"/>
        </w:rPr>
        <w:lastRenderedPageBreak/>
        <w:t>that I really appreciate in this is that social capital plays and building community communities. So how are we building our social capital? And how are we making those connections am</w:t>
      </w:r>
      <w:r>
        <w:rPr>
          <w:rFonts w:ascii="Arial" w:hAnsi="Arial"/>
        </w:rPr>
        <w:t>ongst citizens within our community amongst people in our community, and the very fabric of our connection with each other has plummeted. And and the reasons I talked about it being plummeted in this chapter is, you know, the isolation. And some of the pie</w:t>
      </w:r>
      <w:r>
        <w:rPr>
          <w:rFonts w:ascii="Arial" w:hAnsi="Arial"/>
        </w:rPr>
        <w:t xml:space="preserve">ces of like disconnection have given up how life is. And that's impoverishing our lives in our community. And so when I was reading that today, I was like, Oh, my gosh, makes me think about COVID, too, as well, you know, like, some of the isolation that's </w:t>
      </w:r>
      <w:r>
        <w:rPr>
          <w:rFonts w:ascii="Arial" w:hAnsi="Arial"/>
        </w:rPr>
        <w:t>happening, but then also some of the innovation that is happening on social media, that active innovation with technology to make sure that commitment to community is still happening, and that people are still being able to make those connections and creat</w:t>
      </w:r>
      <w:r>
        <w:rPr>
          <w:rFonts w:ascii="Arial" w:hAnsi="Arial"/>
        </w:rPr>
        <w:t>e those connections.</w:t>
      </w:r>
    </w:p>
    <w:p w14:paraId="5744D842" w14:textId="77777777" w:rsidR="00EE4261" w:rsidRDefault="00EE4261">
      <w:pPr>
        <w:spacing w:after="0"/>
      </w:pPr>
    </w:p>
    <w:p w14:paraId="07294A33" w14:textId="77777777" w:rsidR="00EE4261" w:rsidRDefault="007C7116">
      <w:pPr>
        <w:spacing w:after="0"/>
      </w:pPr>
      <w:r>
        <w:rPr>
          <w:rFonts w:ascii="Arial" w:hAnsi="Arial"/>
          <w:color w:val="5D7284"/>
        </w:rPr>
        <w:t>19:47</w:t>
      </w:r>
    </w:p>
    <w:p w14:paraId="5610416C" w14:textId="77777777" w:rsidR="00EE4261" w:rsidRDefault="007C7116">
      <w:pPr>
        <w:spacing w:after="0"/>
      </w:pPr>
      <w:r>
        <w:rPr>
          <w:rFonts w:ascii="Arial" w:hAnsi="Arial"/>
        </w:rPr>
        <w:t xml:space="preserve">I want to go back to your your definition, active commitment to a community and you said two of the key pieces of that are community identifying need, right so that's kind of understanding The needs of the community and sort </w:t>
      </w:r>
      <w:r>
        <w:rPr>
          <w:rFonts w:ascii="Arial" w:hAnsi="Arial"/>
        </w:rPr>
        <w:t>of suspending what you may think the community needs and really engaging in a dialogue with them.</w:t>
      </w:r>
    </w:p>
    <w:p w14:paraId="48AA9D3B" w14:textId="77777777" w:rsidR="00EE4261" w:rsidRDefault="00EE4261">
      <w:pPr>
        <w:spacing w:after="0"/>
      </w:pPr>
    </w:p>
    <w:p w14:paraId="545EC7D5" w14:textId="77777777" w:rsidR="00EE4261" w:rsidRDefault="007C7116">
      <w:pPr>
        <w:spacing w:after="0"/>
      </w:pPr>
      <w:r>
        <w:rPr>
          <w:rFonts w:ascii="Arial" w:hAnsi="Arial"/>
          <w:color w:val="5D7284"/>
        </w:rPr>
        <w:t>20:07</w:t>
      </w:r>
    </w:p>
    <w:p w14:paraId="532529B1" w14:textId="77777777" w:rsidR="00EE4261" w:rsidRDefault="007C7116">
      <w:pPr>
        <w:spacing w:after="0"/>
      </w:pPr>
      <w:r>
        <w:rPr>
          <w:rFonts w:ascii="Arial" w:hAnsi="Arial"/>
        </w:rPr>
        <w:t>Yeah,</w:t>
      </w:r>
    </w:p>
    <w:p w14:paraId="53BD5A0B" w14:textId="77777777" w:rsidR="00EE4261" w:rsidRDefault="00EE4261">
      <w:pPr>
        <w:spacing w:after="0"/>
      </w:pPr>
    </w:p>
    <w:p w14:paraId="223443AC" w14:textId="77777777" w:rsidR="00EE4261" w:rsidRDefault="007C7116">
      <w:pPr>
        <w:spacing w:after="0"/>
      </w:pPr>
      <w:r>
        <w:rPr>
          <w:rFonts w:ascii="Arial" w:hAnsi="Arial"/>
          <w:color w:val="5D7284"/>
        </w:rPr>
        <w:t>20:08</w:t>
      </w:r>
    </w:p>
    <w:p w14:paraId="4A14D1A2" w14:textId="77777777" w:rsidR="00EE4261" w:rsidRDefault="007C7116">
      <w:pPr>
        <w:spacing w:after="0"/>
      </w:pPr>
      <w:r>
        <w:rPr>
          <w:rFonts w:ascii="Arial" w:hAnsi="Arial"/>
        </w:rPr>
        <w:t>the you may have already said this and I just misheard, but asset based engagement, can you talk a little bit more about that, and then ma</w:t>
      </w:r>
      <w:r>
        <w:rPr>
          <w:rFonts w:ascii="Arial" w:hAnsi="Arial"/>
        </w:rPr>
        <w:t>ybe also kind of give our students an understanding of what social capital is? I'm familiar with that. But I know the students may not be</w:t>
      </w:r>
    </w:p>
    <w:p w14:paraId="1BBB1DE1" w14:textId="77777777" w:rsidR="00EE4261" w:rsidRDefault="00EE4261">
      <w:pPr>
        <w:spacing w:after="0"/>
      </w:pPr>
    </w:p>
    <w:p w14:paraId="7475F509" w14:textId="77777777" w:rsidR="00EE4261" w:rsidRDefault="007C7116">
      <w:pPr>
        <w:spacing w:after="0"/>
      </w:pPr>
      <w:r>
        <w:rPr>
          <w:rFonts w:ascii="Arial" w:hAnsi="Arial"/>
          <w:color w:val="5D7284"/>
        </w:rPr>
        <w:t>20:22</w:t>
      </w:r>
    </w:p>
    <w:p w14:paraId="6C46523A" w14:textId="77777777" w:rsidR="00EE4261" w:rsidRDefault="007C7116">
      <w:pPr>
        <w:spacing w:after="0"/>
      </w:pPr>
      <w:r>
        <w:rPr>
          <w:rFonts w:ascii="Arial" w:hAnsi="Arial"/>
        </w:rPr>
        <w:t>okay. Um, so acid base engaged engagement is really so there's ways that some folks will get service is definit</w:t>
      </w:r>
      <w:r>
        <w:rPr>
          <w:rFonts w:ascii="Arial" w:hAnsi="Arial"/>
        </w:rPr>
        <w:t>ely definitely deficit based, or acid. So sometimes folks, will I see a community that maybe looks to them looks impoverished, or it's, you know, there. So really simple example of be like, Alright, I'm going to go and I'm going to build, I'm going to buil</w:t>
      </w:r>
      <w:r>
        <w:rPr>
          <w:rFonts w:ascii="Arial" w:hAnsi="Arial"/>
        </w:rPr>
        <w:t>d a house in this community, because it looks like their houses are falling apart. So I'm at a deficit base. So I'm seeing that as a deficit. And that's what I think as a person friendly service, but that's what they need. But when it's it's asset based co</w:t>
      </w:r>
      <w:r>
        <w:rPr>
          <w:rFonts w:ascii="Arial" w:hAnsi="Arial"/>
        </w:rPr>
        <w:t>mmunity service, it's saying, Wait, let me go talk to the actual community members, and find out what what what is it that they need, so that they share what they need is asset base? Because it's not me putting my my idea or viewpoint or lens on what I thi</w:t>
      </w:r>
      <w:r>
        <w:rPr>
          <w:rFonts w:ascii="Arial" w:hAnsi="Arial"/>
        </w:rPr>
        <w:t>nk the issues are, it's empowering the community members to say, what what are their needs are in their community, and it may not be building a house, it might be like, well, actually don't really need our kids in our community want to have playgrounds? So</w:t>
      </w:r>
      <w:r>
        <w:rPr>
          <w:rFonts w:ascii="Arial" w:hAnsi="Arial"/>
        </w:rPr>
        <w:t xml:space="preserve"> is there is there money or resources that we can do and use that to build that? You know, so that's a very simplified experience thing, but I think that sometimes as Westerners, we can go into particularly when we think about global service, oh, yeah. You</w:t>
      </w:r>
      <w:r>
        <w:rPr>
          <w:rFonts w:ascii="Arial" w:hAnsi="Arial"/>
        </w:rPr>
        <w:t xml:space="preserve"> know, we can go into a community and say, Oh, well, they need this, maybe this, maybe this, maybe this. And in reality, that's not what they need, you know, that we need to listen to the community. And, and ask and ask them, and they may say, We don't nee</w:t>
      </w:r>
      <w:r>
        <w:rPr>
          <w:rFonts w:ascii="Arial" w:hAnsi="Arial"/>
        </w:rPr>
        <w:t xml:space="preserve">d anything, and we have to be okay. Like, and then let's learn, let's learn from each other, we can learn about your community, and what's thriving in your community silent, but our understanding of your </w:t>
      </w:r>
      <w:r>
        <w:rPr>
          <w:rFonts w:ascii="Arial" w:hAnsi="Arial"/>
        </w:rPr>
        <w:lastRenderedPageBreak/>
        <w:t>community as well. Okay, so community based identify</w:t>
      </w:r>
      <w:r>
        <w:rPr>
          <w:rFonts w:ascii="Arial" w:hAnsi="Arial"/>
        </w:rPr>
        <w:t xml:space="preserve"> need engagement, and then social capital. So I believe what social capital really is, is thinking about like, what is your social capital? So what is it I'm looking at, and while I'm kind of definition so um, so in this book, they talk about geography, hi</w:t>
      </w:r>
      <w:r>
        <w:rPr>
          <w:rFonts w:ascii="Arial" w:hAnsi="Arial"/>
        </w:rPr>
        <w:t>story, great leadership, find programs, economic advantage, and any other factors that we traditionally use, to explain success made a marginal difference in the health of communities this in this definition, community, well being simply had to do with the</w:t>
      </w:r>
      <w:r>
        <w:rPr>
          <w:rFonts w:ascii="Arial" w:hAnsi="Arial"/>
        </w:rPr>
        <w:t xml:space="preserve"> quality of the relationships, the cohesion that exists the Moses situation, he calls this social capital in this book. So I think social capital in general, and and often you can correct me if I'm wrong is like thinking about like, what is it that you hav</w:t>
      </w:r>
      <w:r>
        <w:rPr>
          <w:rFonts w:ascii="Arial" w:hAnsi="Arial"/>
        </w:rPr>
        <w:t>e in your life around your relationships? What's your well being like? What is your, um, your finances? You know, all the things that like, make you feel like you have that capital in a situation? Would you agree with that?</w:t>
      </w:r>
    </w:p>
    <w:p w14:paraId="60CD73EE" w14:textId="77777777" w:rsidR="00EE4261" w:rsidRDefault="00EE4261">
      <w:pPr>
        <w:spacing w:after="0"/>
      </w:pPr>
    </w:p>
    <w:p w14:paraId="44E54ADA" w14:textId="77777777" w:rsidR="00EE4261" w:rsidRDefault="007C7116">
      <w:pPr>
        <w:spacing w:after="0"/>
      </w:pPr>
      <w:r>
        <w:rPr>
          <w:rFonts w:ascii="Arial" w:hAnsi="Arial"/>
          <w:color w:val="5D7284"/>
        </w:rPr>
        <w:t>23:14</w:t>
      </w:r>
    </w:p>
    <w:p w14:paraId="2B755B6C" w14:textId="77777777" w:rsidR="00EE4261" w:rsidRDefault="007C7116">
      <w:pPr>
        <w:spacing w:after="0"/>
      </w:pPr>
      <w:r>
        <w:rPr>
          <w:rFonts w:ascii="Arial" w:hAnsi="Arial"/>
        </w:rPr>
        <w:t>Yeah, absolutely. I mean,</w:t>
      </w:r>
      <w:r>
        <w:rPr>
          <w:rFonts w:ascii="Arial" w:hAnsi="Arial"/>
        </w:rPr>
        <w:t xml:space="preserve"> I, in my son, my grad school coursework, we talked about social capital. And one of my classes I took on, it was basically like, the class was all about change, and how change happens in communities. And yeah, it's a lot about the networks you have, the r</w:t>
      </w:r>
      <w:r>
        <w:rPr>
          <w:rFonts w:ascii="Arial" w:hAnsi="Arial"/>
        </w:rPr>
        <w:t>elationships you have, and how those Can, can help how you navigate and you're standing in the community, you know, like, thinking about when you're talking about the asset based engagement in the community identifying need, social capital plays a huge rol</w:t>
      </w:r>
      <w:r>
        <w:rPr>
          <w:rFonts w:ascii="Arial" w:hAnsi="Arial"/>
        </w:rPr>
        <w:t>e in that, because you have to identify, if you really want to know what the needs are of the community, you go to the individuals that are in leadership, roles or positions, and those are the ones that normally have more social capital are more well conne</w:t>
      </w:r>
      <w:r>
        <w:rPr>
          <w:rFonts w:ascii="Arial" w:hAnsi="Arial"/>
        </w:rPr>
        <w:t>cted.</w:t>
      </w:r>
    </w:p>
    <w:p w14:paraId="504109FC" w14:textId="77777777" w:rsidR="00EE4261" w:rsidRDefault="00EE4261">
      <w:pPr>
        <w:spacing w:after="0"/>
      </w:pPr>
    </w:p>
    <w:p w14:paraId="6A28FAE3" w14:textId="77777777" w:rsidR="00EE4261" w:rsidRDefault="007C7116">
      <w:pPr>
        <w:spacing w:after="0"/>
      </w:pPr>
      <w:r>
        <w:rPr>
          <w:rFonts w:ascii="Arial" w:hAnsi="Arial"/>
          <w:color w:val="5D7284"/>
        </w:rPr>
        <w:t>24:00</w:t>
      </w:r>
    </w:p>
    <w:p w14:paraId="412DB759" w14:textId="77777777" w:rsidR="00EE4261" w:rsidRDefault="007C7116">
      <w:pPr>
        <w:spacing w:after="0"/>
      </w:pPr>
      <w:r>
        <w:rPr>
          <w:rFonts w:ascii="Arial" w:hAnsi="Arial"/>
        </w:rPr>
        <w:t>Yes. Absolutely. And if you think about well, being, in general, for somebody to is like, how are we, as we think about citizenship, and that active commitment to our community, and our well being? How are we reaching out to those folks that I</w:t>
      </w:r>
      <w:r>
        <w:rPr>
          <w:rFonts w:ascii="Arial" w:hAnsi="Arial"/>
        </w:rPr>
        <w:t xml:space="preserve"> had, or that are in social capital positions are having social capital to learn about a community? Right, you know, like, and understand what that community may look like? So</w:t>
      </w:r>
    </w:p>
    <w:p w14:paraId="11DFA5DB" w14:textId="77777777" w:rsidR="00EE4261" w:rsidRDefault="00EE4261">
      <w:pPr>
        <w:spacing w:after="0"/>
      </w:pPr>
    </w:p>
    <w:p w14:paraId="4BEA71D7" w14:textId="77777777" w:rsidR="00EE4261" w:rsidRDefault="007C7116">
      <w:pPr>
        <w:spacing w:after="0"/>
      </w:pPr>
      <w:r>
        <w:rPr>
          <w:rFonts w:ascii="Arial" w:hAnsi="Arial"/>
          <w:color w:val="5D7284"/>
        </w:rPr>
        <w:t>24:24</w:t>
      </w:r>
    </w:p>
    <w:p w14:paraId="7C1E102E" w14:textId="77777777" w:rsidR="00EE4261" w:rsidRDefault="007C7116">
      <w:pPr>
        <w:spacing w:after="0"/>
      </w:pPr>
      <w:r>
        <w:rPr>
          <w:rFonts w:ascii="Arial" w:hAnsi="Arial"/>
        </w:rPr>
        <w:t>absolutely, it's a tremendous reframing process. Because when you say ser</w:t>
      </w:r>
      <w:r>
        <w:rPr>
          <w:rFonts w:ascii="Arial" w:hAnsi="Arial"/>
        </w:rPr>
        <w:t xml:space="preserve">vice, I think a lot of people think of just going in and helping and maybe handing out resources, clothes food, or or building something like you said, but you know, I think service could mean that's okay. That's one way of looking at it. But this this is </w:t>
      </w:r>
      <w:r>
        <w:rPr>
          <w:rFonts w:ascii="Arial" w:hAnsi="Arial"/>
        </w:rPr>
        <w:t>unraveling like, well, service could also look like just learning about the issues facing the community, yourself on that and then figuring out what are the needs of the community and the Sustainable Development kind of plan that could be in place that may</w:t>
      </w:r>
      <w:r>
        <w:rPr>
          <w:rFonts w:ascii="Arial" w:hAnsi="Arial"/>
        </w:rPr>
        <w:t xml:space="preserve"> take a while. You know, time commitment, like you said,</w:t>
      </w:r>
    </w:p>
    <w:p w14:paraId="285FB511" w14:textId="77777777" w:rsidR="00EE4261" w:rsidRDefault="00EE4261">
      <w:pPr>
        <w:spacing w:after="0"/>
      </w:pPr>
    </w:p>
    <w:p w14:paraId="7AB2067E" w14:textId="77777777" w:rsidR="00EE4261" w:rsidRDefault="007C7116">
      <w:pPr>
        <w:spacing w:after="0"/>
      </w:pPr>
      <w:r>
        <w:rPr>
          <w:rFonts w:ascii="Arial" w:hAnsi="Arial"/>
          <w:color w:val="5D7284"/>
        </w:rPr>
        <w:t>25:03</w:t>
      </w:r>
    </w:p>
    <w:p w14:paraId="1AB00E41" w14:textId="77777777" w:rsidR="00EE4261" w:rsidRDefault="007C7116">
      <w:pPr>
        <w:spacing w:after="0"/>
      </w:pPr>
      <w:r>
        <w:rPr>
          <w:rFonts w:ascii="Arial" w:hAnsi="Arial"/>
        </w:rPr>
        <w:t>Yeah, absolutely, I'm gonna do a little PSA announcements a little commercial. Everything is. So in normal times, not COVID times. normal times. And typical times, we have our Alternative Brea</w:t>
      </w:r>
      <w:r>
        <w:rPr>
          <w:rFonts w:ascii="Arial" w:hAnsi="Arial"/>
        </w:rPr>
        <w:t>ks our spring break trips that fell in, during over spring break. And they're led by our step up leaders. So we have amazing students who are trained to facilitate lead and guide our students and students that are listening to this podcast, if you're inter</w:t>
      </w:r>
      <w:r>
        <w:rPr>
          <w:rFonts w:ascii="Arial" w:hAnsi="Arial"/>
        </w:rPr>
        <w:t xml:space="preserve">ested in being a step up leader, let's reach out to us, we'd love to hear from you. But one of the things that we talk about in a lot of our trips is exactly what you said often </w:t>
      </w:r>
      <w:r>
        <w:rPr>
          <w:rFonts w:ascii="Arial" w:hAnsi="Arial"/>
        </w:rPr>
        <w:lastRenderedPageBreak/>
        <w:t>is like, what, what about the community? And how are we learning about that co</w:t>
      </w:r>
      <w:r>
        <w:rPr>
          <w:rFonts w:ascii="Arial" w:hAnsi="Arial"/>
        </w:rPr>
        <w:t>mmunity before we even engage in that community. And some of our trips, may, may even be just heading into community and like learning about the community, not even engaging in service, which can seem really odd to folks. And they're like, but I want to kn</w:t>
      </w:r>
      <w:r>
        <w:rPr>
          <w:rFonts w:ascii="Arial" w:hAnsi="Arial"/>
        </w:rPr>
        <w:t>ow, build a house or I want to contribute, but, but you're also learning and you're contributing back to that community by having a better understanding of it. We also try to stay with our same communities that we're working with on our trips, we build sus</w:t>
      </w:r>
      <w:r>
        <w:rPr>
          <w:rFonts w:ascii="Arial" w:hAnsi="Arial"/>
        </w:rPr>
        <w:t>tainable relationships with people in that community. So for example, in normal times, and typical times, we have a winter cultural immersion trip where we had to the Dominican Republic, and work with CSA, which is community service Alliance. And it's an o</w:t>
      </w:r>
      <w:r>
        <w:rPr>
          <w:rFonts w:ascii="Arial" w:hAnsi="Arial"/>
        </w:rPr>
        <w:t>rganization that we've worked with for at least eight years, and may engage in community and we provide water filtration systems. Last winter, we built a bathroom for a single mother. And the community identified that this woman needed this. And, and that'</w:t>
      </w:r>
      <w:r>
        <w:rPr>
          <w:rFonts w:ascii="Arial" w:hAnsi="Arial"/>
        </w:rPr>
        <w:t>s what we did. And so, but the continued relationships is so important. So again, as I think about the active commitment to our community, not only do we have an active commitment to our local community here in Blacksburg, but we also have an active commun</w:t>
      </w:r>
      <w:r>
        <w:rPr>
          <w:rFonts w:ascii="Arial" w:hAnsi="Arial"/>
        </w:rPr>
        <w:t>ity commitment to our global community and the ones that we continue to engage in year after year.</w:t>
      </w:r>
    </w:p>
    <w:p w14:paraId="6F1F9E77" w14:textId="77777777" w:rsidR="00EE4261" w:rsidRDefault="00EE4261">
      <w:pPr>
        <w:spacing w:after="0"/>
      </w:pPr>
    </w:p>
    <w:p w14:paraId="2B0F26AE" w14:textId="77777777" w:rsidR="00EE4261" w:rsidRDefault="007C7116">
      <w:pPr>
        <w:spacing w:after="0"/>
      </w:pPr>
      <w:r>
        <w:rPr>
          <w:rFonts w:ascii="Arial" w:hAnsi="Arial"/>
          <w:color w:val="5D7284"/>
        </w:rPr>
        <w:t>27:09</w:t>
      </w:r>
    </w:p>
    <w:p w14:paraId="7F4BA6F7" w14:textId="77777777" w:rsidR="00EE4261" w:rsidRDefault="007C7116">
      <w:pPr>
        <w:spacing w:after="0"/>
      </w:pPr>
      <w:r>
        <w:rPr>
          <w:rFonts w:ascii="Arial" w:hAnsi="Arial"/>
        </w:rPr>
        <w:t xml:space="preserve">Hmm, absolutely. Yeah. Yeah. I would love to be a part of one of those trips as well. It just seems some of that stuff just seems like it's like so </w:t>
      </w:r>
      <w:r>
        <w:rPr>
          <w:rFonts w:ascii="Arial" w:hAnsi="Arial"/>
        </w:rPr>
        <w:t>far away, you know, with the times that we're living in, I want I want that to be to be back because yeah, I mean, I have I had a similar, I've had similar international experiences, the main one that the students will have this from listening to another e</w:t>
      </w:r>
      <w:r>
        <w:rPr>
          <w:rFonts w:ascii="Arial" w:hAnsi="Arial"/>
        </w:rPr>
        <w:t>pisode. But I went to Haiti for a few weeks, one summer and did some teacher trainings with a nonprofit, and they really educated me on a lot of this a lot of this stuff, too. So</w:t>
      </w:r>
    </w:p>
    <w:p w14:paraId="1451560F" w14:textId="77777777" w:rsidR="00EE4261" w:rsidRDefault="00EE4261">
      <w:pPr>
        <w:spacing w:after="0"/>
      </w:pPr>
    </w:p>
    <w:p w14:paraId="0F5F2889" w14:textId="77777777" w:rsidR="00EE4261" w:rsidRDefault="007C7116">
      <w:pPr>
        <w:spacing w:after="0"/>
      </w:pPr>
      <w:r>
        <w:rPr>
          <w:rFonts w:ascii="Arial" w:hAnsi="Arial"/>
          <w:color w:val="5D7284"/>
        </w:rPr>
        <w:t>27:43</w:t>
      </w:r>
    </w:p>
    <w:p w14:paraId="50A2D441" w14:textId="77777777" w:rsidR="00EE4261" w:rsidRDefault="007C7116">
      <w:pPr>
        <w:spacing w:after="0"/>
      </w:pPr>
      <w:r>
        <w:rPr>
          <w:rFonts w:ascii="Arial" w:hAnsi="Arial"/>
        </w:rPr>
        <w:t xml:space="preserve">well, we'll put your name down. So when we go back, you can be one of </w:t>
      </w:r>
      <w:r>
        <w:rPr>
          <w:rFonts w:ascii="Arial" w:hAnsi="Arial"/>
        </w:rPr>
        <w:t>our one of our guides. Yeah, yeah.</w:t>
      </w:r>
    </w:p>
    <w:p w14:paraId="11B59C34" w14:textId="77777777" w:rsidR="00EE4261" w:rsidRDefault="00EE4261">
      <w:pPr>
        <w:spacing w:after="0"/>
      </w:pPr>
    </w:p>
    <w:p w14:paraId="7F364184" w14:textId="77777777" w:rsidR="00EE4261" w:rsidRDefault="007C7116">
      <w:pPr>
        <w:spacing w:after="0"/>
      </w:pPr>
      <w:r>
        <w:rPr>
          <w:rFonts w:ascii="Arial" w:hAnsi="Arial"/>
          <w:color w:val="5D7284"/>
        </w:rPr>
        <w:t>27:51</w:t>
      </w:r>
    </w:p>
    <w:p w14:paraId="5F7C61DB" w14:textId="77777777" w:rsidR="00EE4261" w:rsidRDefault="007C7116">
      <w:pPr>
        <w:spacing w:after="0"/>
      </w:pPr>
      <w:r>
        <w:rPr>
          <w:rFonts w:ascii="Arial" w:hAnsi="Arial"/>
        </w:rPr>
        <w:t>So</w:t>
      </w:r>
    </w:p>
    <w:p w14:paraId="41C306F8" w14:textId="77777777" w:rsidR="00EE4261" w:rsidRDefault="00EE4261">
      <w:pPr>
        <w:spacing w:after="0"/>
      </w:pPr>
    </w:p>
    <w:p w14:paraId="71EF2DF5" w14:textId="77777777" w:rsidR="00EE4261" w:rsidRDefault="007C7116">
      <w:pPr>
        <w:spacing w:after="0"/>
      </w:pPr>
      <w:r>
        <w:rPr>
          <w:rFonts w:ascii="Arial" w:hAnsi="Arial"/>
          <w:color w:val="5D7284"/>
        </w:rPr>
        <w:t>27:53</w:t>
      </w:r>
    </w:p>
    <w:p w14:paraId="7FC31659" w14:textId="77777777" w:rsidR="00EE4261" w:rsidRDefault="007C7116">
      <w:pPr>
        <w:spacing w:after="0"/>
      </w:pPr>
      <w:r>
        <w:rPr>
          <w:rFonts w:ascii="Arial" w:hAnsi="Arial"/>
        </w:rPr>
        <w:t>I want to bring in leadership to the conversation. So how do you think leadership and citizenship are sort of related or connected?</w:t>
      </w:r>
    </w:p>
    <w:p w14:paraId="7A3D4865" w14:textId="77777777" w:rsidR="00EE4261" w:rsidRDefault="00EE4261">
      <w:pPr>
        <w:spacing w:after="0"/>
      </w:pPr>
    </w:p>
    <w:p w14:paraId="1C0F3278" w14:textId="77777777" w:rsidR="00EE4261" w:rsidRDefault="007C7116">
      <w:pPr>
        <w:spacing w:after="0"/>
      </w:pPr>
      <w:r>
        <w:rPr>
          <w:rFonts w:ascii="Arial" w:hAnsi="Arial"/>
          <w:color w:val="5D7284"/>
        </w:rPr>
        <w:t>28:01</w:t>
      </w:r>
    </w:p>
    <w:p w14:paraId="0E0FEF1A" w14:textId="77777777" w:rsidR="00EE4261" w:rsidRDefault="007C7116">
      <w:pPr>
        <w:spacing w:after="0"/>
      </w:pPr>
      <w:r>
        <w:rPr>
          <w:rFonts w:ascii="Arial" w:hAnsi="Arial"/>
        </w:rPr>
        <w:t>Yeah, absolutely. I mean, I think they're very much connected. Be</w:t>
      </w:r>
      <w:r>
        <w:rPr>
          <w:rFonts w:ascii="Arial" w:hAnsi="Arial"/>
        </w:rPr>
        <w:t>cause leadership, when I define leadership is really thinking about leadership to me as a process between the followers and the leaders to move towards a goal or higher purpose, right. So I noticed very much burns, but like burns, that's my definition, lik</w:t>
      </w:r>
      <w:r>
        <w:rPr>
          <w:rFonts w:ascii="Arial" w:hAnsi="Arial"/>
        </w:rPr>
        <w:t>e when I hear when I heard that. That's how I feel about leadership, in order to lead, you need the followers, and you need that relationship between the two. And what's that?</w:t>
      </w:r>
    </w:p>
    <w:p w14:paraId="14547331" w14:textId="77777777" w:rsidR="00EE4261" w:rsidRDefault="00EE4261">
      <w:pPr>
        <w:spacing w:after="0"/>
      </w:pPr>
    </w:p>
    <w:p w14:paraId="06D3E1DE" w14:textId="77777777" w:rsidR="00EE4261" w:rsidRDefault="007C7116">
      <w:pPr>
        <w:spacing w:after="0"/>
      </w:pPr>
      <w:r>
        <w:rPr>
          <w:rFonts w:ascii="Arial" w:hAnsi="Arial"/>
          <w:color w:val="5D7284"/>
        </w:rPr>
        <w:t>28:29</w:t>
      </w:r>
    </w:p>
    <w:p w14:paraId="098CA492" w14:textId="77777777" w:rsidR="00EE4261" w:rsidRDefault="007C7116">
      <w:pPr>
        <w:spacing w:after="0"/>
      </w:pPr>
      <w:r>
        <w:rPr>
          <w:rFonts w:ascii="Arial" w:hAnsi="Arial"/>
        </w:rPr>
        <w:t>process? Yeah,</w:t>
      </w:r>
    </w:p>
    <w:p w14:paraId="73921AE0" w14:textId="77777777" w:rsidR="00EE4261" w:rsidRDefault="00EE4261">
      <w:pPr>
        <w:spacing w:after="0"/>
      </w:pPr>
    </w:p>
    <w:p w14:paraId="471DF92A" w14:textId="77777777" w:rsidR="00EE4261" w:rsidRDefault="007C7116">
      <w:pPr>
        <w:spacing w:after="0"/>
      </w:pPr>
      <w:r>
        <w:rPr>
          <w:rFonts w:ascii="Arial" w:hAnsi="Arial"/>
          <w:color w:val="5D7284"/>
        </w:rPr>
        <w:t>28:30</w:t>
      </w:r>
    </w:p>
    <w:p w14:paraId="63EC8869" w14:textId="77777777" w:rsidR="00EE4261" w:rsidRDefault="007C7116">
      <w:pPr>
        <w:spacing w:after="0"/>
      </w:pPr>
      <w:r>
        <w:rPr>
          <w:rFonts w:ascii="Arial" w:hAnsi="Arial"/>
        </w:rPr>
        <w:t>yeah. And so where does that happen happens in comm</w:t>
      </w:r>
      <w:r>
        <w:rPr>
          <w:rFonts w:ascii="Arial" w:hAnsi="Arial"/>
        </w:rPr>
        <w:t>unity. So that's where leaders and followers are together, they need to have some sort of community in order to move something forward. So that could that could be a could be a residence hall floor. That could be you know, rHf, that could be the council fo</w:t>
      </w:r>
      <w:r>
        <w:rPr>
          <w:rFonts w:ascii="Arial" w:hAnsi="Arial"/>
        </w:rPr>
        <w:t xml:space="preserve">r lcrc. That could be SGA. That could be in Blacksburg, I mean, wherever that community piece is, leaders and followers are engaging in a process together to achieve a common goal and our higher purpose. And so, in order for that to happen, there needs to </w:t>
      </w:r>
      <w:r>
        <w:rPr>
          <w:rFonts w:ascii="Arial" w:hAnsi="Arial"/>
        </w:rPr>
        <w:t>be the community. And they also have to be that active commitment. So a leader has to have an active commitment. And the followers also have to have an active commitment. Because how many folks have tried to lead a group of people who are not active, and w</w:t>
      </w:r>
      <w:r>
        <w:rPr>
          <w:rFonts w:ascii="Arial" w:hAnsi="Arial"/>
        </w:rPr>
        <w:t>ho are passive and who don't want to participate? You really can't get far with a group like that. So that's really really where I see it happening in community. And that's my I love the fact that our office is both leadership and service learning and civi</w:t>
      </w:r>
      <w:r>
        <w:rPr>
          <w:rFonts w:ascii="Arial" w:hAnsi="Arial"/>
        </w:rPr>
        <w:t>c engagement are all three inches thick. Um, because that is, that is that is the that is where that's happening all the time. That that connection between citizenship and leadership, and community that's happening all the time. And that is how our world i</w:t>
      </w:r>
      <w:r>
        <w:rPr>
          <w:rFonts w:ascii="Arial" w:hAnsi="Arial"/>
        </w:rPr>
        <w:t>s run. That's how we will continue to engage in community after release. After you all leave Virginia Tech. And our office in department really feel strongly that students need those skills to be able to do that, when they leave Virginia Tech, and head out</w:t>
      </w:r>
      <w:r>
        <w:rPr>
          <w:rFonts w:ascii="Arial" w:hAnsi="Arial"/>
        </w:rPr>
        <w:t xml:space="preserve"> to invent the future and use their degrees and make their mark in a world.</w:t>
      </w:r>
    </w:p>
    <w:p w14:paraId="043A2147" w14:textId="77777777" w:rsidR="00EE4261" w:rsidRDefault="00EE4261">
      <w:pPr>
        <w:spacing w:after="0"/>
      </w:pPr>
    </w:p>
    <w:p w14:paraId="451B614E" w14:textId="77777777" w:rsidR="00EE4261" w:rsidRDefault="007C7116">
      <w:pPr>
        <w:spacing w:after="0"/>
      </w:pPr>
      <w:r>
        <w:rPr>
          <w:rFonts w:ascii="Arial" w:hAnsi="Arial"/>
          <w:color w:val="5D7284"/>
        </w:rPr>
        <w:t>30:20</w:t>
      </w:r>
    </w:p>
    <w:p w14:paraId="4670D63C" w14:textId="77777777" w:rsidR="00EE4261" w:rsidRDefault="007C7116">
      <w:pPr>
        <w:spacing w:after="0"/>
      </w:pPr>
      <w:r>
        <w:rPr>
          <w:rFonts w:ascii="Arial" w:hAnsi="Arial"/>
        </w:rPr>
        <w:t>Yeah, I, I have drew this little visualization on my notepad, but I think it's a good thing to see is a, you know, you have the leaders and the followers and the process, bu</w:t>
      </w:r>
      <w:r>
        <w:rPr>
          <w:rFonts w:ascii="Arial" w:hAnsi="Arial"/>
        </w:rPr>
        <w:t>t then you draw a circle around that. And that's the community. And that could mean like you said, a lot of different things. And that's that environment, where you're where you're creating space for change to happen. And that's that's the real, that's the</w:t>
      </w:r>
      <w:r>
        <w:rPr>
          <w:rFonts w:ascii="Arial" w:hAnsi="Arial"/>
        </w:rPr>
        <w:t xml:space="preserve"> real work of leadership.</w:t>
      </w:r>
    </w:p>
    <w:p w14:paraId="71D7A106" w14:textId="77777777" w:rsidR="00EE4261" w:rsidRDefault="00EE4261">
      <w:pPr>
        <w:spacing w:after="0"/>
      </w:pPr>
    </w:p>
    <w:p w14:paraId="78494C3A" w14:textId="77777777" w:rsidR="00EE4261" w:rsidRDefault="007C7116">
      <w:pPr>
        <w:spacing w:after="0"/>
      </w:pPr>
      <w:r>
        <w:rPr>
          <w:rFonts w:ascii="Arial" w:hAnsi="Arial"/>
          <w:color w:val="5D7284"/>
        </w:rPr>
        <w:t>30:47</w:t>
      </w:r>
    </w:p>
    <w:p w14:paraId="2EFE4063" w14:textId="77777777" w:rsidR="00EE4261" w:rsidRDefault="007C7116">
      <w:pPr>
        <w:spacing w:after="0"/>
      </w:pPr>
      <w:r>
        <w:rPr>
          <w:rFonts w:ascii="Arial" w:hAnsi="Arial"/>
        </w:rPr>
        <w:t>Yeah. Right. And it connects back to the social model to you know, like, for sure, you know, as we think about those, those different parts, like how are we the individual communities society? Oh, yeah, absolutely.</w:t>
      </w:r>
    </w:p>
    <w:p w14:paraId="6AF8DE6B" w14:textId="77777777" w:rsidR="00EE4261" w:rsidRDefault="00EE4261">
      <w:pPr>
        <w:spacing w:after="0"/>
      </w:pPr>
    </w:p>
    <w:p w14:paraId="6879A182" w14:textId="77777777" w:rsidR="00EE4261" w:rsidRDefault="007C7116">
      <w:pPr>
        <w:spacing w:after="0"/>
      </w:pPr>
      <w:r>
        <w:rPr>
          <w:rFonts w:ascii="Arial" w:hAnsi="Arial"/>
          <w:color w:val="5D7284"/>
        </w:rPr>
        <w:t>31:02</w:t>
      </w:r>
    </w:p>
    <w:p w14:paraId="1D35F522" w14:textId="77777777" w:rsidR="00EE4261" w:rsidRDefault="007C7116">
      <w:pPr>
        <w:spacing w:after="0"/>
      </w:pPr>
      <w:r>
        <w:rPr>
          <w:rFonts w:ascii="Arial" w:hAnsi="Arial"/>
        </w:rPr>
        <w:t>S</w:t>
      </w:r>
      <w:r>
        <w:rPr>
          <w:rFonts w:ascii="Arial" w:hAnsi="Arial"/>
        </w:rPr>
        <w:t>o last year, you one of the resources you gave me and I've incorporated this into the class is the the the active citizenship continuum?</w:t>
      </w:r>
    </w:p>
    <w:p w14:paraId="3A09EB53" w14:textId="77777777" w:rsidR="00EE4261" w:rsidRDefault="00EE4261">
      <w:pPr>
        <w:spacing w:after="0"/>
      </w:pPr>
    </w:p>
    <w:p w14:paraId="29959E0E" w14:textId="77777777" w:rsidR="00EE4261" w:rsidRDefault="007C7116">
      <w:pPr>
        <w:spacing w:after="0"/>
      </w:pPr>
      <w:r>
        <w:rPr>
          <w:rFonts w:ascii="Arial" w:hAnsi="Arial"/>
          <w:color w:val="5D7284"/>
        </w:rPr>
        <w:t>31:11</w:t>
      </w:r>
    </w:p>
    <w:p w14:paraId="6BDD3CD3" w14:textId="77777777" w:rsidR="00EE4261" w:rsidRDefault="007C7116">
      <w:pPr>
        <w:spacing w:after="0"/>
      </w:pPr>
      <w:r>
        <w:rPr>
          <w:rFonts w:ascii="Arial" w:hAnsi="Arial"/>
        </w:rPr>
        <w:t>Yeah. So</w:t>
      </w:r>
    </w:p>
    <w:p w14:paraId="21735E45" w14:textId="77777777" w:rsidR="00EE4261" w:rsidRDefault="00EE4261">
      <w:pPr>
        <w:spacing w:after="0"/>
      </w:pPr>
    </w:p>
    <w:p w14:paraId="61F43B08" w14:textId="77777777" w:rsidR="00EE4261" w:rsidRDefault="007C7116">
      <w:pPr>
        <w:spacing w:after="0"/>
      </w:pPr>
      <w:r>
        <w:rPr>
          <w:rFonts w:ascii="Arial" w:hAnsi="Arial"/>
          <w:color w:val="5D7284"/>
        </w:rPr>
        <w:t>31:12</w:t>
      </w:r>
    </w:p>
    <w:p w14:paraId="7189840F" w14:textId="77777777" w:rsidR="00EE4261" w:rsidRDefault="007C7116">
      <w:pPr>
        <w:spacing w:after="0"/>
      </w:pPr>
      <w:r>
        <w:rPr>
          <w:rFonts w:ascii="Arial" w:hAnsi="Arial"/>
        </w:rPr>
        <w:t xml:space="preserve">the students will have kind of looked over it for this module. But can you kind of </w:t>
      </w:r>
      <w:r>
        <w:rPr>
          <w:rFonts w:ascii="Arial" w:hAnsi="Arial"/>
        </w:rPr>
        <w:t>explain the process of those different stages of being a being an active citizen?</w:t>
      </w:r>
    </w:p>
    <w:p w14:paraId="439C31B4" w14:textId="77777777" w:rsidR="00EE4261" w:rsidRDefault="00EE4261">
      <w:pPr>
        <w:spacing w:after="0"/>
      </w:pPr>
    </w:p>
    <w:p w14:paraId="5A2BA2C7" w14:textId="77777777" w:rsidR="00EE4261" w:rsidRDefault="007C7116">
      <w:pPr>
        <w:spacing w:after="0"/>
      </w:pPr>
      <w:r>
        <w:rPr>
          <w:rFonts w:ascii="Arial" w:hAnsi="Arial"/>
          <w:color w:val="5D7284"/>
        </w:rPr>
        <w:t>31:22</w:t>
      </w:r>
    </w:p>
    <w:p w14:paraId="571084B5" w14:textId="77777777" w:rsidR="00EE4261" w:rsidRDefault="007C7116">
      <w:pPr>
        <w:spacing w:after="0"/>
      </w:pPr>
      <w:r>
        <w:rPr>
          <w:rFonts w:ascii="Arial" w:hAnsi="Arial"/>
        </w:rPr>
        <w:lastRenderedPageBreak/>
        <w:t>Absolutely, absolutely. So I'm gonna continue is from an organization called breakaway. breakaway is an organization that we work we partner with for Alternative Break</w:t>
      </w:r>
      <w:r>
        <w:rPr>
          <w:rFonts w:ascii="Arial" w:hAnsi="Arial"/>
        </w:rPr>
        <w:t>s, and they do some amazing training of our student leaders. So I had the privilege last summer to head to breakaway training with some student leaders in the Grand Canyon, so we talked about eco eco leadership, and what does it mean to engage in community</w:t>
      </w:r>
      <w:r>
        <w:rPr>
          <w:rFonts w:ascii="Arial" w:hAnsi="Arial"/>
        </w:rPr>
        <w:t xml:space="preserve"> around places like the Grand Canyon, like how are we managing those type of issues, so that there's four areas of it, there's member, volunteer conscientious, that has been an active citizen, right? Now, in our in, in when we think about member that's som</w:t>
      </w:r>
      <w:r>
        <w:rPr>
          <w:rFonts w:ascii="Arial" w:hAnsi="Arial"/>
        </w:rPr>
        <w:t>eone who's not connected to ideas or thoughts, or social, social social problems? A volunteer is someone who's like, hey, I want to, I'm interested in volunteering, like, I want to volunteer. So I'm gonna give you an example. So let's say we are, I'm a fre</w:t>
      </w:r>
      <w:r>
        <w:rPr>
          <w:rFonts w:ascii="Arial" w:hAnsi="Arial"/>
        </w:rPr>
        <w:t>shman here at Virginia Tech. And I'm like, I want to, I want to get involved with the food pantry. And I hear that there's a soup kitchen. Okay, so I'm going to go volunteer, I'm gonna do my once a week of volunteering at the soup kitchen. And so I'm reall</w:t>
      </w:r>
      <w:r>
        <w:rPr>
          <w:rFonts w:ascii="Arial" w:hAnsi="Arial"/>
        </w:rPr>
        <w:t>y in that volunteer mode. I'm well intended. But I'm not really well educated on the social issues. Like why does there even have to be a soup kitchen, right? Like, I haven't even thought about that. I'm like, I'm just gonna go to the soup kitchen, start v</w:t>
      </w:r>
      <w:r>
        <w:rPr>
          <w:rFonts w:ascii="Arial" w:hAnsi="Arial"/>
        </w:rPr>
        <w:t>olunteering. So then I start talking to the clients of the soup kitchen. And I'm asking them, Hey, you know, what's, like, getting to know who they are learning their life story. And I start asking some questions about like, Hey, you know, what, what bring</w:t>
      </w:r>
      <w:r>
        <w:rPr>
          <w:rFonts w:ascii="Arial" w:hAnsi="Arial"/>
        </w:rPr>
        <w:t>s you to the soup kitchen? Like, why are you here, we'll come to find out in my conversations, it I'm sorry to hear that transportation issues are an issue. Like where they live, they don't have a car. And they're not, there's no bus line nearby. So they r</w:t>
      </w:r>
      <w:r>
        <w:rPr>
          <w:rFonts w:ascii="Arial" w:hAnsi="Arial"/>
        </w:rPr>
        <w:t>eally can't get to the rush store to get food, they know that they can come here and get a meal. Um, so then I start start hearing these things. It's starting to like pique my comprehension like McCombs, my conscience. And then I start becoming this consci</w:t>
      </w:r>
      <w:r>
        <w:rPr>
          <w:rFonts w:ascii="Arial" w:hAnsi="Arial"/>
        </w:rPr>
        <w:t>entious citizen, because I'm thinking about discovering these root causes and asking the why. So why isn't there a bus line here? Right? Like, why isn't there one close to this area? And so that elevates me to to that area, the conscientious citizen. So th</w:t>
      </w:r>
      <w:r>
        <w:rPr>
          <w:rFonts w:ascii="Arial" w:hAnsi="Arial"/>
        </w:rPr>
        <w:t>en I'm like, all right, I now I'm active commitment in my community. So as a citizen of citizenship, I want to be active in my community. So I'm going to community becomes a priority and values and life choices. So now I'm going to take my role as who I am</w:t>
      </w:r>
      <w:r>
        <w:rPr>
          <w:rFonts w:ascii="Arial" w:hAnsi="Arial"/>
        </w:rPr>
        <w:t xml:space="preserve"> and the knowledge that I've received. And I'm going to go talk to my council reps, say, Hey, you know, I want to know about the bus stops, like, why aren't Why isn't their bus stop in this area? Can you tell me more about reasons why there's an aggression</w:t>
      </w:r>
      <w:r>
        <w:rPr>
          <w:rFonts w:ascii="Arial" w:hAnsi="Arial"/>
        </w:rPr>
        <w:t xml:space="preserve"> aggression store in this area, there's a lot of like, residential, you know, like, starting to take that next step. And what I like to share with students, because we ask students a lot, we'll say, Where do you think you fall on this continuum? And, you k</w:t>
      </w:r>
      <w:r>
        <w:rPr>
          <w:rFonts w:ascii="Arial" w:hAnsi="Arial"/>
        </w:rPr>
        <w:t>now, some reason volunteer consciousness and that sort of thing. And I say, Is it bad to be a volunteer? Absolutely not that absolutely, you can be a volunteer. And that's, that's so great. Now in our in our shop here, you can gauge we want you to move fro</w:t>
      </w:r>
      <w:r>
        <w:rPr>
          <w:rFonts w:ascii="Arial" w:hAnsi="Arial"/>
        </w:rPr>
        <w:t>m a volunteer to an active citizen through the experiences that you have in our office. So you can begin to elevate the ways that you're going to engage in citizenship and the way that you're going to engage community. But I don't want folks to feel ashame</w:t>
      </w:r>
      <w:r>
        <w:rPr>
          <w:rFonts w:ascii="Arial" w:hAnsi="Arial"/>
        </w:rPr>
        <w:t>d if they're like, I just really like walking dogs. Like, I like to go once a week and walk the dogs totally fine. Like, I'm glad that</w:t>
      </w:r>
    </w:p>
    <w:p w14:paraId="2FBFFA7B" w14:textId="77777777" w:rsidR="00EE4261" w:rsidRDefault="00EE4261">
      <w:pPr>
        <w:spacing w:after="0"/>
      </w:pPr>
    </w:p>
    <w:p w14:paraId="72F91BA5" w14:textId="77777777" w:rsidR="00EE4261" w:rsidRDefault="007C7116">
      <w:pPr>
        <w:spacing w:after="0"/>
      </w:pPr>
      <w:r>
        <w:rPr>
          <w:rFonts w:ascii="Arial" w:hAnsi="Arial"/>
          <w:color w:val="5D7284"/>
        </w:rPr>
        <w:t>35:10</w:t>
      </w:r>
    </w:p>
    <w:p w14:paraId="59A67669" w14:textId="77777777" w:rsidR="00EE4261" w:rsidRDefault="007C7116">
      <w:pPr>
        <w:spacing w:after="0"/>
      </w:pPr>
      <w:r>
        <w:rPr>
          <w:rFonts w:ascii="Arial" w:hAnsi="Arial"/>
        </w:rPr>
        <w:t>and it's it. I feel like, we want to make a lot of these things binary. Right. But that's why it's called a contin</w:t>
      </w:r>
      <w:r>
        <w:rPr>
          <w:rFonts w:ascii="Arial" w:hAnsi="Arial"/>
        </w:rPr>
        <w:t>uum. Right? Like, you mean, yes, the the striving point should be the active citizen piece. But you know, there are times where we find ourselves on these different areas, and that's okay.</w:t>
      </w:r>
    </w:p>
    <w:p w14:paraId="62198285" w14:textId="77777777" w:rsidR="00EE4261" w:rsidRDefault="00EE4261">
      <w:pPr>
        <w:spacing w:after="0"/>
      </w:pPr>
    </w:p>
    <w:p w14:paraId="07B10322" w14:textId="77777777" w:rsidR="00EE4261" w:rsidRDefault="007C7116">
      <w:pPr>
        <w:spacing w:after="0"/>
      </w:pPr>
      <w:r>
        <w:rPr>
          <w:rFonts w:ascii="Arial" w:hAnsi="Arial"/>
          <w:color w:val="5D7284"/>
        </w:rPr>
        <w:lastRenderedPageBreak/>
        <w:t>35:28</w:t>
      </w:r>
    </w:p>
    <w:p w14:paraId="2CD1E886" w14:textId="77777777" w:rsidR="00EE4261" w:rsidRDefault="007C7116">
      <w:pPr>
        <w:spacing w:after="0"/>
      </w:pPr>
      <w:r>
        <w:rPr>
          <w:rFonts w:ascii="Arial" w:hAnsi="Arial"/>
        </w:rPr>
        <w:t xml:space="preserve">You know, yeah, absolutely. And, and as like, life changes, </w:t>
      </w:r>
      <w:r>
        <w:rPr>
          <w:rFonts w:ascii="Arial" w:hAnsi="Arial"/>
        </w:rPr>
        <w:t xml:space="preserve">right. You know, so that's, that's a great point, often, because I think some folks might say that, at some point in their life, they were very, very, like high on the continuum of like doing the work. And then maybe things like circumstances change, like </w:t>
      </w:r>
      <w:r>
        <w:rPr>
          <w:rFonts w:ascii="Arial" w:hAnsi="Arial"/>
        </w:rPr>
        <w:t>they started. You know, they had a gun war at work or time constraints. And so they're back to being a volunteer. And that's not a bad thing. It's more about like, just the awareness of right, and that active commitment to community. So how are you activel</w:t>
      </w:r>
      <w:r>
        <w:rPr>
          <w:rFonts w:ascii="Arial" w:hAnsi="Arial"/>
        </w:rPr>
        <w:t>y committed to your community?</w:t>
      </w:r>
    </w:p>
    <w:p w14:paraId="0BD226DD" w14:textId="77777777" w:rsidR="00EE4261" w:rsidRDefault="00EE4261">
      <w:pPr>
        <w:spacing w:after="0"/>
      </w:pPr>
    </w:p>
    <w:p w14:paraId="18299905" w14:textId="77777777" w:rsidR="00EE4261" w:rsidRDefault="007C7116">
      <w:pPr>
        <w:spacing w:after="0"/>
      </w:pPr>
      <w:r>
        <w:rPr>
          <w:rFonts w:ascii="Arial" w:hAnsi="Arial"/>
          <w:color w:val="5D7284"/>
        </w:rPr>
        <w:t>36:02</w:t>
      </w:r>
    </w:p>
    <w:p w14:paraId="0EE01928" w14:textId="77777777" w:rsidR="00EE4261" w:rsidRDefault="007C7116">
      <w:pPr>
        <w:spacing w:after="0"/>
      </w:pPr>
      <w:r>
        <w:rPr>
          <w:rFonts w:ascii="Arial" w:hAnsi="Arial"/>
        </w:rPr>
        <w:t xml:space="preserve">And when you are, you know, the your example, the food pantry, you know, that presents an opportunity to learn about not only the circumstances of the individuals in the food pantry, and the people that work </w:t>
      </w:r>
      <w:r>
        <w:rPr>
          <w:rFonts w:ascii="Arial" w:hAnsi="Arial"/>
        </w:rPr>
        <w:t>there, but also the larger systems that are in play, that that effect and how complex and intertwine those things are in people's lives. And you understand about food insecurity and food deserts and things like that, you know?</w:t>
      </w:r>
    </w:p>
    <w:p w14:paraId="4631B9D2" w14:textId="77777777" w:rsidR="00EE4261" w:rsidRDefault="00EE4261">
      <w:pPr>
        <w:spacing w:after="0"/>
      </w:pPr>
    </w:p>
    <w:p w14:paraId="7CB28028" w14:textId="77777777" w:rsidR="00EE4261" w:rsidRDefault="007C7116">
      <w:pPr>
        <w:spacing w:after="0"/>
      </w:pPr>
      <w:r>
        <w:rPr>
          <w:rFonts w:ascii="Arial" w:hAnsi="Arial"/>
          <w:color w:val="5D7284"/>
        </w:rPr>
        <w:t>36:30</w:t>
      </w:r>
    </w:p>
    <w:p w14:paraId="66EB7AAF" w14:textId="77777777" w:rsidR="00EE4261" w:rsidRDefault="007C7116">
      <w:pPr>
        <w:spacing w:after="0"/>
      </w:pPr>
      <w:r>
        <w:rPr>
          <w:rFonts w:ascii="Arial" w:hAnsi="Arial"/>
        </w:rPr>
        <w:t xml:space="preserve">Yeah, absolutely. And </w:t>
      </w:r>
      <w:r>
        <w:rPr>
          <w:rFonts w:ascii="Arial" w:hAnsi="Arial"/>
        </w:rPr>
        <w:t>the system's thinking and this is the systematic approaches to to complex issues, you know, where as you think, and that's what I love about the LSC, RC is that take those that time to really dive into that through the lens of leadership and social change.</w:t>
      </w:r>
      <w:r>
        <w:rPr>
          <w:rFonts w:ascii="Arial" w:hAnsi="Arial"/>
        </w:rPr>
        <w:t xml:space="preserve"> And for folks to think about what was that look like here in Blacksburg? And then also relating it back to what that looked like for me living in my hometown? And what was that experience like? and hoping that that helps trigger some, some actions to thin</w:t>
      </w:r>
      <w:r>
        <w:rPr>
          <w:rFonts w:ascii="Arial" w:hAnsi="Arial"/>
        </w:rPr>
        <w:t>k about how am I going to create change here in Blacksburg? How can I also create change? Either home At home, my hometown, or whatever hometown? I choose to move to after graduation? Hmm.</w:t>
      </w:r>
    </w:p>
    <w:p w14:paraId="72CE8B06" w14:textId="77777777" w:rsidR="00EE4261" w:rsidRDefault="00EE4261">
      <w:pPr>
        <w:spacing w:after="0"/>
      </w:pPr>
    </w:p>
    <w:p w14:paraId="78B86441" w14:textId="77777777" w:rsidR="00EE4261" w:rsidRDefault="007C7116">
      <w:pPr>
        <w:spacing w:after="0"/>
      </w:pPr>
      <w:r>
        <w:rPr>
          <w:rFonts w:ascii="Arial" w:hAnsi="Arial"/>
          <w:color w:val="5D7284"/>
        </w:rPr>
        <w:t>37:18</w:t>
      </w:r>
    </w:p>
    <w:p w14:paraId="54EB1436" w14:textId="77777777" w:rsidR="00EE4261" w:rsidRDefault="007C7116">
      <w:pPr>
        <w:spacing w:after="0"/>
      </w:pPr>
      <w:r>
        <w:rPr>
          <w:rFonts w:ascii="Arial" w:hAnsi="Arial"/>
        </w:rPr>
        <w:t>Absolutely. Yeah. Our time. Our time here at Virginia Tech i</w:t>
      </w:r>
      <w:r>
        <w:rPr>
          <w:rFonts w:ascii="Arial" w:hAnsi="Arial"/>
        </w:rPr>
        <w:t>s precious, precious. And it's a it's a window. And there are many great opportunities you have while you're here. But this is, you know, like, like Dr. Martin Luther King says, like church, it's a place you go from not go to so, you know, we are sending y</w:t>
      </w:r>
      <w:r>
        <w:rPr>
          <w:rFonts w:ascii="Arial" w:hAnsi="Arial"/>
        </w:rPr>
        <w:t>ou to go do this work in your community. So</w:t>
      </w:r>
    </w:p>
    <w:p w14:paraId="59734C88" w14:textId="77777777" w:rsidR="00EE4261" w:rsidRDefault="00EE4261">
      <w:pPr>
        <w:spacing w:after="0"/>
      </w:pPr>
    </w:p>
    <w:p w14:paraId="374BF358" w14:textId="77777777" w:rsidR="00EE4261" w:rsidRDefault="007C7116">
      <w:pPr>
        <w:spacing w:after="0"/>
      </w:pPr>
      <w:r>
        <w:rPr>
          <w:rFonts w:ascii="Arial" w:hAnsi="Arial"/>
          <w:color w:val="5D7284"/>
        </w:rPr>
        <w:t>37:40</w:t>
      </w:r>
    </w:p>
    <w:p w14:paraId="77C34D0F" w14:textId="77777777" w:rsidR="00EE4261" w:rsidRDefault="007C7116">
      <w:pPr>
        <w:spacing w:after="0"/>
      </w:pPr>
      <w:r>
        <w:rPr>
          <w:rFonts w:ascii="Arial" w:hAnsi="Arial"/>
        </w:rPr>
        <w:t>yeah, absolutely. Now, can</w:t>
      </w:r>
    </w:p>
    <w:p w14:paraId="1A702D57" w14:textId="77777777" w:rsidR="00EE4261" w:rsidRDefault="00EE4261">
      <w:pPr>
        <w:spacing w:after="0"/>
      </w:pPr>
    </w:p>
    <w:p w14:paraId="5C8823DE" w14:textId="77777777" w:rsidR="00EE4261" w:rsidRDefault="007C7116">
      <w:pPr>
        <w:spacing w:after="0"/>
      </w:pPr>
      <w:r>
        <w:rPr>
          <w:rFonts w:ascii="Arial" w:hAnsi="Arial"/>
          <w:color w:val="5D7284"/>
        </w:rPr>
        <w:t>37:42</w:t>
      </w:r>
    </w:p>
    <w:p w14:paraId="6DD4DD81" w14:textId="77777777" w:rsidR="00EE4261" w:rsidRDefault="007C7116">
      <w:pPr>
        <w:spacing w:after="0"/>
      </w:pPr>
      <w:r>
        <w:rPr>
          <w:rFonts w:ascii="Arial" w:hAnsi="Arial"/>
        </w:rPr>
        <w:t>you help students who may be getting hung up on the thinking about citizenship solely for politics and for voting and things like that? Can you maybe parse out some differ</w:t>
      </w:r>
      <w:r>
        <w:rPr>
          <w:rFonts w:ascii="Arial" w:hAnsi="Arial"/>
        </w:rPr>
        <w:t>ences?</w:t>
      </w:r>
    </w:p>
    <w:p w14:paraId="1A42803F" w14:textId="77777777" w:rsidR="00EE4261" w:rsidRDefault="00EE4261">
      <w:pPr>
        <w:spacing w:after="0"/>
      </w:pPr>
    </w:p>
    <w:p w14:paraId="043EB766" w14:textId="77777777" w:rsidR="00EE4261" w:rsidRDefault="007C7116">
      <w:pPr>
        <w:spacing w:after="0"/>
      </w:pPr>
      <w:r>
        <w:rPr>
          <w:rFonts w:ascii="Arial" w:hAnsi="Arial"/>
          <w:color w:val="5D7284"/>
        </w:rPr>
        <w:t>37:52</w:t>
      </w:r>
    </w:p>
    <w:p w14:paraId="750E749B" w14:textId="77777777" w:rsidR="00EE4261" w:rsidRDefault="007C7116">
      <w:pPr>
        <w:spacing w:after="0"/>
      </w:pPr>
      <w:r>
        <w:rPr>
          <w:rFonts w:ascii="Arial" w:hAnsi="Arial"/>
        </w:rPr>
        <w:t xml:space="preserve">Yeah. Because I like that, that? Absolutely. Like when we started talking about civic engagement here in our office, and I was learning more about what it meant. Not just like voting, like, not just voting. I don't mean to sound like </w:t>
      </w:r>
      <w:r>
        <w:rPr>
          <w:rFonts w:ascii="Arial" w:hAnsi="Arial"/>
        </w:rPr>
        <w:t xml:space="preserve">that. But yeah, explain to me like, you know what that means. And and so what? Jeff Davis who is one of your facilitator, facilitation instructors, amazing. Whoever has Jeff was </w:t>
      </w:r>
      <w:r>
        <w:rPr>
          <w:rFonts w:ascii="Arial" w:hAnsi="Arial"/>
        </w:rPr>
        <w:lastRenderedPageBreak/>
        <w:t>really, really lucky. Um, she said, engagement is a passion area for her and v</w:t>
      </w:r>
      <w:r>
        <w:rPr>
          <w:rFonts w:ascii="Arial" w:hAnsi="Arial"/>
        </w:rPr>
        <w:t>oter engagement passionately. I'm so sorry. I</w:t>
      </w:r>
    </w:p>
    <w:p w14:paraId="469C531F" w14:textId="77777777" w:rsidR="00EE4261" w:rsidRDefault="00EE4261">
      <w:pPr>
        <w:spacing w:after="0"/>
      </w:pPr>
    </w:p>
    <w:p w14:paraId="762DACFE" w14:textId="77777777" w:rsidR="00EE4261" w:rsidRDefault="007C7116">
      <w:pPr>
        <w:spacing w:after="0"/>
      </w:pPr>
      <w:r>
        <w:rPr>
          <w:rFonts w:ascii="Arial" w:hAnsi="Arial"/>
          <w:color w:val="5D7284"/>
        </w:rPr>
        <w:t>38:31</w:t>
      </w:r>
    </w:p>
    <w:p w14:paraId="51527938" w14:textId="77777777" w:rsidR="00EE4261" w:rsidRDefault="007C7116">
      <w:pPr>
        <w:spacing w:after="0"/>
      </w:pPr>
      <w:r>
        <w:rPr>
          <w:rFonts w:ascii="Arial" w:hAnsi="Arial"/>
        </w:rPr>
        <w:t>didn't. I don't think it's picking it up.</w:t>
      </w:r>
    </w:p>
    <w:p w14:paraId="64013760" w14:textId="77777777" w:rsidR="00EE4261" w:rsidRDefault="00EE4261">
      <w:pPr>
        <w:spacing w:after="0"/>
      </w:pPr>
    </w:p>
    <w:p w14:paraId="1DB65C82" w14:textId="77777777" w:rsidR="00EE4261" w:rsidRDefault="007C7116">
      <w:pPr>
        <w:spacing w:after="0"/>
      </w:pPr>
      <w:r>
        <w:rPr>
          <w:rFonts w:ascii="Arial" w:hAnsi="Arial"/>
          <w:color w:val="5D7284"/>
        </w:rPr>
        <w:t>38:34</w:t>
      </w:r>
    </w:p>
    <w:p w14:paraId="780799A6" w14:textId="77777777" w:rsidR="00EE4261" w:rsidRDefault="007C7116">
      <w:pPr>
        <w:spacing w:after="0"/>
      </w:pPr>
      <w:r>
        <w:rPr>
          <w:rFonts w:ascii="Arial" w:hAnsi="Arial"/>
        </w:rPr>
        <w:t>I think it's funny. Okay. Okay. All right. Um, so what, what I like to think about is, because it can be given this political climate, given what life loo</w:t>
      </w:r>
      <w:r>
        <w:rPr>
          <w:rFonts w:ascii="Arial" w:hAnsi="Arial"/>
        </w:rPr>
        <w:t xml:space="preserve">ks like right now here in the United States, that some folks might think like citizenship, and might think that it is just about politics, voting, and that that can be exclusionary to me again to that as we think about citizenship and the word. But when I </w:t>
      </w:r>
      <w:r>
        <w:rPr>
          <w:rFonts w:ascii="Arial" w:hAnsi="Arial"/>
        </w:rPr>
        <w:t>think about, it's getting to the core of what is important to someone? And what is it about a community that you enjoy? or What is it about the community that you want to change? And then how are you going to do that? So back to that active piece? So that'</w:t>
      </w:r>
      <w:r>
        <w:rPr>
          <w:rFonts w:ascii="Arial" w:hAnsi="Arial"/>
        </w:rPr>
        <w:t>s how civic engagement is thinking about what are the ways that I can help my my community? And what do I feel is what needs to be changed in my community? And so that is, that's where I see the civic engagement piece. And I and I think that as college stu</w:t>
      </w:r>
      <w:r>
        <w:rPr>
          <w:rFonts w:ascii="Arial" w:hAnsi="Arial"/>
        </w:rPr>
        <w:t>dents, and I know, I felt this way too. It was like, one of the first times I got to know was when I was in college. Yeah. And tremendous responsibility of that. And I'm having my own thoughts and feelings around political views and viewpoints, and feeling</w:t>
      </w:r>
      <w:r>
        <w:rPr>
          <w:rFonts w:ascii="Arial" w:hAnsi="Arial"/>
        </w:rPr>
        <w:t xml:space="preserve"> nervous about like, Well, my parents say this thing and I feel this way. What am I thoughts and so I think civic engagement is also that engaging in what are the policies? What are the the the ways that my community wants to change or move forward? What i</w:t>
      </w:r>
      <w:r>
        <w:rPr>
          <w:rFonts w:ascii="Arial" w:hAnsi="Arial"/>
        </w:rPr>
        <w:t>s it that I want my community? What do I want for the people that I care about? And what are the issues that, you know, means so much to me? So as we think about, you know, our landscape to with Black Lives Matter and the killing of George Floyd and Breann</w:t>
      </w:r>
      <w:r>
        <w:rPr>
          <w:rFonts w:ascii="Arial" w:hAnsi="Arial"/>
        </w:rPr>
        <w:t>a Taylor, and it's like, how can I as one individual make change in in those in those arenas, where these are, these things are happening where I'm, I feel like I'm one person. And that's where I see our civic engagement plays a crucial role in that, becau</w:t>
      </w:r>
      <w:r>
        <w:rPr>
          <w:rFonts w:ascii="Arial" w:hAnsi="Arial"/>
        </w:rPr>
        <w:t>se I'm able to, as an individual, and in this country, have the ability to learn and educate myself and understand what's happening, but then also make that active commitment to my community by changing something.</w:t>
      </w:r>
    </w:p>
    <w:p w14:paraId="569E7EDF" w14:textId="77777777" w:rsidR="00EE4261" w:rsidRDefault="00EE4261">
      <w:pPr>
        <w:spacing w:after="0"/>
      </w:pPr>
    </w:p>
    <w:p w14:paraId="19761DBC" w14:textId="77777777" w:rsidR="00EE4261" w:rsidRDefault="007C7116">
      <w:pPr>
        <w:spacing w:after="0"/>
      </w:pPr>
      <w:r>
        <w:rPr>
          <w:rFonts w:ascii="Arial" w:hAnsi="Arial"/>
          <w:color w:val="5D7284"/>
        </w:rPr>
        <w:t>40:53</w:t>
      </w:r>
    </w:p>
    <w:p w14:paraId="635F7E46" w14:textId="77777777" w:rsidR="00EE4261" w:rsidRDefault="007C7116">
      <w:pPr>
        <w:spacing w:after="0"/>
      </w:pPr>
      <w:r>
        <w:rPr>
          <w:rFonts w:ascii="Arial" w:hAnsi="Arial"/>
        </w:rPr>
        <w:t xml:space="preserve">Yeah, and you know, that sometimes </w:t>
      </w:r>
      <w:r>
        <w:rPr>
          <w:rFonts w:ascii="Arial" w:hAnsi="Arial"/>
        </w:rPr>
        <w:t xml:space="preserve">that may mean, you know, you educate yourself, you become more aware of an issue, and then you research your local or state level or national, political leaders or candidates. And if you are passionate about a certain issue, and there's a policy that that </w:t>
      </w:r>
      <w:r>
        <w:rPr>
          <w:rFonts w:ascii="Arial" w:hAnsi="Arial"/>
        </w:rPr>
        <w:t>person is promoting, then that's, you know, where the voting comes in. And that's where, you know, because I, I do think students get hung up on, you know, I'm just one person, like you said, So,</w:t>
      </w:r>
    </w:p>
    <w:p w14:paraId="617C407C" w14:textId="77777777" w:rsidR="00EE4261" w:rsidRDefault="00EE4261">
      <w:pPr>
        <w:spacing w:after="0"/>
      </w:pPr>
    </w:p>
    <w:p w14:paraId="76C2B4F4" w14:textId="77777777" w:rsidR="00EE4261" w:rsidRDefault="007C7116">
      <w:pPr>
        <w:spacing w:after="0"/>
      </w:pPr>
      <w:r>
        <w:rPr>
          <w:rFonts w:ascii="Arial" w:hAnsi="Arial"/>
          <w:color w:val="5D7284"/>
        </w:rPr>
        <w:t>41:22</w:t>
      </w:r>
    </w:p>
    <w:p w14:paraId="26A4E1AA" w14:textId="77777777" w:rsidR="00EE4261" w:rsidRDefault="007C7116">
      <w:pPr>
        <w:spacing w:after="0"/>
      </w:pPr>
      <w:r>
        <w:rPr>
          <w:rFonts w:ascii="Arial" w:hAnsi="Arial"/>
        </w:rPr>
        <w:t>yeah, when it's that point, when the thing that you'r</w:t>
      </w:r>
      <w:r>
        <w:rPr>
          <w:rFonts w:ascii="Arial" w:hAnsi="Arial"/>
        </w:rPr>
        <w:t>e like, when you are just that one person when I when I tell students, and when I think about myself, too, because I also think about that, too, like, you know, when faced with everything that has happened in the last three months, like, three, four months</w:t>
      </w:r>
      <w:r>
        <w:rPr>
          <w:rFonts w:ascii="Arial" w:hAnsi="Arial"/>
        </w:rPr>
        <w:t xml:space="preserve">, like what can I do what it was my my role, and so one of it is to reflect. And so in our office, we talk about students understanding their privilege and their identities, and understanding how that plays a </w:t>
      </w:r>
      <w:r>
        <w:rPr>
          <w:rFonts w:ascii="Arial" w:hAnsi="Arial"/>
        </w:rPr>
        <w:lastRenderedPageBreak/>
        <w:t>role in their leadership, identity. Journey, an</w:t>
      </w:r>
      <w:r>
        <w:rPr>
          <w:rFonts w:ascii="Arial" w:hAnsi="Arial"/>
        </w:rPr>
        <w:t>d how does that impact the ways that you leave? And then so like, I'm reflecting on who I am, how I show up, and what are my values?</w:t>
      </w:r>
    </w:p>
    <w:p w14:paraId="1E71F553" w14:textId="77777777" w:rsidR="00EE4261" w:rsidRDefault="00EE4261">
      <w:pPr>
        <w:spacing w:after="0"/>
      </w:pPr>
    </w:p>
    <w:p w14:paraId="14DD3E55" w14:textId="77777777" w:rsidR="00EE4261" w:rsidRDefault="007C7116">
      <w:pPr>
        <w:spacing w:after="0"/>
      </w:pPr>
      <w:r>
        <w:rPr>
          <w:rFonts w:ascii="Arial" w:hAnsi="Arial"/>
          <w:color w:val="5D7284"/>
        </w:rPr>
        <w:t>42:13</w:t>
      </w:r>
    </w:p>
    <w:p w14:paraId="06ACF9CE" w14:textId="77777777" w:rsidR="00EE4261" w:rsidRDefault="007C7116">
      <w:pPr>
        <w:spacing w:after="0"/>
      </w:pPr>
      <w:r>
        <w:rPr>
          <w:rFonts w:ascii="Arial" w:hAnsi="Arial"/>
        </w:rPr>
        <w:t xml:space="preserve">Are? So like, reflect on who I am? What is it? What's important to me? What, what what do I need to learn? as well, </w:t>
      </w:r>
      <w:r>
        <w:rPr>
          <w:rFonts w:ascii="Arial" w:hAnsi="Arial"/>
        </w:rPr>
        <w:t>you know, what I'm growing, and I'm always constantly becoming, and becoming a new person, one that the one we're passionate about, right? So as someone who's thinking about citizenship, and about civic engagement, and about leadership, what is your passio</w:t>
      </w:r>
      <w:r>
        <w:rPr>
          <w:rFonts w:ascii="Arial" w:hAnsi="Arial"/>
        </w:rPr>
        <w:t>n? And so that comes back to that active citizen continue to think about volunteer contributions that involve activities like how are you getting involved in your community. And then it's important that we're continuing to read about topics and issues in o</w:t>
      </w:r>
      <w:r>
        <w:rPr>
          <w:rFonts w:ascii="Arial" w:hAnsi="Arial"/>
        </w:rPr>
        <w:t>ur community, and in our nation, and globally, as well. And how is that all impacted, which can be overwhelming, but it also helps us have a better eyes view of what's what's all around us, and how what I'm choosing and choosing to do has an impact more, a</w:t>
      </w:r>
      <w:r>
        <w:rPr>
          <w:rFonts w:ascii="Arial" w:hAnsi="Arial"/>
        </w:rPr>
        <w:t xml:space="preserve">nd then discussing with your friends and having conversations with your family about what this means. And then lastly, you got to register to vote, like you got, you know, and so making sure that folks are registering, but then also going to vote as well. </w:t>
      </w:r>
      <w:r>
        <w:rPr>
          <w:rFonts w:ascii="Arial" w:hAnsi="Arial"/>
        </w:rPr>
        <w:t>And so that's another little pitch for butane gauge to is, um, we're working on ways to remove the barriers from voting as well. So trying to get we know that some of the voting like really voting places are in christiansburg. So making sure folks know how</w:t>
      </w:r>
      <w:r>
        <w:rPr>
          <w:rFonts w:ascii="Arial" w:hAnsi="Arial"/>
        </w:rPr>
        <w:t xml:space="preserve">, where they are potentially providing transportation to those places. There'll be a lot of news on our social media, and we'll definitely share it with you all, um, when that comes down, but I think as a one individual can make a huge difference. Um, but </w:t>
      </w:r>
      <w:r>
        <w:rPr>
          <w:rFonts w:ascii="Arial" w:hAnsi="Arial"/>
        </w:rPr>
        <w:t>it's also taking that time to reflect and then act.</w:t>
      </w:r>
    </w:p>
    <w:p w14:paraId="34F80CC8" w14:textId="77777777" w:rsidR="00EE4261" w:rsidRDefault="00EE4261">
      <w:pPr>
        <w:spacing w:after="0"/>
      </w:pPr>
    </w:p>
    <w:p w14:paraId="2B0F304C" w14:textId="77777777" w:rsidR="00EE4261" w:rsidRDefault="007C7116">
      <w:pPr>
        <w:spacing w:after="0"/>
      </w:pPr>
      <w:r>
        <w:rPr>
          <w:rFonts w:ascii="Arial" w:hAnsi="Arial"/>
          <w:color w:val="5D7284"/>
        </w:rPr>
        <w:t>44:11</w:t>
      </w:r>
    </w:p>
    <w:p w14:paraId="00BC8CB5" w14:textId="77777777" w:rsidR="00EE4261" w:rsidRDefault="007C7116">
      <w:pPr>
        <w:spacing w:after="0"/>
      </w:pPr>
      <w:r>
        <w:rPr>
          <w:rFonts w:ascii="Arial" w:hAnsi="Arial"/>
        </w:rPr>
        <w:t xml:space="preserve">Yeah, absolutely. I mean, from, from all of the things I have been learning from, you know, one of the books I just got done reading, as I'm sure a lot of people are right now is how to be an anti </w:t>
      </w:r>
      <w:r>
        <w:rPr>
          <w:rFonts w:ascii="Arial" w:hAnsi="Arial"/>
        </w:rPr>
        <w:t>racist. Yeah. And, you know, it starts it starts with recognizing, you know, it starts with from within. We can be upset and angry at the end justices and the policies that are being passed. But we have to recognize what we can do, tangibly with our passio</w:t>
      </w:r>
      <w:r>
        <w:rPr>
          <w:rFonts w:ascii="Arial" w:hAnsi="Arial"/>
        </w:rPr>
        <w:t>ns and our values and align those with actions that can change that can promote policy change. And under and, you know, it takes time and energy to sort of understand where you fit in with this, you know,</w:t>
      </w:r>
    </w:p>
    <w:p w14:paraId="5C6EBEF7" w14:textId="77777777" w:rsidR="00EE4261" w:rsidRDefault="00EE4261">
      <w:pPr>
        <w:spacing w:after="0"/>
      </w:pPr>
    </w:p>
    <w:p w14:paraId="1FA0E0F3" w14:textId="77777777" w:rsidR="00EE4261" w:rsidRDefault="007C7116">
      <w:pPr>
        <w:spacing w:after="0"/>
      </w:pPr>
      <w:r>
        <w:rPr>
          <w:rFonts w:ascii="Arial" w:hAnsi="Arial"/>
          <w:color w:val="5D7284"/>
        </w:rPr>
        <w:t>44:54</w:t>
      </w:r>
    </w:p>
    <w:p w14:paraId="79E299B3" w14:textId="77777777" w:rsidR="00EE4261" w:rsidRDefault="007C7116">
      <w:pPr>
        <w:spacing w:after="0"/>
      </w:pPr>
      <w:r>
        <w:rPr>
          <w:rFonts w:ascii="Arial" w:hAnsi="Arial"/>
        </w:rPr>
        <w:t>yeah, absolutely. That book, man. reading th</w:t>
      </w:r>
      <w:r>
        <w:rPr>
          <w:rFonts w:ascii="Arial" w:hAnsi="Arial"/>
        </w:rPr>
        <w:t>at book, headlights If it took me, I would have to read like a page and sit down and press it.</w:t>
      </w:r>
    </w:p>
    <w:p w14:paraId="052F568D" w14:textId="77777777" w:rsidR="00EE4261" w:rsidRDefault="00EE4261">
      <w:pPr>
        <w:spacing w:after="0"/>
      </w:pPr>
    </w:p>
    <w:p w14:paraId="04180FB5" w14:textId="77777777" w:rsidR="00EE4261" w:rsidRDefault="007C7116">
      <w:pPr>
        <w:spacing w:after="0"/>
      </w:pPr>
      <w:r>
        <w:rPr>
          <w:rFonts w:ascii="Arial" w:hAnsi="Arial"/>
          <w:color w:val="5D7284"/>
        </w:rPr>
        <w:t>45:05</w:t>
      </w:r>
    </w:p>
    <w:p w14:paraId="2A1F33E0" w14:textId="77777777" w:rsidR="00EE4261" w:rsidRDefault="007C7116">
      <w:pPr>
        <w:spacing w:after="0"/>
      </w:pPr>
      <w:r>
        <w:rPr>
          <w:rFonts w:ascii="Arial" w:hAnsi="Arial"/>
        </w:rPr>
        <w:t>Yeah, put it down.</w:t>
      </w:r>
    </w:p>
    <w:p w14:paraId="0A15D6CB" w14:textId="77777777" w:rsidR="00EE4261" w:rsidRDefault="00EE4261">
      <w:pPr>
        <w:spacing w:after="0"/>
      </w:pPr>
    </w:p>
    <w:p w14:paraId="02DDE8FD" w14:textId="77777777" w:rsidR="00EE4261" w:rsidRDefault="007C7116">
      <w:pPr>
        <w:spacing w:after="0"/>
      </w:pPr>
      <w:r>
        <w:rPr>
          <w:rFonts w:ascii="Arial" w:hAnsi="Arial"/>
          <w:color w:val="5D7284"/>
        </w:rPr>
        <w:t>45:06</w:t>
      </w:r>
    </w:p>
    <w:p w14:paraId="163FF114" w14:textId="77777777" w:rsidR="00EE4261" w:rsidRDefault="007C7116">
      <w:pPr>
        <w:spacing w:after="0"/>
      </w:pPr>
      <w:r>
        <w:rPr>
          <w:rFonts w:ascii="Arial" w:hAnsi="Arial"/>
        </w:rPr>
        <w:t xml:space="preserve">Okay. Right. And it's such a good book. And he is. I really, I appreciate the book so much. And I also just really </w:t>
      </w:r>
      <w:r>
        <w:rPr>
          <w:rFonts w:ascii="Arial" w:hAnsi="Arial"/>
        </w:rPr>
        <w:t>appreciate. I'm here at Virginia Tech. I think that, at least to be engaged when George Floyd was murdered, that we were able to release a statement. And I really appreciated that we were able to release a statement, and it was a statement against the kill</w:t>
      </w:r>
      <w:r>
        <w:rPr>
          <w:rFonts w:ascii="Arial" w:hAnsi="Arial"/>
        </w:rPr>
        <w:t xml:space="preserve">ing and but it was also like, representing our values of office in ways that we hadn't been able to explicitly say it. And that was really empowering. </w:t>
      </w:r>
      <w:r>
        <w:rPr>
          <w:rFonts w:ascii="Arial" w:hAnsi="Arial"/>
        </w:rPr>
        <w:lastRenderedPageBreak/>
        <w:t>But it was also being active in our community, because it showed committee members that this is something</w:t>
      </w:r>
      <w:r>
        <w:rPr>
          <w:rFonts w:ascii="Arial" w:hAnsi="Arial"/>
        </w:rPr>
        <w:t xml:space="preserve"> that our office cares about, and our department cares about, and that we're continuing to learn and unlearn together as a team, as well.</w:t>
      </w:r>
    </w:p>
    <w:p w14:paraId="2E104477" w14:textId="77777777" w:rsidR="00EE4261" w:rsidRDefault="00EE4261">
      <w:pPr>
        <w:spacing w:after="0"/>
      </w:pPr>
    </w:p>
    <w:p w14:paraId="411F5C8D" w14:textId="77777777" w:rsidR="00EE4261" w:rsidRDefault="007C7116">
      <w:pPr>
        <w:spacing w:after="0"/>
      </w:pPr>
      <w:r>
        <w:rPr>
          <w:rFonts w:ascii="Arial" w:hAnsi="Arial"/>
          <w:color w:val="5D7284"/>
        </w:rPr>
        <w:t>45:58</w:t>
      </w:r>
    </w:p>
    <w:p w14:paraId="6B2E6676" w14:textId="77777777" w:rsidR="00EE4261" w:rsidRDefault="007C7116">
      <w:pPr>
        <w:spacing w:after="0"/>
      </w:pPr>
      <w:r>
        <w:rPr>
          <w:rFonts w:ascii="Arial" w:hAnsi="Arial"/>
        </w:rPr>
        <w:t>Yeah, there's the there's that leadership piece you took, you know, in the LSC, RC, we had a similar, you know,</w:t>
      </w:r>
      <w:r>
        <w:rPr>
          <w:rFonts w:ascii="Arial" w:hAnsi="Arial"/>
        </w:rPr>
        <w:t xml:space="preserve"> we put out a statement as well, and but that's the work of leadership, right? There is like identifying, you know, the, that something needs to be said there a stand needs to be taken. And that is part of that leadership process that's affecting your, you</w:t>
      </w:r>
      <w:r>
        <w:rPr>
          <w:rFonts w:ascii="Arial" w:hAnsi="Arial"/>
        </w:rPr>
        <w:t>r community. And people see that, you know, and they, they, they want to be a part of that, sir.</w:t>
      </w:r>
    </w:p>
    <w:p w14:paraId="6E1DA384" w14:textId="77777777" w:rsidR="00EE4261" w:rsidRDefault="00EE4261">
      <w:pPr>
        <w:spacing w:after="0"/>
      </w:pPr>
    </w:p>
    <w:p w14:paraId="0216F977" w14:textId="77777777" w:rsidR="00EE4261" w:rsidRDefault="007C7116">
      <w:pPr>
        <w:spacing w:after="0"/>
      </w:pPr>
      <w:r>
        <w:rPr>
          <w:rFonts w:ascii="Arial" w:hAnsi="Arial"/>
          <w:color w:val="5D7284"/>
        </w:rPr>
        <w:t>46:22</w:t>
      </w:r>
    </w:p>
    <w:p w14:paraId="466CFD1B" w14:textId="77777777" w:rsidR="00EE4261" w:rsidRDefault="007C7116">
      <w:pPr>
        <w:spacing w:after="0"/>
      </w:pPr>
      <w:r>
        <w:rPr>
          <w:rFonts w:ascii="Arial" w:hAnsi="Arial"/>
        </w:rPr>
        <w:t>So they absolutely. Well,</w:t>
      </w:r>
    </w:p>
    <w:p w14:paraId="5E36DB76" w14:textId="77777777" w:rsidR="00EE4261" w:rsidRDefault="00EE4261">
      <w:pPr>
        <w:spacing w:after="0"/>
      </w:pPr>
    </w:p>
    <w:p w14:paraId="798E28DD" w14:textId="77777777" w:rsidR="00EE4261" w:rsidRDefault="007C7116">
      <w:pPr>
        <w:spacing w:after="0"/>
      </w:pPr>
      <w:r>
        <w:rPr>
          <w:rFonts w:ascii="Arial" w:hAnsi="Arial"/>
          <w:color w:val="5D7284"/>
        </w:rPr>
        <w:t>46:25</w:t>
      </w:r>
    </w:p>
    <w:p w14:paraId="5DC28ECF" w14:textId="77777777" w:rsidR="00EE4261" w:rsidRDefault="007C7116">
      <w:pPr>
        <w:spacing w:after="0"/>
      </w:pPr>
      <w:r>
        <w:rPr>
          <w:rFonts w:ascii="Arial" w:hAnsi="Arial"/>
        </w:rPr>
        <w:t xml:space="preserve">I have thoroughly enjoyed this conversation, I know, it's going to prompt a lot of discussion in class. So I just want </w:t>
      </w:r>
      <w:r>
        <w:rPr>
          <w:rFonts w:ascii="Arial" w:hAnsi="Arial"/>
        </w:rPr>
        <w:t>to thank you for taking the time to just share your insight and your wisdom. On citizenship, I'm definitely going to, to, you know, encourage the students to engage with vt engaged,</w:t>
      </w:r>
    </w:p>
    <w:p w14:paraId="0BED8407" w14:textId="77777777" w:rsidR="00EE4261" w:rsidRDefault="00EE4261">
      <w:pPr>
        <w:spacing w:after="0"/>
      </w:pPr>
    </w:p>
    <w:p w14:paraId="31EEB871" w14:textId="77777777" w:rsidR="00EE4261" w:rsidRDefault="007C7116">
      <w:pPr>
        <w:spacing w:after="0"/>
      </w:pPr>
      <w:r>
        <w:rPr>
          <w:rFonts w:ascii="Arial" w:hAnsi="Arial"/>
          <w:color w:val="5D7284"/>
        </w:rPr>
        <w:t>46:49</w:t>
      </w:r>
    </w:p>
    <w:p w14:paraId="2E268DDC" w14:textId="77777777" w:rsidR="00EE4261" w:rsidRDefault="007C7116">
      <w:pPr>
        <w:spacing w:after="0"/>
      </w:pPr>
      <w:r>
        <w:rPr>
          <w:rFonts w:ascii="Arial" w:hAnsi="Arial"/>
        </w:rPr>
        <w:t>please do. And we'll um, we will definitely be sharing, we have som</w:t>
      </w:r>
      <w:r>
        <w:rPr>
          <w:rFonts w:ascii="Arial" w:hAnsi="Arial"/>
        </w:rPr>
        <w:t>e great leadership opportunities coming up as well. I'm in we're potentially launching a new leadership development program, as well. And then we have our I will Institute so inspiring women on life on leadership. So that application, probably when this li</w:t>
      </w:r>
      <w:r>
        <w:rPr>
          <w:rFonts w:ascii="Arial" w:hAnsi="Arial"/>
        </w:rPr>
        <w:t>ke this podcast scraps that'll have closed, but I'll share that information with you prior when that all comes out. So you can share that with the community. And this community holds a dear place in my heart, because I have been with this community for alm</w:t>
      </w:r>
      <w:r>
        <w:rPr>
          <w:rFonts w:ascii="Arial" w:hAnsi="Arial"/>
        </w:rPr>
        <w:t>ost 10 years, right? Yes, 10 years. 2020. So started 2010. So watching the iterations and the students committed to the mission and vision of social change, and for leadership as well, and leadership for what I appreciate. I appreciate that so much as soon</w:t>
      </w:r>
      <w:r>
        <w:rPr>
          <w:rFonts w:ascii="Arial" w:hAnsi="Arial"/>
        </w:rPr>
        <w:t xml:space="preserve"> as they thinking about that, and being in spaces together. But I also encourage students to be active and engaged in your passion area, and use this time at Virginia Tech, to engage with folks who have different viewpoints than you and different thoughts </w:t>
      </w:r>
      <w:r>
        <w:rPr>
          <w:rFonts w:ascii="Arial" w:hAnsi="Arial"/>
        </w:rPr>
        <w:t>that you have. So you can learn from them. And you can articulate your passions and your why's. That's really, really what also leadership is about to being able to share what your mission vision is with the world to</w:t>
      </w:r>
    </w:p>
    <w:p w14:paraId="181CFD5A" w14:textId="77777777" w:rsidR="00EE4261" w:rsidRDefault="00EE4261">
      <w:pPr>
        <w:spacing w:after="0"/>
      </w:pPr>
    </w:p>
    <w:p w14:paraId="2B3023AA" w14:textId="77777777" w:rsidR="00EE4261" w:rsidRDefault="007C7116">
      <w:pPr>
        <w:spacing w:after="0"/>
      </w:pPr>
      <w:r>
        <w:rPr>
          <w:rFonts w:ascii="Arial" w:hAnsi="Arial"/>
          <w:color w:val="5D7284"/>
        </w:rPr>
        <w:t>48:10</w:t>
      </w:r>
    </w:p>
    <w:p w14:paraId="70D4EC8C" w14:textId="77777777" w:rsidR="00EE4261" w:rsidRDefault="007C7116">
      <w:pPr>
        <w:spacing w:after="0"/>
      </w:pPr>
      <w:r>
        <w:rPr>
          <w:rFonts w:ascii="Arial" w:hAnsi="Arial"/>
        </w:rPr>
        <w:t>Yeah, and our communities are no</w:t>
      </w:r>
      <w:r>
        <w:rPr>
          <w:rFonts w:ascii="Arial" w:hAnsi="Arial"/>
        </w:rPr>
        <w:t>t they're not singular, the very diverse and expansive and it's inevitable that you're going to be affecting people in your community and working with people in your community that are different than you that's</w:t>
      </w:r>
    </w:p>
    <w:p w14:paraId="3383B51D" w14:textId="77777777" w:rsidR="00EE4261" w:rsidRDefault="00EE4261">
      <w:pPr>
        <w:spacing w:after="0"/>
      </w:pPr>
    </w:p>
    <w:p w14:paraId="5EC7F5EC" w14:textId="77777777" w:rsidR="00EE4261" w:rsidRDefault="007C7116">
      <w:pPr>
        <w:spacing w:after="0"/>
      </w:pPr>
      <w:r>
        <w:rPr>
          <w:rFonts w:ascii="Arial" w:hAnsi="Arial"/>
          <w:color w:val="5D7284"/>
        </w:rPr>
        <w:t>48:23</w:t>
      </w:r>
    </w:p>
    <w:p w14:paraId="38323727" w14:textId="77777777" w:rsidR="00EE4261" w:rsidRDefault="007C7116">
      <w:pPr>
        <w:spacing w:after="0"/>
      </w:pPr>
      <w:r>
        <w:rPr>
          <w:rFonts w:ascii="Arial" w:hAnsi="Arial"/>
        </w:rPr>
        <w:t>a given. Yeah, absolutely.</w:t>
      </w:r>
    </w:p>
    <w:p w14:paraId="797A9387" w14:textId="77777777" w:rsidR="00EE4261" w:rsidRDefault="00EE4261">
      <w:pPr>
        <w:spacing w:after="0"/>
      </w:pPr>
    </w:p>
    <w:p w14:paraId="6E7AA35E" w14:textId="77777777" w:rsidR="00EE4261" w:rsidRDefault="007C7116">
      <w:pPr>
        <w:spacing w:after="0"/>
      </w:pPr>
      <w:r>
        <w:rPr>
          <w:rFonts w:ascii="Arial" w:hAnsi="Arial"/>
          <w:color w:val="5D7284"/>
        </w:rPr>
        <w:t>48:29</w:t>
      </w:r>
    </w:p>
    <w:p w14:paraId="71DA3AC4" w14:textId="77777777" w:rsidR="00EE4261" w:rsidRDefault="007C7116">
      <w:pPr>
        <w:spacing w:after="0"/>
      </w:pPr>
      <w:r>
        <w:rPr>
          <w:rFonts w:ascii="Arial" w:hAnsi="Arial"/>
        </w:rPr>
        <w:lastRenderedPageBreak/>
        <w:t>So I</w:t>
      </w:r>
      <w:r>
        <w:rPr>
          <w:rFonts w:ascii="Arial" w:hAnsi="Arial"/>
        </w:rPr>
        <w:t xml:space="preserve"> would like to ask a few Get to know your questions. Just give us a little insight into your life. What, what is a project or some maybe things you've been doing since the beginning of the pandemic, anything?</w:t>
      </w:r>
    </w:p>
    <w:p w14:paraId="5C0D6783" w14:textId="77777777" w:rsidR="00EE4261" w:rsidRDefault="00EE4261">
      <w:pPr>
        <w:spacing w:after="0"/>
      </w:pPr>
    </w:p>
    <w:p w14:paraId="0949059A" w14:textId="77777777" w:rsidR="00EE4261" w:rsidRDefault="007C7116">
      <w:pPr>
        <w:spacing w:after="0"/>
      </w:pPr>
      <w:r>
        <w:rPr>
          <w:rFonts w:ascii="Arial" w:hAnsi="Arial"/>
          <w:color w:val="5D7284"/>
        </w:rPr>
        <w:t>48:43</w:t>
      </w:r>
    </w:p>
    <w:p w14:paraId="5168A5D5" w14:textId="77777777" w:rsidR="00EE4261" w:rsidRDefault="007C7116">
      <w:pPr>
        <w:spacing w:after="0"/>
      </w:pPr>
      <w:r>
        <w:rPr>
          <w:rFonts w:ascii="Arial" w:hAnsi="Arial"/>
        </w:rPr>
        <w:t>The beginning of the COVID Um, so I have</w:t>
      </w:r>
      <w:r>
        <w:rPr>
          <w:rFonts w:ascii="Arial" w:hAnsi="Arial"/>
        </w:rPr>
        <w:t xml:space="preserve"> a couple I'm a quilter. So I've been doing a lot of quilting. I ripped the wallpaper I had like Laura Ashley 19th, floral wallpaper in the bathroom. And I rip that off the walls and then my kids have like use marker and like drawn all over the walls for f</w:t>
      </w:r>
      <w:r>
        <w:rPr>
          <w:rFonts w:ascii="Arial" w:hAnsi="Arial"/>
        </w:rPr>
        <w:t>ree in our bathroom. So that's kind of a project that's in place. My garden is huge. My flower garden so done a lot of gardening. I'm have started reading more, which has been really nice to spend some time off of social media, because that can be such a t</w:t>
      </w:r>
      <w:r>
        <w:rPr>
          <w:rFonts w:ascii="Arial" w:hAnsi="Arial"/>
        </w:rPr>
        <w:t>ime suck. I'm getting up. And what else I would say Oh, and the puzzles. We've been doing a lot of puzzles.</w:t>
      </w:r>
    </w:p>
    <w:p w14:paraId="36AEC1C2" w14:textId="77777777" w:rsidR="00EE4261" w:rsidRDefault="00EE4261">
      <w:pPr>
        <w:spacing w:after="0"/>
      </w:pPr>
    </w:p>
    <w:p w14:paraId="694C0019" w14:textId="77777777" w:rsidR="00EE4261" w:rsidRDefault="007C7116">
      <w:pPr>
        <w:spacing w:after="0"/>
      </w:pPr>
      <w:r>
        <w:rPr>
          <w:rFonts w:ascii="Arial" w:hAnsi="Arial"/>
          <w:color w:val="5D7284"/>
        </w:rPr>
        <w:t>49:29</w:t>
      </w:r>
    </w:p>
    <w:p w14:paraId="23ACAA02" w14:textId="77777777" w:rsidR="00EE4261" w:rsidRDefault="007C7116">
      <w:pPr>
        <w:spacing w:after="0"/>
      </w:pPr>
      <w:r>
        <w:rPr>
          <w:rFonts w:ascii="Arial" w:hAnsi="Arial"/>
        </w:rPr>
        <w:t xml:space="preserve">Yeah. Yeah. There's all sorts of wonderful things. Speaking of speaking, I love that 90 like tearing down the 90s wallpaper. That's </w:t>
      </w:r>
      <w:r>
        <w:rPr>
          <w:rFonts w:ascii="Arial" w:hAnsi="Arial"/>
        </w:rPr>
        <w:t>hilarious. Um, speaking of books, what have you been reading lately?</w:t>
      </w:r>
    </w:p>
    <w:p w14:paraId="3202C9EC" w14:textId="77777777" w:rsidR="00EE4261" w:rsidRDefault="00EE4261">
      <w:pPr>
        <w:spacing w:after="0"/>
      </w:pPr>
    </w:p>
    <w:p w14:paraId="3009293E" w14:textId="77777777" w:rsidR="00EE4261" w:rsidRDefault="007C7116">
      <w:pPr>
        <w:spacing w:after="0"/>
      </w:pPr>
      <w:r>
        <w:rPr>
          <w:rFonts w:ascii="Arial" w:hAnsi="Arial"/>
          <w:color w:val="5D7284"/>
        </w:rPr>
        <w:t>49:44</w:t>
      </w:r>
    </w:p>
    <w:p w14:paraId="6A800670" w14:textId="77777777" w:rsidR="00EE4261" w:rsidRDefault="007C7116">
      <w:pPr>
        <w:spacing w:after="0"/>
      </w:pPr>
      <w:r>
        <w:rPr>
          <w:rFonts w:ascii="Arial" w:hAnsi="Arial"/>
        </w:rPr>
        <w:t>So I'm reading how to be anti racist,</w:t>
      </w:r>
    </w:p>
    <w:p w14:paraId="4C83EB80" w14:textId="77777777" w:rsidR="00EE4261" w:rsidRDefault="00EE4261">
      <w:pPr>
        <w:spacing w:after="0"/>
      </w:pPr>
    </w:p>
    <w:p w14:paraId="7BEE6E27" w14:textId="77777777" w:rsidR="00EE4261" w:rsidRDefault="007C7116">
      <w:pPr>
        <w:spacing w:after="0"/>
      </w:pPr>
      <w:r>
        <w:rPr>
          <w:rFonts w:ascii="Arial" w:hAnsi="Arial"/>
          <w:color w:val="5D7284"/>
        </w:rPr>
        <w:t>49:46</w:t>
      </w:r>
    </w:p>
    <w:p w14:paraId="0504DA83" w14:textId="77777777" w:rsidR="00EE4261" w:rsidRDefault="007C7116">
      <w:pPr>
        <w:spacing w:after="0"/>
      </w:pPr>
      <w:r>
        <w:rPr>
          <w:rFonts w:ascii="Arial" w:hAnsi="Arial"/>
        </w:rPr>
        <w:t>right?</w:t>
      </w:r>
    </w:p>
    <w:p w14:paraId="263F8F4F" w14:textId="77777777" w:rsidR="00EE4261" w:rsidRDefault="00EE4261">
      <w:pPr>
        <w:spacing w:after="0"/>
      </w:pPr>
    </w:p>
    <w:p w14:paraId="6F699A9F" w14:textId="77777777" w:rsidR="00EE4261" w:rsidRDefault="007C7116">
      <w:pPr>
        <w:spacing w:after="0"/>
      </w:pPr>
      <w:r>
        <w:rPr>
          <w:rFonts w:ascii="Arial" w:hAnsi="Arial"/>
          <w:color w:val="5D7284"/>
        </w:rPr>
        <w:t>49:47</w:t>
      </w:r>
    </w:p>
    <w:p w14:paraId="415DA632" w14:textId="77777777" w:rsidR="00EE4261" w:rsidRDefault="007C7116">
      <w:pPr>
        <w:spacing w:after="0"/>
      </w:pPr>
      <w:r>
        <w:rPr>
          <w:rFonts w:ascii="Arial" w:hAnsi="Arial"/>
        </w:rPr>
        <w:t xml:space="preserve">Um, I'm reading when it's finished. City A girls by Elizabeth Gilbert feels about like in the 1920s as a fiction </w:t>
      </w:r>
      <w:r>
        <w:rPr>
          <w:rFonts w:ascii="Arial" w:hAnsi="Arial"/>
        </w:rPr>
        <w:t>book,</w:t>
      </w:r>
    </w:p>
    <w:p w14:paraId="40BD9D50" w14:textId="77777777" w:rsidR="00EE4261" w:rsidRDefault="00EE4261">
      <w:pPr>
        <w:spacing w:after="0"/>
      </w:pPr>
    </w:p>
    <w:p w14:paraId="4548D509" w14:textId="77777777" w:rsidR="00EE4261" w:rsidRDefault="007C7116">
      <w:pPr>
        <w:spacing w:after="0"/>
      </w:pPr>
      <w:r>
        <w:rPr>
          <w:rFonts w:ascii="Arial" w:hAnsi="Arial"/>
          <w:color w:val="5D7284"/>
        </w:rPr>
        <w:t>49:58</w:t>
      </w:r>
    </w:p>
    <w:p w14:paraId="1621A558" w14:textId="77777777" w:rsidR="00EE4261" w:rsidRDefault="007C7116">
      <w:pPr>
        <w:spacing w:after="0"/>
      </w:pPr>
      <w:r>
        <w:rPr>
          <w:rFonts w:ascii="Arial" w:hAnsi="Arial"/>
        </w:rPr>
        <w:t>I have eaten Pray Love on my shelf. I haven't.</w:t>
      </w:r>
    </w:p>
    <w:p w14:paraId="23D0EA1A" w14:textId="77777777" w:rsidR="00EE4261" w:rsidRDefault="00EE4261">
      <w:pPr>
        <w:spacing w:after="0"/>
      </w:pPr>
    </w:p>
    <w:p w14:paraId="20B1A5B7" w14:textId="77777777" w:rsidR="00EE4261" w:rsidRDefault="007C7116">
      <w:pPr>
        <w:spacing w:after="0"/>
      </w:pPr>
      <w:r>
        <w:rPr>
          <w:rFonts w:ascii="Arial" w:hAnsi="Arial"/>
          <w:color w:val="5D7284"/>
        </w:rPr>
        <w:t>50:02</w:t>
      </w:r>
    </w:p>
    <w:p w14:paraId="5A2F0EC8" w14:textId="77777777" w:rsidR="00EE4261" w:rsidRDefault="007C7116">
      <w:pPr>
        <w:spacing w:after="0"/>
      </w:pPr>
      <w:r>
        <w:rPr>
          <w:rFonts w:ascii="Arial" w:hAnsi="Arial"/>
        </w:rPr>
        <w:t>Okay, she's a great she's a great author. I like her very much. Um, what else am I reading? Um, I'm reading well, so why am I I'm pausing is because my daughter is learning how to read too.</w:t>
      </w:r>
      <w:r>
        <w:rPr>
          <w:rFonts w:ascii="Arial" w:hAnsi="Arial"/>
        </w:rPr>
        <w:t xml:space="preserve"> So we've been reading the Siri call series called The dragon masters.</w:t>
      </w:r>
    </w:p>
    <w:p w14:paraId="5A56FC6D" w14:textId="77777777" w:rsidR="00EE4261" w:rsidRDefault="00EE4261">
      <w:pPr>
        <w:spacing w:after="0"/>
      </w:pPr>
    </w:p>
    <w:p w14:paraId="561EBF68" w14:textId="77777777" w:rsidR="00EE4261" w:rsidRDefault="007C7116">
      <w:pPr>
        <w:spacing w:after="0"/>
      </w:pPr>
      <w:r>
        <w:rPr>
          <w:rFonts w:ascii="Arial" w:hAnsi="Arial"/>
          <w:color w:val="5D7284"/>
        </w:rPr>
        <w:t>50:16</w:t>
      </w:r>
    </w:p>
    <w:p w14:paraId="74A1E281" w14:textId="77777777" w:rsidR="00EE4261" w:rsidRDefault="007C7116">
      <w:pPr>
        <w:spacing w:after="0"/>
      </w:pPr>
      <w:r>
        <w:rPr>
          <w:rFonts w:ascii="Arial" w:hAnsi="Arial"/>
        </w:rPr>
        <w:t>Okay. Okay, I</w:t>
      </w:r>
    </w:p>
    <w:p w14:paraId="017B5405" w14:textId="77777777" w:rsidR="00EE4261" w:rsidRDefault="00EE4261">
      <w:pPr>
        <w:spacing w:after="0"/>
      </w:pPr>
    </w:p>
    <w:p w14:paraId="7352FFAE" w14:textId="77777777" w:rsidR="00EE4261" w:rsidRDefault="007C7116">
      <w:pPr>
        <w:spacing w:after="0"/>
      </w:pPr>
      <w:r>
        <w:rPr>
          <w:rFonts w:ascii="Arial" w:hAnsi="Arial"/>
          <w:color w:val="5D7284"/>
        </w:rPr>
        <w:t>50:17</w:t>
      </w:r>
    </w:p>
    <w:p w14:paraId="5227BB6F" w14:textId="77777777" w:rsidR="00EE4261" w:rsidRDefault="007C7116">
      <w:pPr>
        <w:spacing w:after="0"/>
      </w:pPr>
      <w:r>
        <w:rPr>
          <w:rFonts w:ascii="Arial" w:hAnsi="Arial"/>
        </w:rPr>
        <w:t>highly recommend the great books, they have pictures on every page. But even my four year old the new one. So we've been reading a lot. We're about all thing</w:t>
      </w:r>
      <w:r>
        <w:rPr>
          <w:rFonts w:ascii="Arial" w:hAnsi="Arial"/>
        </w:rPr>
        <w:t>s, dragons at my house and all things. And we like how to train a dragon.</w:t>
      </w:r>
    </w:p>
    <w:p w14:paraId="594E750D" w14:textId="77777777" w:rsidR="00EE4261" w:rsidRDefault="00EE4261">
      <w:pPr>
        <w:spacing w:after="0"/>
      </w:pPr>
    </w:p>
    <w:p w14:paraId="31ED6ADC" w14:textId="77777777" w:rsidR="00EE4261" w:rsidRDefault="007C7116">
      <w:pPr>
        <w:spacing w:after="0"/>
      </w:pPr>
      <w:r>
        <w:rPr>
          <w:rFonts w:ascii="Arial" w:hAnsi="Arial"/>
          <w:color w:val="5D7284"/>
        </w:rPr>
        <w:t>50:30</w:t>
      </w:r>
    </w:p>
    <w:p w14:paraId="7C294C6A" w14:textId="77777777" w:rsidR="00EE4261" w:rsidRDefault="007C7116">
      <w:pPr>
        <w:spacing w:after="0"/>
      </w:pPr>
      <w:r>
        <w:rPr>
          <w:rFonts w:ascii="Arial" w:hAnsi="Arial"/>
        </w:rPr>
        <w:lastRenderedPageBreak/>
        <w:t>Do you? Like do they like that?</w:t>
      </w:r>
    </w:p>
    <w:p w14:paraId="57657E2F" w14:textId="77777777" w:rsidR="00EE4261" w:rsidRDefault="00EE4261">
      <w:pPr>
        <w:spacing w:after="0"/>
      </w:pPr>
    </w:p>
    <w:p w14:paraId="6BA6BEB1" w14:textId="77777777" w:rsidR="00EE4261" w:rsidRDefault="007C7116">
      <w:pPr>
        <w:spacing w:after="0"/>
      </w:pPr>
      <w:r>
        <w:rPr>
          <w:rFonts w:ascii="Arial" w:hAnsi="Arial"/>
          <w:color w:val="5D7284"/>
        </w:rPr>
        <w:t>50:31</w:t>
      </w:r>
    </w:p>
    <w:p w14:paraId="76EE8289" w14:textId="77777777" w:rsidR="00EE4261" w:rsidRDefault="007C7116">
      <w:pPr>
        <w:spacing w:after="0"/>
      </w:pPr>
      <w:r>
        <w:rPr>
          <w:rFonts w:ascii="Arial" w:hAnsi="Arial"/>
        </w:rPr>
        <w:t>Yes, they like that. There's a new show called rescue riders on Netflix, that they have binge watched themselves, as well, if they haven</w:t>
      </w:r>
      <w:r>
        <w:rPr>
          <w:rFonts w:ascii="Arial" w:hAnsi="Arial"/>
        </w:rPr>
        <w:t>'t, they have learned I would say it was a pandemic, my children have learned the code to my phone. So they know that if I'm zooming, I'm not focused on where my phone is. And the light will come in my office and like slowly take my phone away. And then th</w:t>
      </w:r>
      <w:r>
        <w:rPr>
          <w:rFonts w:ascii="Arial" w:hAnsi="Arial"/>
        </w:rPr>
        <w:t>ey they start watching TV. My son learned how to dial 911, which I was really proud of myself. And then he called the police. So the police were on the phone and both my husband and I are on zoom calls. And Patrick came on to Dave and said, Hey, I'm the po</w:t>
      </w:r>
      <w:r>
        <w:rPr>
          <w:rFonts w:ascii="Arial" w:hAnsi="Arial"/>
        </w:rPr>
        <w:t>lice are on the phone, and things like what it looks down. And it was 911 he had been talking to him for two minutes. And they're like, Is there an emergency at this house? And I was like, Oh my gosh, this is the beginning. This was like in April. So it wa</w:t>
      </w:r>
      <w:r>
        <w:rPr>
          <w:rFonts w:ascii="Arial" w:hAnsi="Arial"/>
        </w:rPr>
        <w:t>s the beginning of pandemic. I was like I don't even I don't even know saying but because yeah. Being an actor says things when</w:t>
      </w:r>
    </w:p>
    <w:p w14:paraId="3712B3E3" w14:textId="77777777" w:rsidR="00EE4261" w:rsidRDefault="00EE4261">
      <w:pPr>
        <w:spacing w:after="0"/>
      </w:pPr>
    </w:p>
    <w:p w14:paraId="638BD784" w14:textId="77777777" w:rsidR="00EE4261" w:rsidRDefault="007C7116">
      <w:pPr>
        <w:spacing w:after="0"/>
      </w:pPr>
      <w:r>
        <w:rPr>
          <w:rFonts w:ascii="Arial" w:hAnsi="Arial"/>
          <w:color w:val="5D7284"/>
        </w:rPr>
        <w:t>51:31</w:t>
      </w:r>
    </w:p>
    <w:p w14:paraId="06D7CACF" w14:textId="77777777" w:rsidR="00EE4261" w:rsidRDefault="007C7116">
      <w:pPr>
        <w:spacing w:after="0"/>
      </w:pPr>
      <w:r>
        <w:rPr>
          <w:rFonts w:ascii="Arial" w:hAnsi="Arial"/>
        </w:rPr>
        <w:t>that happens at home too. That's a community. Yeah. What is a show you've been watching? Or maybe one that you've been wh</w:t>
      </w:r>
      <w:r>
        <w:rPr>
          <w:rFonts w:ascii="Arial" w:hAnsi="Arial"/>
        </w:rPr>
        <w:t>at binge watched or just, yeah,</w:t>
      </w:r>
    </w:p>
    <w:p w14:paraId="1F8C113C" w14:textId="77777777" w:rsidR="00EE4261" w:rsidRDefault="00EE4261">
      <w:pPr>
        <w:spacing w:after="0"/>
      </w:pPr>
    </w:p>
    <w:p w14:paraId="5B7E00D0" w14:textId="77777777" w:rsidR="00EE4261" w:rsidRDefault="007C7116">
      <w:pPr>
        <w:spacing w:after="0"/>
      </w:pPr>
      <w:r>
        <w:rPr>
          <w:rFonts w:ascii="Arial" w:hAnsi="Arial"/>
          <w:color w:val="5D7284"/>
        </w:rPr>
        <w:t>51:42</w:t>
      </w:r>
    </w:p>
    <w:p w14:paraId="0BF2197C" w14:textId="77777777" w:rsidR="00EE4261" w:rsidRDefault="007C7116">
      <w:pPr>
        <w:spacing w:after="0"/>
      </w:pPr>
      <w:r>
        <w:rPr>
          <w:rFonts w:ascii="Arial" w:hAnsi="Arial"/>
        </w:rPr>
        <w:t>yeah, so um, the second season of dead to me on Netflix. Yeah, that's</w:t>
      </w:r>
    </w:p>
    <w:p w14:paraId="61C86F6E" w14:textId="77777777" w:rsidR="00EE4261" w:rsidRDefault="00EE4261">
      <w:pPr>
        <w:spacing w:after="0"/>
      </w:pPr>
    </w:p>
    <w:p w14:paraId="6167B071" w14:textId="77777777" w:rsidR="00EE4261" w:rsidRDefault="007C7116">
      <w:pPr>
        <w:spacing w:after="0"/>
      </w:pPr>
      <w:r>
        <w:rPr>
          <w:rFonts w:ascii="Arial" w:hAnsi="Arial"/>
          <w:color w:val="5D7284"/>
        </w:rPr>
        <w:t>51:46</w:t>
      </w:r>
    </w:p>
    <w:p w14:paraId="61E8C4F4" w14:textId="77777777" w:rsidR="00EE4261" w:rsidRDefault="007C7116">
      <w:pPr>
        <w:spacing w:after="0"/>
      </w:pPr>
      <w:r>
        <w:rPr>
          <w:rFonts w:ascii="Arial" w:hAnsi="Arial"/>
        </w:rPr>
        <w:t>a good one.</w:t>
      </w:r>
    </w:p>
    <w:p w14:paraId="39D89FAE" w14:textId="77777777" w:rsidR="00EE4261" w:rsidRDefault="00EE4261">
      <w:pPr>
        <w:spacing w:after="0"/>
      </w:pPr>
    </w:p>
    <w:p w14:paraId="4672A449" w14:textId="77777777" w:rsidR="00EE4261" w:rsidRDefault="007C7116">
      <w:pPr>
        <w:spacing w:after="0"/>
      </w:pPr>
      <w:r>
        <w:rPr>
          <w:rFonts w:ascii="Arial" w:hAnsi="Arial"/>
          <w:color w:val="5D7284"/>
        </w:rPr>
        <w:t>51:47</w:t>
      </w:r>
    </w:p>
    <w:p w14:paraId="371568B3" w14:textId="77777777" w:rsidR="00EE4261" w:rsidRDefault="007C7116">
      <w:pPr>
        <w:spacing w:after="0"/>
      </w:pPr>
      <w:r>
        <w:rPr>
          <w:rFonts w:ascii="Arial" w:hAnsi="Arial"/>
        </w:rPr>
        <w:t xml:space="preserve">Yeah, yeah, that was that was very good. Um, let's see. I mean, I watched I watched Tiger King. And like, </w:t>
      </w:r>
      <w:r>
        <w:rPr>
          <w:rFonts w:ascii="Arial" w:hAnsi="Arial"/>
        </w:rPr>
        <w:t>beginning of, you know, COVID Let's see. We wish I started. I can't Oh, um, little, little fires everywhere on Hulu was really good. Um, and then like, I like to watch documentaries, you know, like, like, docu series kind of thing. Yeah. I, my husband watc</w:t>
      </w:r>
      <w:r>
        <w:rPr>
          <w:rFonts w:ascii="Arial" w:hAnsi="Arial"/>
        </w:rPr>
        <w:t>hed a lot of Netflix, but during COVID times is like, viewership have gone down, which is just really weird. You think it would go up, but it's because we've been at home with the kids ever so fast. But the day I get really frustrated and feel like fine. H</w:t>
      </w:r>
      <w:r>
        <w:rPr>
          <w:rFonts w:ascii="Arial" w:hAnsi="Arial"/>
        </w:rPr>
        <w:t>e's really good at finding like the good shows on Netflix. And then he'll start watching without me and I'm like, What are you doing? Like? Yeah, like the umbrella Academy started watching me and I was like, to watch that. No. So anyway.</w:t>
      </w:r>
    </w:p>
    <w:p w14:paraId="4B5E6F3F" w14:textId="77777777" w:rsidR="00EE4261" w:rsidRDefault="00EE4261">
      <w:pPr>
        <w:spacing w:after="0"/>
      </w:pPr>
    </w:p>
    <w:p w14:paraId="00DEA406" w14:textId="77777777" w:rsidR="00EE4261" w:rsidRDefault="007C7116">
      <w:pPr>
        <w:spacing w:after="0"/>
      </w:pPr>
      <w:r>
        <w:rPr>
          <w:rFonts w:ascii="Arial" w:hAnsi="Arial"/>
          <w:color w:val="5D7284"/>
        </w:rPr>
        <w:t>52:44</w:t>
      </w:r>
    </w:p>
    <w:p w14:paraId="78472F60" w14:textId="77777777" w:rsidR="00EE4261" w:rsidRDefault="007C7116">
      <w:pPr>
        <w:spacing w:after="0"/>
      </w:pPr>
      <w:r>
        <w:rPr>
          <w:rFonts w:ascii="Arial" w:hAnsi="Arial"/>
        </w:rPr>
        <w:t>What is one</w:t>
      </w:r>
      <w:r>
        <w:rPr>
          <w:rFonts w:ascii="Arial" w:hAnsi="Arial"/>
        </w:rPr>
        <w:t xml:space="preserve"> thing you miss the most about? The pre COVID world?</w:t>
      </w:r>
    </w:p>
    <w:p w14:paraId="5DF174BA" w14:textId="77777777" w:rsidR="00EE4261" w:rsidRDefault="00EE4261">
      <w:pPr>
        <w:spacing w:after="0"/>
      </w:pPr>
    </w:p>
    <w:p w14:paraId="1317FCE2" w14:textId="77777777" w:rsidR="00EE4261" w:rsidRDefault="007C7116">
      <w:pPr>
        <w:spacing w:after="0"/>
      </w:pPr>
      <w:r>
        <w:rPr>
          <w:rFonts w:ascii="Arial" w:hAnsi="Arial"/>
          <w:color w:val="5D7284"/>
        </w:rPr>
        <w:t>52:50</w:t>
      </w:r>
    </w:p>
    <w:p w14:paraId="1A4D2081" w14:textId="77777777" w:rsidR="00EE4261" w:rsidRDefault="007C7116">
      <w:pPr>
        <w:spacing w:after="0"/>
      </w:pPr>
      <w:r>
        <w:rPr>
          <w:rFonts w:ascii="Arial" w:hAnsi="Arial"/>
        </w:rPr>
        <w:t xml:space="preserve">Um, so many things. I think the one thing that I miss the most? Is the freedom to walk out of your house and just go somewhere. Yeah, not have to think about Okay, do I have my mask? Where are we </w:t>
      </w:r>
      <w:r>
        <w:rPr>
          <w:rFonts w:ascii="Arial" w:hAnsi="Arial"/>
        </w:rPr>
        <w:t xml:space="preserve">going? Um, you know, what is? What's it gonna look like when I get there? Busy? Is it going to be? Do I have my hand sanitizer wipes? I have, you know, like all those like, little pieces. Um, so I missed that I miss </w:t>
      </w:r>
      <w:r>
        <w:rPr>
          <w:rFonts w:ascii="Arial" w:hAnsi="Arial"/>
        </w:rPr>
        <w:lastRenderedPageBreak/>
        <w:t>the ability, I think just to drive place</w:t>
      </w:r>
      <w:r>
        <w:rPr>
          <w:rFonts w:ascii="Arial" w:hAnsi="Arial"/>
        </w:rPr>
        <w:t>s like, I don't really go that many places, you know, because it's like, okay, for what reason what I had somewhere. So we drove to Minnesota to go visit family this summer. And that's pretty long trip. It's like an 18 hour road trip. And we're all so exci</w:t>
      </w:r>
      <w:r>
        <w:rPr>
          <w:rFonts w:ascii="Arial" w:hAnsi="Arial"/>
        </w:rPr>
        <w:t>ted to be in the car. Like we couldn't we couldn't even get over like house anywhere. So I think just like getting in the car and driving some places, you know, with not having to worry about all that stuff. So, yeah, but what i what i don't miss about bec</w:t>
      </w:r>
      <w:r>
        <w:rPr>
          <w:rFonts w:ascii="Arial" w:hAnsi="Arial"/>
        </w:rPr>
        <w:t>oming world is I do feel like it's slowed down some really great places. Yeah. You know, and has created some space that I don't think I necessarily would have had have created for myself. Free COVID so I do really like that. I really appreciate that slowi</w:t>
      </w:r>
      <w:r>
        <w:rPr>
          <w:rFonts w:ascii="Arial" w:hAnsi="Arial"/>
        </w:rPr>
        <w:t>ng of space. Yeah. So I, I like that. And I hope I can hold on to that in some way, shape or form.</w:t>
      </w:r>
    </w:p>
    <w:p w14:paraId="1BE4A365" w14:textId="77777777" w:rsidR="00EE4261" w:rsidRDefault="00EE4261">
      <w:pPr>
        <w:spacing w:after="0"/>
      </w:pPr>
    </w:p>
    <w:p w14:paraId="2D5D2BD0" w14:textId="77777777" w:rsidR="00EE4261" w:rsidRDefault="007C7116">
      <w:pPr>
        <w:spacing w:after="0"/>
      </w:pPr>
      <w:r>
        <w:rPr>
          <w:rFonts w:ascii="Arial" w:hAnsi="Arial"/>
          <w:color w:val="5D7284"/>
        </w:rPr>
        <w:t>54:14</w:t>
      </w:r>
    </w:p>
    <w:p w14:paraId="6A66A765" w14:textId="77777777" w:rsidR="00EE4261" w:rsidRDefault="007C7116">
      <w:pPr>
        <w:spacing w:after="0"/>
      </w:pPr>
      <w:r>
        <w:rPr>
          <w:rFonts w:ascii="Arial" w:hAnsi="Arial"/>
        </w:rPr>
        <w:t>Yeah, no, it's forced me to slow down as well. Just with just being able to, to, you know, forcing you to work from home, you start to identify, like,</w:t>
      </w:r>
      <w:r>
        <w:rPr>
          <w:rFonts w:ascii="Arial" w:hAnsi="Arial"/>
        </w:rPr>
        <w:t xml:space="preserve"> there's there's less of the of all that rushing from one thing to another. So you have a little more time to just like, okay, just take a breath and you know, reset, so</w:t>
      </w:r>
    </w:p>
    <w:p w14:paraId="7F30CFEA" w14:textId="77777777" w:rsidR="00EE4261" w:rsidRDefault="00EE4261">
      <w:pPr>
        <w:spacing w:after="0"/>
      </w:pPr>
    </w:p>
    <w:p w14:paraId="0EA53860" w14:textId="77777777" w:rsidR="00EE4261" w:rsidRDefault="007C7116">
      <w:pPr>
        <w:spacing w:after="0"/>
      </w:pPr>
      <w:r>
        <w:rPr>
          <w:rFonts w:ascii="Arial" w:hAnsi="Arial"/>
          <w:color w:val="5D7284"/>
        </w:rPr>
        <w:t>54:40</w:t>
      </w:r>
    </w:p>
    <w:p w14:paraId="737071CB" w14:textId="77777777" w:rsidR="00EE4261" w:rsidRDefault="007C7116">
      <w:pPr>
        <w:spacing w:after="0"/>
      </w:pPr>
      <w:r>
        <w:rPr>
          <w:rFonts w:ascii="Arial" w:hAnsi="Arial"/>
        </w:rPr>
        <w:t>yeah, absolutely. I do. The one thing I do miss about COVID world like pre publ</w:t>
      </w:r>
      <w:r>
        <w:rPr>
          <w:rFonts w:ascii="Arial" w:hAnsi="Arial"/>
        </w:rPr>
        <w:t>ic world is childcare. Um, yeah, that I really, really missed that. So that's like, as as a woman in a leadership position. Um, there was a New York Times article that wrote about the interruptions that parents are working At home with their kids and pande</w:t>
      </w:r>
      <w:r>
        <w:rPr>
          <w:rFonts w:ascii="Arial" w:hAnsi="Arial"/>
        </w:rPr>
        <w:t>mic, on average, three minutes an average 24 seconds, three minutes and 24 seconds. There's an interruption. Wow. Yeah. And so and I was like that just like was raised so true to me because my kids don't get why they can't get my, my attention. And then I'</w:t>
      </w:r>
      <w:r>
        <w:rPr>
          <w:rFonts w:ascii="Arial" w:hAnsi="Arial"/>
        </w:rPr>
        <w:t>m like, Oh, go watch rescue routers on Netflix so I can focus on work, you know. So, anyway,</w:t>
      </w:r>
    </w:p>
    <w:p w14:paraId="3BCA7E6B" w14:textId="77777777" w:rsidR="00EE4261" w:rsidRDefault="00EE4261">
      <w:pPr>
        <w:spacing w:after="0"/>
      </w:pPr>
    </w:p>
    <w:p w14:paraId="6260AA82" w14:textId="77777777" w:rsidR="00EE4261" w:rsidRDefault="007C7116">
      <w:pPr>
        <w:spacing w:after="0"/>
      </w:pPr>
      <w:r>
        <w:rPr>
          <w:rFonts w:ascii="Arial" w:hAnsi="Arial"/>
          <w:color w:val="5D7284"/>
        </w:rPr>
        <w:t>55:24</w:t>
      </w:r>
    </w:p>
    <w:p w14:paraId="317A1CB0" w14:textId="77777777" w:rsidR="00EE4261" w:rsidRDefault="007C7116">
      <w:pPr>
        <w:spacing w:after="0"/>
      </w:pPr>
      <w:r>
        <w:rPr>
          <w:rFonts w:ascii="Arial" w:hAnsi="Arial"/>
        </w:rPr>
        <w:t>yeah, that. And I'm thinking about my privilege, because I'm a single person, you know, and I am learning some, you know, many of the guests that I've had o</w:t>
      </w:r>
      <w:r>
        <w:rPr>
          <w:rFonts w:ascii="Arial" w:hAnsi="Arial"/>
        </w:rPr>
        <w:t>n the podcast, you know, or are married with, with children or partner with children and like, I can't even imagine, you know,</w:t>
      </w:r>
    </w:p>
    <w:p w14:paraId="34AB4F26" w14:textId="77777777" w:rsidR="00EE4261" w:rsidRDefault="00EE4261">
      <w:pPr>
        <w:spacing w:after="0"/>
      </w:pPr>
    </w:p>
    <w:p w14:paraId="2B083C06" w14:textId="77777777" w:rsidR="00EE4261" w:rsidRDefault="007C7116">
      <w:pPr>
        <w:spacing w:after="0"/>
      </w:pPr>
      <w:r>
        <w:rPr>
          <w:rFonts w:ascii="Arial" w:hAnsi="Arial"/>
          <w:color w:val="5D7284"/>
        </w:rPr>
        <w:t>55:41</w:t>
      </w:r>
    </w:p>
    <w:p w14:paraId="75F37623" w14:textId="77777777" w:rsidR="00EE4261" w:rsidRDefault="007C7116">
      <w:pPr>
        <w:spacing w:after="0"/>
      </w:pPr>
      <w:r>
        <w:rPr>
          <w:rFonts w:ascii="Arial" w:hAnsi="Arial"/>
        </w:rPr>
        <w:t>I'm lucky that I have a partner whose job is flexible. He's a nine month position. So it's summer. He's still doing grants</w:t>
      </w:r>
      <w:r>
        <w:rPr>
          <w:rFonts w:ascii="Arial" w:hAnsi="Arial"/>
        </w:rPr>
        <w:t>, but it was just a little bit different than summers. That's been really helpful. Yeah, yeah. But yeah, it's, it's tough. It's like, whoo. So we may get we do it.</w:t>
      </w:r>
    </w:p>
    <w:p w14:paraId="18081341" w14:textId="77777777" w:rsidR="00EE4261" w:rsidRDefault="00EE4261">
      <w:pPr>
        <w:spacing w:after="0"/>
      </w:pPr>
    </w:p>
    <w:p w14:paraId="08D765E1" w14:textId="77777777" w:rsidR="00EE4261" w:rsidRDefault="007C7116">
      <w:pPr>
        <w:spacing w:after="0"/>
      </w:pPr>
      <w:r>
        <w:rPr>
          <w:rFonts w:ascii="Arial" w:hAnsi="Arial"/>
          <w:color w:val="5D7284"/>
        </w:rPr>
        <w:t>56:00</w:t>
      </w:r>
    </w:p>
    <w:p w14:paraId="4A6C243B" w14:textId="77777777" w:rsidR="00EE4261" w:rsidRDefault="007C7116">
      <w:pPr>
        <w:spacing w:after="0"/>
      </w:pPr>
      <w:r>
        <w:rPr>
          <w:rFonts w:ascii="Arial" w:hAnsi="Arial"/>
        </w:rPr>
        <w:t xml:space="preserve">Okay, Megan, one more question. What is one misconception people have about the </w:t>
      </w:r>
      <w:r>
        <w:rPr>
          <w:rFonts w:ascii="Arial" w:hAnsi="Arial"/>
        </w:rPr>
        <w:t>work that you do?</w:t>
      </w:r>
    </w:p>
    <w:p w14:paraId="31B6CDD1" w14:textId="77777777" w:rsidR="00EE4261" w:rsidRDefault="00EE4261">
      <w:pPr>
        <w:spacing w:after="0"/>
      </w:pPr>
    </w:p>
    <w:p w14:paraId="4D02915C" w14:textId="77777777" w:rsidR="00EE4261" w:rsidRDefault="007C7116">
      <w:pPr>
        <w:spacing w:after="0"/>
      </w:pPr>
      <w:r>
        <w:rPr>
          <w:rFonts w:ascii="Arial" w:hAnsi="Arial"/>
          <w:color w:val="5D7284"/>
        </w:rPr>
        <w:t>56:06</w:t>
      </w:r>
    </w:p>
    <w:p w14:paraId="768F465E" w14:textId="77777777" w:rsidR="00EE4261" w:rsidRDefault="007C7116">
      <w:pPr>
        <w:spacing w:after="0"/>
      </w:pPr>
      <w:r>
        <w:rPr>
          <w:rFonts w:ascii="Arial" w:hAnsi="Arial"/>
        </w:rPr>
        <w:t>One misconception, I think that the one misconception that people have of work that we do is that we just, we we do service, and we'll do service, any kind of service. Okay, that sounds a little strange. I say that, but like, our o</w:t>
      </w:r>
      <w:r>
        <w:rPr>
          <w:rFonts w:ascii="Arial" w:hAnsi="Arial"/>
        </w:rPr>
        <w:t>ffice. Do you see that? Was that a bird? It was a bird. Oh, my gosh, people a bird doesn't know we know. Or dude. Oh, I feel so bad. Okay. Um, I hope he's okay. I'll go check on him. Yeah, oh, um, the misconception that I had that we have at our work is, w</w:t>
      </w:r>
      <w:r>
        <w:rPr>
          <w:rFonts w:ascii="Arial" w:hAnsi="Arial"/>
        </w:rPr>
        <w:t xml:space="preserve">hen we think about service, they're like, Oh, yeah, you know, engaged in service. But our office really thinks about service. And it's </w:t>
      </w:r>
      <w:r>
        <w:rPr>
          <w:rFonts w:ascii="Arial" w:hAnsi="Arial"/>
        </w:rPr>
        <w:lastRenderedPageBreak/>
        <w:t>community is also the identified piece, you know, and sometimes students who come to tech, like, I love that our students</w:t>
      </w:r>
      <w:r>
        <w:rPr>
          <w:rFonts w:ascii="Arial" w:hAnsi="Arial"/>
        </w:rPr>
        <w:t xml:space="preserve"> are so service oriented, and want to give back to their communities. But sometimes that can impact communities in ways that can be a negative. Yeah. And so some folks are like, Well, why aren't you like host? Like, why aren't you running the volunteer ten</w:t>
      </w:r>
      <w:r>
        <w:rPr>
          <w:rFonts w:ascii="Arial" w:hAnsi="Arial"/>
        </w:rPr>
        <w:t xml:space="preserve">t for the five k? That's not the kind of service that our office does. That's great service. Like, that's, folks want to do that. That's awesome, you know, giving back to your community. But we think about, like, what's the community identified? Need? And </w:t>
      </w:r>
      <w:r>
        <w:rPr>
          <w:rFonts w:ascii="Arial" w:hAnsi="Arial"/>
        </w:rPr>
        <w:t>how can we help support that? So I think that's one misconception. And that's a big one. That's</w:t>
      </w:r>
    </w:p>
    <w:p w14:paraId="718B7D14" w14:textId="77777777" w:rsidR="00EE4261" w:rsidRDefault="00EE4261">
      <w:pPr>
        <w:spacing w:after="0"/>
      </w:pPr>
    </w:p>
    <w:p w14:paraId="0F4A6F11" w14:textId="77777777" w:rsidR="00EE4261" w:rsidRDefault="007C7116">
      <w:pPr>
        <w:spacing w:after="0"/>
      </w:pPr>
      <w:r>
        <w:rPr>
          <w:rFonts w:ascii="Arial" w:hAnsi="Arial"/>
          <w:color w:val="5D7284"/>
        </w:rPr>
        <w:t>57:23</w:t>
      </w:r>
    </w:p>
    <w:p w14:paraId="359389F6" w14:textId="77777777" w:rsidR="00EE4261" w:rsidRDefault="007C7116">
      <w:pPr>
        <w:spacing w:after="0"/>
      </w:pPr>
      <w:r>
        <w:rPr>
          <w:rFonts w:ascii="Arial" w:hAnsi="Arial"/>
        </w:rPr>
        <w:t>a big one to add to promote on learning from, you know, and and reframing that for students. Yeah.</w:t>
      </w:r>
    </w:p>
    <w:p w14:paraId="78207157" w14:textId="77777777" w:rsidR="00EE4261" w:rsidRDefault="00EE4261">
      <w:pPr>
        <w:spacing w:after="0"/>
      </w:pPr>
    </w:p>
    <w:p w14:paraId="0FA901AE" w14:textId="77777777" w:rsidR="00EE4261" w:rsidRDefault="007C7116">
      <w:pPr>
        <w:spacing w:after="0"/>
      </w:pPr>
      <w:r>
        <w:rPr>
          <w:rFonts w:ascii="Arial" w:hAnsi="Arial"/>
          <w:color w:val="5D7284"/>
        </w:rPr>
        <w:t>57:31</w:t>
      </w:r>
    </w:p>
    <w:p w14:paraId="61B2396A" w14:textId="77777777" w:rsidR="00EE4261" w:rsidRDefault="007C7116">
      <w:pPr>
        <w:spacing w:after="0"/>
      </w:pPr>
      <w:r>
        <w:rPr>
          <w:rFonts w:ascii="Arial" w:hAnsi="Arial"/>
        </w:rPr>
        <w:t>Yeah, absolutely. Absolutely.</w:t>
      </w:r>
    </w:p>
    <w:p w14:paraId="0D51831C" w14:textId="77777777" w:rsidR="00EE4261" w:rsidRDefault="00EE4261">
      <w:pPr>
        <w:spacing w:after="0"/>
      </w:pPr>
    </w:p>
    <w:p w14:paraId="0B1F765B" w14:textId="77777777" w:rsidR="00EE4261" w:rsidRDefault="007C7116">
      <w:pPr>
        <w:spacing w:after="0"/>
      </w:pPr>
      <w:r>
        <w:rPr>
          <w:rFonts w:ascii="Arial" w:hAnsi="Arial"/>
          <w:color w:val="5D7284"/>
        </w:rPr>
        <w:t>57:34</w:t>
      </w:r>
    </w:p>
    <w:p w14:paraId="510C48D7" w14:textId="77777777" w:rsidR="00EE4261" w:rsidRDefault="007C7116">
      <w:pPr>
        <w:spacing w:after="0"/>
      </w:pPr>
      <w:r>
        <w:rPr>
          <w:rFonts w:ascii="Arial" w:hAnsi="Arial"/>
        </w:rPr>
        <w:t xml:space="preserve">Well, </w:t>
      </w:r>
      <w:r>
        <w:rPr>
          <w:rFonts w:ascii="Arial" w:hAnsi="Arial"/>
        </w:rPr>
        <w:t>this has been, this has been really fun. Thank you so much for again, taking the time out of your day to talk with me.</w:t>
      </w:r>
    </w:p>
    <w:p w14:paraId="5F533A64" w14:textId="77777777" w:rsidR="00EE4261" w:rsidRDefault="00EE4261">
      <w:pPr>
        <w:spacing w:after="0"/>
      </w:pPr>
    </w:p>
    <w:p w14:paraId="16F409D0" w14:textId="77777777" w:rsidR="00EE4261" w:rsidRDefault="007C7116">
      <w:pPr>
        <w:spacing w:after="0"/>
      </w:pPr>
      <w:r>
        <w:rPr>
          <w:rFonts w:ascii="Arial" w:hAnsi="Arial"/>
          <w:color w:val="5D7284"/>
        </w:rPr>
        <w:t>57:41</w:t>
      </w:r>
    </w:p>
    <w:p w14:paraId="2B29313A" w14:textId="77777777" w:rsidR="00EE4261" w:rsidRDefault="007C7116">
      <w:pPr>
        <w:spacing w:after="0"/>
      </w:pPr>
      <w:r>
        <w:rPr>
          <w:rFonts w:ascii="Arial" w:hAnsi="Arial"/>
        </w:rPr>
        <w:t>Absolutely. This was so much fun. And I apologize for the mowing in the back students know that we watch this there was green gras</w:t>
      </w:r>
      <w:r>
        <w:rPr>
          <w:rFonts w:ascii="Arial" w:hAnsi="Arial"/>
        </w:rPr>
        <w:t>s. And it was a sunny day when we when we did this podcast, it might be beautiful day</w:t>
      </w:r>
    </w:p>
    <w:p w14:paraId="66524E8B" w14:textId="77777777" w:rsidR="00EE4261" w:rsidRDefault="00EE4261">
      <w:pPr>
        <w:spacing w:after="0"/>
      </w:pPr>
    </w:p>
    <w:p w14:paraId="7E9C077B" w14:textId="77777777" w:rsidR="00EE4261" w:rsidRDefault="007C7116">
      <w:pPr>
        <w:spacing w:after="0"/>
      </w:pPr>
      <w:r>
        <w:rPr>
          <w:rFonts w:ascii="Arial" w:hAnsi="Arial"/>
          <w:color w:val="5D7284"/>
        </w:rPr>
        <w:t>57:52</w:t>
      </w:r>
    </w:p>
    <w:p w14:paraId="42D7E37C" w14:textId="77777777" w:rsidR="00EE4261" w:rsidRDefault="007C7116">
      <w:pPr>
        <w:spacing w:after="0"/>
      </w:pPr>
      <w:r>
        <w:rPr>
          <w:rFonts w:ascii="Arial" w:hAnsi="Arial"/>
        </w:rPr>
        <w:t xml:space="preserve">out. And in the beginning of the episode, there was both Okay, so normally Thursdays is trash pickup and recycling for me. Yeah, normally they come in the morning </w:t>
      </w:r>
      <w:r>
        <w:rPr>
          <w:rFonts w:ascii="Arial" w:hAnsi="Arial"/>
        </w:rPr>
        <w:t>today, they decided to come right when I wanted to record this episode. So wife in the COVID world this is we just have to embrace the imperfection of everything you know.</w:t>
      </w:r>
    </w:p>
    <w:p w14:paraId="6F3ED1CD" w14:textId="77777777" w:rsidR="00EE4261" w:rsidRDefault="00EE4261">
      <w:pPr>
        <w:spacing w:after="0"/>
      </w:pPr>
    </w:p>
    <w:p w14:paraId="5803A9CB" w14:textId="77777777" w:rsidR="00EE4261" w:rsidRDefault="007C7116">
      <w:pPr>
        <w:spacing w:after="0"/>
      </w:pPr>
      <w:r>
        <w:rPr>
          <w:rFonts w:ascii="Arial" w:hAnsi="Arial"/>
          <w:color w:val="5D7284"/>
        </w:rPr>
        <w:t>58:12</w:t>
      </w:r>
    </w:p>
    <w:p w14:paraId="1F95C88F" w14:textId="77777777" w:rsidR="00EE4261" w:rsidRDefault="007C7116">
      <w:pPr>
        <w:spacing w:after="0"/>
      </w:pPr>
      <w:r>
        <w:rPr>
          <w:rFonts w:ascii="Arial" w:hAnsi="Arial"/>
        </w:rPr>
        <w:t>Exactly, exactly. It's more authentic that way. Yeah. Well, good luck with th</w:t>
      </w:r>
      <w:r>
        <w:rPr>
          <w:rFonts w:ascii="Arial" w:hAnsi="Arial"/>
        </w:rPr>
        <w:t>e rest of the next couple of days before school starts on Monday. It's gonna be good. It's gonna be great.</w:t>
      </w:r>
    </w:p>
    <w:p w14:paraId="503BDA6F" w14:textId="77777777" w:rsidR="00EE4261" w:rsidRDefault="00EE4261">
      <w:pPr>
        <w:spacing w:after="0"/>
      </w:pPr>
    </w:p>
    <w:p w14:paraId="2337AEEA" w14:textId="77777777" w:rsidR="00EE4261" w:rsidRDefault="007C7116">
      <w:pPr>
        <w:spacing w:after="0"/>
      </w:pPr>
      <w:r>
        <w:rPr>
          <w:rFonts w:ascii="Arial" w:hAnsi="Arial"/>
          <w:color w:val="5D7284"/>
        </w:rPr>
        <w:t>58:26</w:t>
      </w:r>
    </w:p>
    <w:p w14:paraId="2A3E11A3" w14:textId="77777777" w:rsidR="00EE4261" w:rsidRDefault="007C7116">
      <w:pPr>
        <w:spacing w:after="0"/>
      </w:pPr>
      <w:r>
        <w:rPr>
          <w:rFonts w:ascii="Arial" w:hAnsi="Arial"/>
        </w:rPr>
        <w:t>Yeah. No, I'm looking.</w:t>
      </w:r>
    </w:p>
    <w:p w14:paraId="2A3770C2" w14:textId="77777777" w:rsidR="00EE4261" w:rsidRDefault="00EE4261">
      <w:pPr>
        <w:spacing w:after="0"/>
      </w:pPr>
    </w:p>
    <w:p w14:paraId="2BED9473" w14:textId="77777777" w:rsidR="00EE4261" w:rsidRDefault="007C7116">
      <w:pPr>
        <w:spacing w:after="0"/>
      </w:pPr>
      <w:r>
        <w:rPr>
          <w:rFonts w:ascii="Arial" w:hAnsi="Arial"/>
          <w:color w:val="5D7284"/>
        </w:rPr>
        <w:t>58:29</w:t>
      </w:r>
    </w:p>
    <w:p w14:paraId="5464CEAD" w14:textId="77777777" w:rsidR="00EE4261" w:rsidRDefault="007C7116">
      <w:pPr>
        <w:spacing w:after="0"/>
      </w:pPr>
      <w:r>
        <w:rPr>
          <w:rFonts w:ascii="Arial" w:hAnsi="Arial"/>
        </w:rPr>
        <w:t>I'm really this has been a, like you said, when we were talking before the episode. Like we prepare, we prepare,</w:t>
      </w:r>
      <w:r>
        <w:rPr>
          <w:rFonts w:ascii="Arial" w:hAnsi="Arial"/>
        </w:rPr>
        <w:t xml:space="preserve"> we prepare and then they come it feels like this has been a longer build up to come back than normal. And so I'm just really ready for it to start and let's just get the show on the road. Yeah,</w:t>
      </w:r>
    </w:p>
    <w:p w14:paraId="3A59A6F4" w14:textId="77777777" w:rsidR="00EE4261" w:rsidRDefault="00EE4261">
      <w:pPr>
        <w:spacing w:after="0"/>
      </w:pPr>
    </w:p>
    <w:p w14:paraId="1C66ABE5" w14:textId="77777777" w:rsidR="00EE4261" w:rsidRDefault="007C7116">
      <w:pPr>
        <w:spacing w:after="0"/>
      </w:pPr>
      <w:r>
        <w:rPr>
          <w:rFonts w:ascii="Arial" w:hAnsi="Arial"/>
          <w:color w:val="5D7284"/>
        </w:rPr>
        <w:t>58:50</w:t>
      </w:r>
    </w:p>
    <w:p w14:paraId="29DD2E15" w14:textId="77777777" w:rsidR="00EE4261" w:rsidRDefault="007C7116">
      <w:pPr>
        <w:spacing w:after="0"/>
      </w:pPr>
      <w:r>
        <w:rPr>
          <w:rFonts w:ascii="Arial" w:hAnsi="Arial"/>
        </w:rPr>
        <w:lastRenderedPageBreak/>
        <w:t xml:space="preserve">I am too. And I'm ready. I'm students. I'm so </w:t>
      </w:r>
      <w:r>
        <w:rPr>
          <w:rFonts w:ascii="Arial" w:hAnsi="Arial"/>
        </w:rPr>
        <w:t>excited for you to be back. I'm so excited for you to be back in your community. I'm so excited for you to be in the rest Hall. You're gonna have such an amazing experience. It's gonna be one of the most unique experiences that any first year class ever go</w:t>
      </w:r>
      <w:r>
        <w:rPr>
          <w:rFonts w:ascii="Arial" w:hAnsi="Arial"/>
        </w:rPr>
        <w:t>nna have ever I swear and like, the whole history of higher education. So be ready for that cool experience.</w:t>
      </w:r>
    </w:p>
    <w:p w14:paraId="253DB6D2" w14:textId="77777777" w:rsidR="00EE4261" w:rsidRDefault="00EE4261">
      <w:pPr>
        <w:spacing w:after="0"/>
      </w:pPr>
    </w:p>
    <w:p w14:paraId="4B9B4BF0" w14:textId="77777777" w:rsidR="00EE4261" w:rsidRDefault="007C7116">
      <w:pPr>
        <w:spacing w:after="0"/>
      </w:pPr>
      <w:r>
        <w:rPr>
          <w:rFonts w:ascii="Arial" w:hAnsi="Arial"/>
          <w:color w:val="5D7284"/>
        </w:rPr>
        <w:t>59:17</w:t>
      </w:r>
    </w:p>
    <w:p w14:paraId="1FBD1220" w14:textId="77777777" w:rsidR="00EE4261" w:rsidRDefault="007C7116">
      <w:pPr>
        <w:spacing w:after="0"/>
      </w:pPr>
      <w:r>
        <w:rPr>
          <w:rFonts w:ascii="Arial" w:hAnsi="Arial"/>
        </w:rPr>
        <w:t>Thank you.</w:t>
      </w:r>
    </w:p>
    <w:p w14:paraId="336D2A98" w14:textId="77777777" w:rsidR="00EE4261" w:rsidRDefault="00EE4261">
      <w:pPr>
        <w:spacing w:after="0"/>
      </w:pPr>
    </w:p>
    <w:p w14:paraId="7E07E24E" w14:textId="77777777" w:rsidR="00EE4261" w:rsidRDefault="007C7116">
      <w:pPr>
        <w:spacing w:after="0"/>
      </w:pPr>
      <w:r>
        <w:rPr>
          <w:rFonts w:ascii="Arial" w:hAnsi="Arial"/>
          <w:color w:val="5D7284"/>
        </w:rPr>
        <w:t>59:18</w:t>
      </w:r>
    </w:p>
    <w:p w14:paraId="0F81C96B" w14:textId="77777777" w:rsidR="00EE4261" w:rsidRDefault="007C7116">
      <w:pPr>
        <w:spacing w:after="0"/>
      </w:pPr>
      <w:r>
        <w:rPr>
          <w:rFonts w:ascii="Arial" w:hAnsi="Arial"/>
        </w:rPr>
        <w:t>Thank you so much, Austin, you have a great day.</w:t>
      </w:r>
    </w:p>
    <w:sectPr w:rsidR="00EE4261"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64D89E8" w14:textId="77777777" w:rsidR="007C7116" w:rsidRDefault="007C7116">
      <w:pPr>
        <w:spacing w:after="0" w:line="240" w:lineRule="auto"/>
      </w:pPr>
      <w:r>
        <w:separator/>
      </w:r>
    </w:p>
  </w:endnote>
  <w:endnote w:type="continuationSeparator" w:id="0">
    <w:p w14:paraId="2608203A" w14:textId="77777777" w:rsidR="007C7116" w:rsidRDefault="007C71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72650680"/>
      <w:docPartObj>
        <w:docPartGallery w:val="Page Numbers (Bottom of Page)"/>
        <w:docPartUnique/>
      </w:docPartObj>
    </w:sdtPr>
    <w:sdtEndPr>
      <w:rPr>
        <w:rStyle w:val="PageNumber"/>
      </w:rPr>
    </w:sdtEndPr>
    <w:sdtContent>
      <w:p w14:paraId="54E7343C"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44CBD3B0"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A84E4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6C8CEDF"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20B52139"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A4730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5B61DE" w14:textId="77777777" w:rsidR="007C7116" w:rsidRDefault="007C7116">
      <w:pPr>
        <w:spacing w:after="0" w:line="240" w:lineRule="auto"/>
      </w:pPr>
      <w:r>
        <w:separator/>
      </w:r>
    </w:p>
  </w:footnote>
  <w:footnote w:type="continuationSeparator" w:id="0">
    <w:p w14:paraId="6AC23253" w14:textId="77777777" w:rsidR="007C7116" w:rsidRDefault="007C71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05AD98"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8CF255"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E0BCBF"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0682D"/>
    <w:rsid w:val="001216B9"/>
    <w:rsid w:val="0015074B"/>
    <w:rsid w:val="0029639D"/>
    <w:rsid w:val="00326F90"/>
    <w:rsid w:val="004A641F"/>
    <w:rsid w:val="004B593C"/>
    <w:rsid w:val="006E2A8C"/>
    <w:rsid w:val="007749AF"/>
    <w:rsid w:val="00794EBC"/>
    <w:rsid w:val="007C7116"/>
    <w:rsid w:val="00930F33"/>
    <w:rsid w:val="009C3AF0"/>
    <w:rsid w:val="00A12EE5"/>
    <w:rsid w:val="00AA1D8D"/>
    <w:rsid w:val="00B47730"/>
    <w:rsid w:val="00BA4C2B"/>
    <w:rsid w:val="00BD0140"/>
    <w:rsid w:val="00C24502"/>
    <w:rsid w:val="00CB0664"/>
    <w:rsid w:val="00D57E81"/>
    <w:rsid w:val="00ED3244"/>
    <w:rsid w:val="00EE4261"/>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13AE458"/>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8566</Words>
  <Characters>48830</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57282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Council, Austin</cp:lastModifiedBy>
  <cp:revision>2</cp:revision>
  <dcterms:created xsi:type="dcterms:W3CDTF">2021-01-21T16:26:00Z</dcterms:created>
  <dcterms:modified xsi:type="dcterms:W3CDTF">2021-01-21T16:26:00Z</dcterms:modified>
  <cp:category/>
</cp:coreProperties>
</file>