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ED025D" w14:textId="77777777" w:rsidR="00DC012A" w:rsidRPr="00AA6C3D" w:rsidRDefault="00000000" w:rsidP="00FF24E2">
      <w:pPr>
        <w:pStyle w:val="Heading1"/>
        <w:jc w:val="center"/>
        <w:rPr>
          <w:rFonts w:ascii="Times New Roman" w:hAnsi="Times New Roman" w:cs="Times New Roman"/>
          <w:color w:val="000000" w:themeColor="text1"/>
        </w:rPr>
      </w:pPr>
      <w:r w:rsidRPr="00AA6C3D">
        <w:rPr>
          <w:rFonts w:ascii="Times New Roman" w:hAnsi="Times New Roman" w:cs="Times New Roman"/>
          <w:color w:val="000000" w:themeColor="text1"/>
        </w:rPr>
        <w:t>Copyright Release Statement</w:t>
      </w:r>
    </w:p>
    <w:p w14:paraId="10CA5B41" w14:textId="77777777" w:rsidR="00FF24E2" w:rsidRDefault="00FF24E2" w:rsidP="00FF24E2"/>
    <w:p w14:paraId="40725F80" w14:textId="77777777" w:rsidR="00FF24E2" w:rsidRPr="00FF24E2" w:rsidRDefault="00FF24E2" w:rsidP="00FF24E2"/>
    <w:p w14:paraId="4B806727" w14:textId="2484EA07" w:rsidR="00DC012A" w:rsidRPr="00FF24E2" w:rsidRDefault="00000000">
      <w:pPr>
        <w:rPr>
          <w:rFonts w:ascii="Times New Roman" w:hAnsi="Times New Roman" w:cs="Times New Roman"/>
          <w:sz w:val="24"/>
          <w:szCs w:val="24"/>
        </w:rPr>
      </w:pPr>
      <w:r w:rsidRPr="00FF24E2">
        <w:rPr>
          <w:rFonts w:ascii="Times New Roman" w:hAnsi="Times New Roman" w:cs="Times New Roman"/>
          <w:sz w:val="24"/>
          <w:szCs w:val="24"/>
        </w:rPr>
        <w:t>I, Chenyang Hu, hereby grant to the Graduate School of Virginia Polytechnic Institute and State University and its agents the non-exclusive license to archive, reproduce, and distribute my dissertation, in whole or in part, in all forms of media, now or hereafter known, including display on the university's website and institutional repository. I retain all other ownership rights to the copyright of the dissertation. I also retain the right to use, in future works (such as articles or books), all or part of this dissertation.</w:t>
      </w:r>
      <w:r w:rsidRPr="00FF24E2">
        <w:rPr>
          <w:rFonts w:ascii="Times New Roman" w:hAnsi="Times New Roman" w:cs="Times New Roman"/>
          <w:sz w:val="24"/>
          <w:szCs w:val="24"/>
        </w:rPr>
        <w:br/>
      </w:r>
      <w:r w:rsidRPr="00FF24E2">
        <w:rPr>
          <w:rFonts w:ascii="Times New Roman" w:hAnsi="Times New Roman" w:cs="Times New Roman"/>
          <w:sz w:val="24"/>
          <w:szCs w:val="24"/>
        </w:rPr>
        <w:br/>
        <w:t>Any further publication or reproduction of the dissertation in whole or in part for commercial purposes requires written permission from the copyright holder.</w:t>
      </w:r>
      <w:r w:rsidRPr="00FF24E2">
        <w:rPr>
          <w:rFonts w:ascii="Times New Roman" w:hAnsi="Times New Roman" w:cs="Times New Roman"/>
          <w:sz w:val="24"/>
          <w:szCs w:val="24"/>
        </w:rPr>
        <w:br/>
      </w:r>
      <w:r w:rsidRPr="00FF24E2">
        <w:rPr>
          <w:rFonts w:ascii="Times New Roman" w:hAnsi="Times New Roman" w:cs="Times New Roman"/>
          <w:sz w:val="24"/>
          <w:szCs w:val="24"/>
        </w:rPr>
        <w:br/>
        <w:t>Signature: _____</w:t>
      </w:r>
      <w:r w:rsidR="00FF24E2">
        <w:rPr>
          <w:noProof/>
        </w:rPr>
        <w:drawing>
          <wp:inline distT="0" distB="0" distL="0" distR="0" wp14:anchorId="020A9454" wp14:editId="6AE8F9FC">
            <wp:extent cx="1273114" cy="398389"/>
            <wp:effectExtent l="0" t="0" r="3810" b="1905"/>
            <wp:docPr id="1640699815" name="Picture 1" descr="A signature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699815" name="Picture 1" descr="A signature on a white background&#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1365928" cy="427433"/>
                    </a:xfrm>
                    <a:prstGeom prst="rect">
                      <a:avLst/>
                    </a:prstGeom>
                  </pic:spPr>
                </pic:pic>
              </a:graphicData>
            </a:graphic>
          </wp:inline>
        </w:drawing>
      </w:r>
      <w:r w:rsidRPr="00FF24E2">
        <w:rPr>
          <w:rFonts w:ascii="Times New Roman" w:hAnsi="Times New Roman" w:cs="Times New Roman"/>
          <w:sz w:val="24"/>
          <w:szCs w:val="24"/>
        </w:rPr>
        <w:t>______</w:t>
      </w:r>
      <w:r w:rsidRPr="00FF24E2">
        <w:rPr>
          <w:rFonts w:ascii="Times New Roman" w:hAnsi="Times New Roman" w:cs="Times New Roman"/>
          <w:sz w:val="24"/>
          <w:szCs w:val="24"/>
        </w:rPr>
        <w:br/>
      </w:r>
      <w:r w:rsidRPr="00FF24E2">
        <w:rPr>
          <w:rFonts w:ascii="Times New Roman" w:hAnsi="Times New Roman" w:cs="Times New Roman"/>
          <w:sz w:val="24"/>
          <w:szCs w:val="24"/>
        </w:rPr>
        <w:br/>
        <w:t>Printed Name: Chenyang Hu</w:t>
      </w:r>
      <w:r w:rsidRPr="00FF24E2">
        <w:rPr>
          <w:rFonts w:ascii="Times New Roman" w:hAnsi="Times New Roman" w:cs="Times New Roman"/>
          <w:sz w:val="24"/>
          <w:szCs w:val="24"/>
        </w:rPr>
        <w:br/>
      </w:r>
      <w:r w:rsidRPr="00FF24E2">
        <w:rPr>
          <w:rFonts w:ascii="Times New Roman" w:hAnsi="Times New Roman" w:cs="Times New Roman"/>
          <w:sz w:val="24"/>
          <w:szCs w:val="24"/>
        </w:rPr>
        <w:br/>
        <w:t>Date: ____</w:t>
      </w:r>
      <w:r w:rsidR="00FF24E2">
        <w:rPr>
          <w:rFonts w:ascii="Times New Roman" w:hAnsi="Times New Roman" w:cs="Times New Roman"/>
          <w:sz w:val="24"/>
          <w:szCs w:val="24"/>
        </w:rPr>
        <w:t>05-09-2025</w:t>
      </w:r>
      <w:r w:rsidRPr="00FF24E2">
        <w:rPr>
          <w:rFonts w:ascii="Times New Roman" w:hAnsi="Times New Roman" w:cs="Times New Roman"/>
          <w:sz w:val="24"/>
          <w:szCs w:val="24"/>
        </w:rPr>
        <w:t>___________________</w:t>
      </w:r>
    </w:p>
    <w:sectPr w:rsidR="00DC012A" w:rsidRPr="00FF24E2"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2125878692">
    <w:abstractNumId w:val="8"/>
  </w:num>
  <w:num w:numId="2" w16cid:durableId="395326117">
    <w:abstractNumId w:val="6"/>
  </w:num>
  <w:num w:numId="3" w16cid:durableId="1081609557">
    <w:abstractNumId w:val="5"/>
  </w:num>
  <w:num w:numId="4" w16cid:durableId="1947076096">
    <w:abstractNumId w:val="4"/>
  </w:num>
  <w:num w:numId="5" w16cid:durableId="620497093">
    <w:abstractNumId w:val="7"/>
  </w:num>
  <w:num w:numId="6" w16cid:durableId="548490442">
    <w:abstractNumId w:val="3"/>
  </w:num>
  <w:num w:numId="7" w16cid:durableId="722295323">
    <w:abstractNumId w:val="2"/>
  </w:num>
  <w:num w:numId="8" w16cid:durableId="12195417">
    <w:abstractNumId w:val="1"/>
  </w:num>
  <w:num w:numId="9" w16cid:durableId="3077131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47730"/>
    <w:rsid w:val="00034616"/>
    <w:rsid w:val="0006063C"/>
    <w:rsid w:val="00117FA4"/>
    <w:rsid w:val="0015074B"/>
    <w:rsid w:val="0029639D"/>
    <w:rsid w:val="00326F90"/>
    <w:rsid w:val="00AA1D8D"/>
    <w:rsid w:val="00AA6C3D"/>
    <w:rsid w:val="00B47730"/>
    <w:rsid w:val="00CB0664"/>
    <w:rsid w:val="00DC012A"/>
    <w:rsid w:val="00FC693F"/>
    <w:rsid w:val="00FF24E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675741A"/>
  <w14:defaultImageDpi w14:val="300"/>
  <w15:docId w15:val="{2A866F62-A19D-4265-B8CC-D92E1AF8EE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121</Words>
  <Characters>694</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814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Hu, Chenyang</cp:lastModifiedBy>
  <cp:revision>3</cp:revision>
  <dcterms:created xsi:type="dcterms:W3CDTF">2013-12-23T23:15:00Z</dcterms:created>
  <dcterms:modified xsi:type="dcterms:W3CDTF">2025-05-09T16:15:00Z</dcterms:modified>
  <cp:category/>
</cp:coreProperties>
</file>