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FD8148D" w14:textId="77777777" w:rsidR="00930F33" w:rsidRDefault="00930F33">
      <w:pPr>
        <w:spacing w:after="0"/>
        <w:rPr>
          <w:lang w:eastAsia="zh-CN"/>
        </w:rPr>
      </w:pPr>
    </w:p>
    <w:p w14:paraId="6F992F19" w14:textId="176BD371" w:rsidR="0051195B" w:rsidRDefault="00D10718">
      <w:r>
        <w:rPr>
          <w:rFonts w:ascii="Arial" w:hAnsi="Arial"/>
          <w:sz w:val="48"/>
        </w:rPr>
        <w:t>KAI</w:t>
      </w:r>
      <w:r w:rsidR="00C10B1A">
        <w:rPr>
          <w:rFonts w:ascii="Arial" w:hAnsi="Arial"/>
          <w:sz w:val="48"/>
        </w:rPr>
        <w:t xml:space="preserve"> and Problem Solving Style</w:t>
      </w:r>
      <w:r>
        <w:rPr>
          <w:rFonts w:ascii="Arial" w:hAnsi="Arial"/>
          <w:sz w:val="48"/>
        </w:rPr>
        <w:t xml:space="preserve"> with </w:t>
      </w:r>
      <w:r w:rsidR="00C10B1A">
        <w:rPr>
          <w:rFonts w:ascii="Arial" w:hAnsi="Arial"/>
          <w:sz w:val="48"/>
        </w:rPr>
        <w:t xml:space="preserve">Dr. </w:t>
      </w:r>
      <w:r>
        <w:rPr>
          <w:rFonts w:ascii="Arial" w:hAnsi="Arial"/>
          <w:sz w:val="48"/>
        </w:rPr>
        <w:t>Curt Friedel</w:t>
      </w:r>
    </w:p>
    <w:p w14:paraId="62B0D607" w14:textId="77777777" w:rsidR="0051195B" w:rsidRDefault="00D10718">
      <w:r>
        <w:rPr>
          <w:rFonts w:ascii="Arial" w:hAnsi="Arial"/>
          <w:color w:val="4F6880"/>
        </w:rPr>
        <w:t>Tue, 11/3 3:06PM • 44:26</w:t>
      </w:r>
    </w:p>
    <w:p w14:paraId="350FC5CD" w14:textId="77777777" w:rsidR="0051195B" w:rsidRDefault="00D10718">
      <w:pPr>
        <w:spacing w:before="440" w:after="0"/>
      </w:pPr>
      <w:r>
        <w:rPr>
          <w:rFonts w:ascii="Arial" w:hAnsi="Arial"/>
          <w:b/>
          <w:color w:val="4F6880"/>
        </w:rPr>
        <w:t>SUMMARY KEYWORDS</w:t>
      </w:r>
    </w:p>
    <w:p w14:paraId="39241B98" w14:textId="77777777" w:rsidR="0051195B" w:rsidRDefault="00D10718">
      <w:r>
        <w:rPr>
          <w:rFonts w:ascii="Arial" w:hAnsi="Arial"/>
          <w:color w:val="4F6880"/>
        </w:rPr>
        <w:t xml:space="preserve">problem, people, solving, adaptive, leadership, innovative, score, ideas, students, kpi, structure, style, personality, bit, coping, recognize, rules, edison, called, </w:t>
      </w:r>
      <w:r>
        <w:rPr>
          <w:rFonts w:ascii="Arial" w:hAnsi="Arial"/>
          <w:color w:val="4F6880"/>
        </w:rPr>
        <w:t>tend</w:t>
      </w:r>
    </w:p>
    <w:p w14:paraId="3943730E" w14:textId="77777777" w:rsidR="0051195B" w:rsidRDefault="0051195B">
      <w:pPr>
        <w:spacing w:after="0"/>
      </w:pPr>
    </w:p>
    <w:p w14:paraId="6BA1BBF2" w14:textId="77777777" w:rsidR="0051195B" w:rsidRDefault="00D10718">
      <w:pPr>
        <w:spacing w:after="0"/>
      </w:pPr>
      <w:r>
        <w:rPr>
          <w:rFonts w:ascii="Arial" w:hAnsi="Arial"/>
          <w:color w:val="5D7284"/>
        </w:rPr>
        <w:t>00:00</w:t>
      </w:r>
    </w:p>
    <w:p w14:paraId="36B42747" w14:textId="77777777" w:rsidR="0051195B" w:rsidRDefault="00D10718">
      <w:pPr>
        <w:spacing w:after="0"/>
      </w:pPr>
      <w:r>
        <w:rPr>
          <w:rFonts w:ascii="Arial" w:hAnsi="Arial"/>
        </w:rPr>
        <w:t>welcome students and listeners to leadership untangled, a podcast series I started for the leadership classes I teach at Virginia Tech. In this series we explore, untangle and deconstruct what leadership means and how we can use it to affect</w:t>
      </w:r>
    </w:p>
    <w:p w14:paraId="3853AC14" w14:textId="77777777" w:rsidR="0051195B" w:rsidRDefault="0051195B">
      <w:pPr>
        <w:spacing w:after="0"/>
      </w:pPr>
    </w:p>
    <w:p w14:paraId="7CFD5A92" w14:textId="77777777" w:rsidR="0051195B" w:rsidRDefault="00D10718">
      <w:pPr>
        <w:spacing w:after="0"/>
      </w:pPr>
      <w:r>
        <w:rPr>
          <w:rFonts w:ascii="Arial" w:hAnsi="Arial"/>
          <w:color w:val="5D7284"/>
        </w:rPr>
        <w:t>0</w:t>
      </w:r>
      <w:r>
        <w:rPr>
          <w:rFonts w:ascii="Arial" w:hAnsi="Arial"/>
          <w:color w:val="5D7284"/>
        </w:rPr>
        <w:t>0:15</w:t>
      </w:r>
    </w:p>
    <w:p w14:paraId="1E88950B" w14:textId="77777777" w:rsidR="0051195B" w:rsidRDefault="00D10718">
      <w:pPr>
        <w:spacing w:after="0"/>
      </w:pPr>
      <w:r>
        <w:rPr>
          <w:rFonts w:ascii="Arial" w:hAnsi="Arial"/>
        </w:rPr>
        <w:t>social change in the world.</w:t>
      </w:r>
    </w:p>
    <w:p w14:paraId="78CA802A" w14:textId="77777777" w:rsidR="0051195B" w:rsidRDefault="0051195B">
      <w:pPr>
        <w:spacing w:after="0"/>
      </w:pPr>
    </w:p>
    <w:p w14:paraId="0BA3BBCE" w14:textId="77777777" w:rsidR="0051195B" w:rsidRDefault="00D10718">
      <w:pPr>
        <w:spacing w:after="0"/>
      </w:pPr>
      <w:r>
        <w:rPr>
          <w:rFonts w:ascii="Arial" w:hAnsi="Arial"/>
          <w:color w:val="5D7284"/>
        </w:rPr>
        <w:t>00:17</w:t>
      </w:r>
    </w:p>
    <w:p w14:paraId="23687AB8" w14:textId="77777777" w:rsidR="0051195B" w:rsidRDefault="00D10718">
      <w:pPr>
        <w:spacing w:after="0"/>
      </w:pPr>
      <w:r>
        <w:rPr>
          <w:rFonts w:ascii="Arial" w:hAnsi="Arial"/>
        </w:rPr>
        <w:t>I'm your host, Dr. Austin Council and today's episode we will be untangling the K i otherwise known as the curtain adaption innovation theory, and what it means for understanding our problem solving style in the cont</w:t>
      </w:r>
      <w:r>
        <w:rPr>
          <w:rFonts w:ascii="Arial" w:hAnsi="Arial"/>
        </w:rPr>
        <w:t>ext of peer leadership. Joining me today is Dr. Kurt Friedel Associate Professor in the agricultural leadership and Community Education Department. Dr. Friedel is also the director of the Governor's School for agriculture and the newly established director</w:t>
      </w:r>
      <w:r>
        <w:rPr>
          <w:rFonts w:ascii="Arial" w:hAnsi="Arial"/>
        </w:rPr>
        <w:t xml:space="preserve"> of the Center for cooperative problem solving. Dr. Fredo Welcome to the show.</w:t>
      </w:r>
    </w:p>
    <w:p w14:paraId="7A38B71D" w14:textId="77777777" w:rsidR="0051195B" w:rsidRDefault="0051195B">
      <w:pPr>
        <w:spacing w:after="0"/>
      </w:pPr>
    </w:p>
    <w:p w14:paraId="6CD5BE4E" w14:textId="77777777" w:rsidR="0051195B" w:rsidRDefault="00D10718">
      <w:pPr>
        <w:spacing w:after="0"/>
      </w:pPr>
      <w:r>
        <w:rPr>
          <w:rFonts w:ascii="Arial" w:hAnsi="Arial"/>
          <w:color w:val="5D7284"/>
        </w:rPr>
        <w:t>00:50</w:t>
      </w:r>
    </w:p>
    <w:p w14:paraId="5EF2B064" w14:textId="77777777" w:rsidR="0051195B" w:rsidRDefault="00D10718">
      <w:pPr>
        <w:spacing w:after="0"/>
      </w:pPr>
      <w:r>
        <w:rPr>
          <w:rFonts w:ascii="Arial" w:hAnsi="Arial"/>
        </w:rPr>
        <w:t>Yeah, thanks for having me.</w:t>
      </w:r>
    </w:p>
    <w:p w14:paraId="1F65E87D" w14:textId="77777777" w:rsidR="0051195B" w:rsidRDefault="0051195B">
      <w:pPr>
        <w:spacing w:after="0"/>
      </w:pPr>
    </w:p>
    <w:p w14:paraId="2394B610" w14:textId="77777777" w:rsidR="0051195B" w:rsidRDefault="00D10718">
      <w:pPr>
        <w:spacing w:after="0"/>
      </w:pPr>
      <w:r>
        <w:rPr>
          <w:rFonts w:ascii="Arial" w:hAnsi="Arial"/>
          <w:color w:val="5D7284"/>
        </w:rPr>
        <w:t>00:53</w:t>
      </w:r>
    </w:p>
    <w:p w14:paraId="1B195590" w14:textId="77777777" w:rsidR="0051195B" w:rsidRDefault="00D10718">
      <w:pPr>
        <w:spacing w:after="0"/>
      </w:pPr>
      <w:r>
        <w:rPr>
          <w:rFonts w:ascii="Arial" w:hAnsi="Arial"/>
        </w:rPr>
        <w:t>So I want to give our listeners an idea of how we met we first met when you hired me, right? Yep,</w:t>
      </w:r>
    </w:p>
    <w:p w14:paraId="35F42F4F" w14:textId="77777777" w:rsidR="0051195B" w:rsidRDefault="0051195B">
      <w:pPr>
        <w:spacing w:after="0"/>
      </w:pPr>
    </w:p>
    <w:p w14:paraId="73C7B3CD" w14:textId="77777777" w:rsidR="0051195B" w:rsidRDefault="00D10718">
      <w:pPr>
        <w:spacing w:after="0"/>
      </w:pPr>
      <w:r>
        <w:rPr>
          <w:rFonts w:ascii="Arial" w:hAnsi="Arial"/>
          <w:color w:val="5D7284"/>
        </w:rPr>
        <w:t>00:59</w:t>
      </w:r>
    </w:p>
    <w:p w14:paraId="4F49B1F6" w14:textId="77777777" w:rsidR="0051195B" w:rsidRDefault="00D10718">
      <w:pPr>
        <w:spacing w:after="0"/>
      </w:pPr>
      <w:r>
        <w:rPr>
          <w:rFonts w:ascii="Arial" w:hAnsi="Arial"/>
        </w:rPr>
        <w:t>I think so.</w:t>
      </w:r>
    </w:p>
    <w:p w14:paraId="593D192F" w14:textId="77777777" w:rsidR="0051195B" w:rsidRDefault="0051195B">
      <w:pPr>
        <w:spacing w:after="0"/>
      </w:pPr>
    </w:p>
    <w:p w14:paraId="17FC12B8" w14:textId="77777777" w:rsidR="0051195B" w:rsidRDefault="00D10718">
      <w:pPr>
        <w:spacing w:after="0"/>
      </w:pPr>
      <w:r>
        <w:rPr>
          <w:rFonts w:ascii="Arial" w:hAnsi="Arial"/>
          <w:color w:val="5D7284"/>
        </w:rPr>
        <w:t>01:00</w:t>
      </w:r>
    </w:p>
    <w:p w14:paraId="3C66CCE0" w14:textId="77777777" w:rsidR="0051195B" w:rsidRDefault="00D10718">
      <w:pPr>
        <w:spacing w:after="0"/>
      </w:pPr>
      <w:r>
        <w:rPr>
          <w:rFonts w:ascii="Arial" w:hAnsi="Arial"/>
        </w:rPr>
        <w:t xml:space="preserve">Yeah, </w:t>
      </w:r>
      <w:r>
        <w:rPr>
          <w:rFonts w:ascii="Arial" w:hAnsi="Arial"/>
        </w:rPr>
        <w:t>that was last year. But I mean, when I was at University of Florida, and you did your grad work there as well. Some of the people in the department that I graduated from, use the K i in their leadership classes, and your name had floated around a few times</w:t>
      </w:r>
      <w:r>
        <w:rPr>
          <w:rFonts w:ascii="Arial" w:hAnsi="Arial"/>
        </w:rPr>
        <w:t>. So it's familiar with you before moving up here. But yeah, Dr. freeline work together. And so he's the expert on on k i and so I figured he'd be a great person to have on the show today.</w:t>
      </w:r>
    </w:p>
    <w:p w14:paraId="4ECE7169" w14:textId="77777777" w:rsidR="0051195B" w:rsidRDefault="0051195B">
      <w:pPr>
        <w:spacing w:after="0"/>
      </w:pPr>
    </w:p>
    <w:p w14:paraId="60E1A049" w14:textId="77777777" w:rsidR="0051195B" w:rsidRDefault="00D10718">
      <w:pPr>
        <w:spacing w:after="0"/>
      </w:pPr>
      <w:r>
        <w:rPr>
          <w:rFonts w:ascii="Arial" w:hAnsi="Arial"/>
          <w:color w:val="5D7284"/>
        </w:rPr>
        <w:t>01:27</w:t>
      </w:r>
    </w:p>
    <w:p w14:paraId="4ACEF3E0" w14:textId="77777777" w:rsidR="0051195B" w:rsidRDefault="00D10718">
      <w:pPr>
        <w:spacing w:after="0"/>
      </w:pPr>
      <w:r>
        <w:rPr>
          <w:rFonts w:ascii="Arial" w:hAnsi="Arial"/>
        </w:rPr>
        <w:t>Yeah, thanks. I actually learned about K. During my doctoral</w:t>
      </w:r>
      <w:r>
        <w:rPr>
          <w:rFonts w:ascii="Arial" w:hAnsi="Arial"/>
        </w:rPr>
        <w:t xml:space="preserve"> work at the University of Florida. There were several people there who were using k AI and after talking with him, I realized I needed to use it my dissertation. Yeah, I met Dr. kirtan. Because because he was working with several people there at the Unive</w:t>
      </w:r>
      <w:r>
        <w:rPr>
          <w:rFonts w:ascii="Arial" w:hAnsi="Arial"/>
        </w:rPr>
        <w:t>rsity of Florida, and I follow Dr. kirtan, and eventually came here to Virginia Tech.</w:t>
      </w:r>
    </w:p>
    <w:p w14:paraId="006EACAC" w14:textId="77777777" w:rsidR="0051195B" w:rsidRDefault="0051195B">
      <w:pPr>
        <w:spacing w:after="0"/>
      </w:pPr>
    </w:p>
    <w:p w14:paraId="30E30339" w14:textId="77777777" w:rsidR="0051195B" w:rsidRDefault="00D10718">
      <w:pPr>
        <w:spacing w:after="0"/>
      </w:pPr>
      <w:r>
        <w:rPr>
          <w:rFonts w:ascii="Arial" w:hAnsi="Arial"/>
          <w:color w:val="5D7284"/>
        </w:rPr>
        <w:t>01:49</w:t>
      </w:r>
    </w:p>
    <w:p w14:paraId="0FFF7927" w14:textId="77777777" w:rsidR="0051195B" w:rsidRDefault="00D10718">
      <w:pPr>
        <w:spacing w:after="0"/>
      </w:pPr>
      <w:r>
        <w:rPr>
          <w:rFonts w:ascii="Arial" w:hAnsi="Arial"/>
        </w:rPr>
        <w:t>Can you kind of tell us</w:t>
      </w:r>
    </w:p>
    <w:p w14:paraId="56D78B2C" w14:textId="77777777" w:rsidR="0051195B" w:rsidRDefault="0051195B">
      <w:pPr>
        <w:spacing w:after="0"/>
      </w:pPr>
    </w:p>
    <w:p w14:paraId="2602E972" w14:textId="77777777" w:rsidR="0051195B" w:rsidRDefault="00D10718">
      <w:pPr>
        <w:spacing w:after="0"/>
      </w:pPr>
      <w:r>
        <w:rPr>
          <w:rFonts w:ascii="Arial" w:hAnsi="Arial"/>
          <w:color w:val="5D7284"/>
        </w:rPr>
        <w:t>01:50</w:t>
      </w:r>
    </w:p>
    <w:p w14:paraId="58C27D19" w14:textId="77777777" w:rsidR="0051195B" w:rsidRDefault="00D10718">
      <w:pPr>
        <w:spacing w:after="0"/>
      </w:pPr>
      <w:r>
        <w:rPr>
          <w:rFonts w:ascii="Arial" w:hAnsi="Arial"/>
        </w:rPr>
        <w:t>our listeners a little bit about how you got into leadership education and the work that you do with Virginia Tech in the department</w:t>
      </w:r>
      <w:r>
        <w:rPr>
          <w:rFonts w:ascii="Arial" w:hAnsi="Arial"/>
        </w:rPr>
        <w:t xml:space="preserve"> and with the the center?</w:t>
      </w:r>
    </w:p>
    <w:p w14:paraId="38461B3F" w14:textId="77777777" w:rsidR="0051195B" w:rsidRDefault="0051195B">
      <w:pPr>
        <w:spacing w:after="0"/>
      </w:pPr>
    </w:p>
    <w:p w14:paraId="749020B1" w14:textId="77777777" w:rsidR="0051195B" w:rsidRDefault="00D10718">
      <w:pPr>
        <w:spacing w:after="0"/>
      </w:pPr>
      <w:r>
        <w:rPr>
          <w:rFonts w:ascii="Arial" w:hAnsi="Arial"/>
          <w:color w:val="5D7284"/>
        </w:rPr>
        <w:t>01:59</w:t>
      </w:r>
    </w:p>
    <w:p w14:paraId="58431A37" w14:textId="77777777" w:rsidR="0051195B" w:rsidRDefault="00D10718">
      <w:pPr>
        <w:spacing w:after="0"/>
      </w:pPr>
      <w:r>
        <w:rPr>
          <w:rFonts w:ascii="Arial" w:hAnsi="Arial"/>
        </w:rPr>
        <w:t>Yeah. Because I think sometimes people sometimes wonder how did leadership end up in a College of Agricultural Life Sciences, right, so I can thread that needle a bit. I used to be a high school ag teacher. So I taught high</w:t>
      </w:r>
      <w:r>
        <w:rPr>
          <w:rFonts w:ascii="Arial" w:hAnsi="Arial"/>
        </w:rPr>
        <w:t xml:space="preserve"> school agriculture, Animal Science, plant science welding, Future Farmers of America are now called FFA. FFA is a reason many times leadership programs are in the College of Agriculture. Back in the day, when FFA started, if you look at some of the origin</w:t>
      </w:r>
      <w:r>
        <w:rPr>
          <w:rFonts w:ascii="Arial" w:hAnsi="Arial"/>
        </w:rPr>
        <w:t xml:space="preserve">al writings, it was to teach farming boys how to keep up with their city cousins in terms of leadership and working well with others. So a lot of leadership has been developed in the College of Agriculture and Life Sciences, whether it's four H or FFA and </w:t>
      </w:r>
      <w:r>
        <w:rPr>
          <w:rFonts w:ascii="Arial" w:hAnsi="Arial"/>
        </w:rPr>
        <w:t xml:space="preserve">if you look at some of the more prominent universities who have leadership program like University of Florida, Virginia Tech, they, it's because of the leadership teaching that they did early on, and they just continue with that teaching. So I taught high </w:t>
      </w:r>
      <w:r>
        <w:rPr>
          <w:rFonts w:ascii="Arial" w:hAnsi="Arial"/>
        </w:rPr>
        <w:t>school for four years, and went to University of Florida, get my PhD, spend some time at LSU. Don't hold that one against me. And then I came here to Virginia Tech. And when I came here to Virginia Tech in 2011, Dr. Kern called me up and said, Hey, would y</w:t>
      </w:r>
      <w:r>
        <w:rPr>
          <w:rFonts w:ascii="Arial" w:hAnsi="Arial"/>
        </w:rPr>
        <w:t>ou be interested in starting a center and teaching the KPI certification courses? So I've gotten know Dr. Curtin really well, and we started teaching the certification course I forget the year when we're probably about eight years ago, started the center a</w:t>
      </w:r>
      <w:r>
        <w:rPr>
          <w:rFonts w:ascii="Arial" w:hAnsi="Arial"/>
        </w:rPr>
        <w:t>bout five years ago, four years ago, it seems longer. But yeah, it's a great little inventory that we use to help people understand how they solve problems.</w:t>
      </w:r>
    </w:p>
    <w:p w14:paraId="215189D2" w14:textId="77777777" w:rsidR="0051195B" w:rsidRDefault="0051195B">
      <w:pPr>
        <w:spacing w:after="0"/>
      </w:pPr>
    </w:p>
    <w:p w14:paraId="50210EF6" w14:textId="77777777" w:rsidR="0051195B" w:rsidRDefault="00D10718">
      <w:pPr>
        <w:spacing w:after="0"/>
      </w:pPr>
      <w:r>
        <w:rPr>
          <w:rFonts w:ascii="Arial" w:hAnsi="Arial"/>
          <w:color w:val="5D7284"/>
        </w:rPr>
        <w:t>03:43</w:t>
      </w:r>
    </w:p>
    <w:p w14:paraId="1F47CCC2" w14:textId="77777777" w:rsidR="0051195B" w:rsidRDefault="00D10718">
      <w:pPr>
        <w:spacing w:after="0"/>
      </w:pPr>
      <w:r>
        <w:rPr>
          <w:rFonts w:ascii="Arial" w:hAnsi="Arial"/>
        </w:rPr>
        <w:t>I'm interested to hear you talk a little bit about your relationship with Dr. kirtan. Can yo</w:t>
      </w:r>
      <w:r>
        <w:rPr>
          <w:rFonts w:ascii="Arial" w:hAnsi="Arial"/>
        </w:rPr>
        <w:t>u kind of explain for our listeners who Dr. kirtan is and how you came to know him?</w:t>
      </w:r>
    </w:p>
    <w:p w14:paraId="2086FCB4" w14:textId="77777777" w:rsidR="0051195B" w:rsidRDefault="0051195B">
      <w:pPr>
        <w:spacing w:after="0"/>
      </w:pPr>
    </w:p>
    <w:p w14:paraId="75995124" w14:textId="77777777" w:rsidR="0051195B" w:rsidRDefault="00D10718">
      <w:pPr>
        <w:spacing w:after="0"/>
      </w:pPr>
      <w:r>
        <w:rPr>
          <w:rFonts w:ascii="Arial" w:hAnsi="Arial"/>
          <w:color w:val="5D7284"/>
        </w:rPr>
        <w:t>03:53</w:t>
      </w:r>
    </w:p>
    <w:p w14:paraId="15CAC46C" w14:textId="77777777" w:rsidR="0051195B" w:rsidRDefault="00D10718">
      <w:pPr>
        <w:spacing w:after="0"/>
      </w:pPr>
      <w:r>
        <w:rPr>
          <w:rFonts w:ascii="Arial" w:hAnsi="Arial"/>
        </w:rPr>
        <w:t>Dr. Curtin is the originator of the theory adaption innovation theory. He discovered it in the 1960s basically was doing organizational psychology before organizatio</w:t>
      </w:r>
      <w:r>
        <w:rPr>
          <w:rFonts w:ascii="Arial" w:hAnsi="Arial"/>
        </w:rPr>
        <w:t>nal psychology was a thing he was asked as ecologists to in today's terms understand why big business squashes innovation. And he found a lot of interesting questions, he found more questions and answers as a good scientist does and and kept working on the</w:t>
      </w:r>
      <w:r>
        <w:rPr>
          <w:rFonts w:ascii="Arial" w:hAnsi="Arial"/>
        </w:rPr>
        <w:t xml:space="preserve"> theory to explain what he observed and in these eight different case studies, and 14 years later, he developed the theory and the KPI. Doctor is still with us he's up there in age but </w:t>
      </w:r>
      <w:r>
        <w:rPr>
          <w:rFonts w:ascii="Arial" w:hAnsi="Arial"/>
        </w:rPr>
        <w:lastRenderedPageBreak/>
        <w:t>he's no longer doing the day to day operations but I I still keep in co</w:t>
      </w:r>
      <w:r>
        <w:rPr>
          <w:rFonts w:ascii="Arial" w:hAnsi="Arial"/>
        </w:rPr>
        <w:t>ntact with him either by by email or phone. The wealth of information he has about people and organizations just amazing. I still learn from him. And he has a theory that he developed a still teaches us on how to work well with with people.</w:t>
      </w:r>
    </w:p>
    <w:p w14:paraId="1EDE1DE8" w14:textId="77777777" w:rsidR="0051195B" w:rsidRDefault="0051195B">
      <w:pPr>
        <w:spacing w:after="0"/>
      </w:pPr>
    </w:p>
    <w:p w14:paraId="4A2E0960" w14:textId="77777777" w:rsidR="0051195B" w:rsidRDefault="00D10718">
      <w:pPr>
        <w:spacing w:after="0"/>
      </w:pPr>
      <w:r>
        <w:rPr>
          <w:rFonts w:ascii="Arial" w:hAnsi="Arial"/>
          <w:color w:val="5D7284"/>
        </w:rPr>
        <w:t>04:56</w:t>
      </w:r>
    </w:p>
    <w:p w14:paraId="632A7546" w14:textId="77777777" w:rsidR="0051195B" w:rsidRDefault="00D10718">
      <w:pPr>
        <w:spacing w:after="0"/>
      </w:pPr>
      <w:r>
        <w:rPr>
          <w:rFonts w:ascii="Arial" w:hAnsi="Arial"/>
        </w:rPr>
        <w:t>Yeah, I remember, you know, I went through the K I sort of Course last fall. And I remember hearing about Dr. kirtan. And the great work that he's done with organizational psychology and things like that. I'm interested to hear a little bit about, was ther</w:t>
      </w:r>
      <w:r>
        <w:rPr>
          <w:rFonts w:ascii="Arial" w:hAnsi="Arial"/>
        </w:rPr>
        <w:t>e a experience that you just said, like, this is what I'm passionate about? This is what I want to do for my dissertation. Was there something that that happened that kind of led you that too, that</w:t>
      </w:r>
    </w:p>
    <w:p w14:paraId="6EE1F09E" w14:textId="77777777" w:rsidR="0051195B" w:rsidRDefault="0051195B">
      <w:pPr>
        <w:spacing w:after="0"/>
      </w:pPr>
    </w:p>
    <w:p w14:paraId="6CD8D6B4" w14:textId="77777777" w:rsidR="0051195B" w:rsidRDefault="00D10718">
      <w:pPr>
        <w:spacing w:after="0"/>
      </w:pPr>
      <w:r>
        <w:rPr>
          <w:rFonts w:ascii="Arial" w:hAnsi="Arial"/>
          <w:color w:val="5D7284"/>
        </w:rPr>
        <w:t>05:24</w:t>
      </w:r>
    </w:p>
    <w:p w14:paraId="55B1BA97" w14:textId="77777777" w:rsidR="0051195B" w:rsidRDefault="00D10718">
      <w:pPr>
        <w:spacing w:after="0"/>
      </w:pPr>
      <w:r>
        <w:rPr>
          <w:rFonts w:ascii="Arial" w:hAnsi="Arial"/>
        </w:rPr>
        <w:t xml:space="preserve">I can share as actually I had a </w:t>
      </w:r>
      <w:r>
        <w:rPr>
          <w:rFonts w:ascii="Arial" w:hAnsi="Arial"/>
        </w:rPr>
        <w:t>conversation after I wrote the dissertations. And it's Dr. Karen to read. And, you know, I sent a complimentary copy. And he read it and called me back and said, you know, we got some things to talk about. You know, and he helped, he did help me a lot in b</w:t>
      </w:r>
      <w:r>
        <w:rPr>
          <w:rFonts w:ascii="Arial" w:hAnsi="Arial"/>
        </w:rPr>
        <w:t>ecoming a better writer he was, he's an amazing writer. The interesting thing I learned from using the K is this whole concept of problem a problem be problem a is a task at hand, why people form together in teams is a common problem to solve. We're attrac</w:t>
      </w:r>
      <w:r>
        <w:rPr>
          <w:rFonts w:ascii="Arial" w:hAnsi="Arial"/>
        </w:rPr>
        <w:t>ted to form a team to solve that problem together. The goal of leadership that is to focus everyone on helping to solve problem a, problem B as defined is distractions from problem a, and there's lots of problem B's, lack of resources, lack of time, politi</w:t>
      </w:r>
      <w:r>
        <w:rPr>
          <w:rFonts w:ascii="Arial" w:hAnsi="Arial"/>
        </w:rPr>
        <w:t>cs, power struggles. Diversity is commonly one, one aspect of diversity is also a difference in problem solving style. So you may want to be more adaptive in your problem solving time, I want to be more innovative. And so we come to disagreements on how to</w:t>
      </w:r>
      <w:r>
        <w:rPr>
          <w:rFonts w:ascii="Arial" w:hAnsi="Arial"/>
        </w:rPr>
        <w:t xml:space="preserve"> move forward in solving problem a, that's a great way to think about leadership in the context of problem solving. We're all solving problems together. I think we can add one more piece that curtain didn't often talk about but I think you would agree with</w:t>
      </w:r>
      <w:r>
        <w:rPr>
          <w:rFonts w:ascii="Arial" w:hAnsi="Arial"/>
        </w:rPr>
        <w:t xml:space="preserve"> is, you know, in this era of looking at Black Lives Matter and everyone getting what was fair and equitable is is a leaders job is also to make sure everyone who is contributing the problem may is equally rewarded or rewarded well for solving problem a be</w:t>
      </w:r>
      <w:r>
        <w:rPr>
          <w:rFonts w:ascii="Arial" w:hAnsi="Arial"/>
        </w:rPr>
        <w:t xml:space="preserve">fore moving on to solve problem a so problem B is sometimes necessary. I think leadership really is a study of problem B's, how do we best work together to focus the team on on what's important what we need to solve? So going back to your question, what's </w:t>
      </w:r>
      <w:r>
        <w:rPr>
          <w:rFonts w:ascii="Arial" w:hAnsi="Arial"/>
        </w:rPr>
        <w:t xml:space="preserve">fascinating is I never considered that problem. And problem B, could be a little bit more existential, if you will. So in my dissertation, I discovered problem a and problem B occur in the classroom, if the teacher is doing well and motivating students to </w:t>
      </w:r>
      <w:r>
        <w:rPr>
          <w:rFonts w:ascii="Arial" w:hAnsi="Arial"/>
        </w:rPr>
        <w:t>learn, I was focused on problem a, if the teacher and no fault of the teacher just sometimes this doesn't work. distractions become too much. where students are not focused on the learning, we have problem B. And when we start seeing more stress in the cla</w:t>
      </w:r>
      <w:r>
        <w:rPr>
          <w:rFonts w:ascii="Arial" w:hAnsi="Arial"/>
        </w:rPr>
        <w:t>ssroom, it could be because of that problem solving style gap between student and teacher.</w:t>
      </w:r>
    </w:p>
    <w:p w14:paraId="1E500ECB" w14:textId="77777777" w:rsidR="0051195B" w:rsidRDefault="0051195B">
      <w:pPr>
        <w:spacing w:after="0"/>
      </w:pPr>
    </w:p>
    <w:p w14:paraId="005456B8" w14:textId="77777777" w:rsidR="0051195B" w:rsidRDefault="00D10718">
      <w:pPr>
        <w:spacing w:after="0"/>
      </w:pPr>
      <w:r>
        <w:rPr>
          <w:rFonts w:ascii="Arial" w:hAnsi="Arial"/>
          <w:color w:val="5D7284"/>
        </w:rPr>
        <w:t>08:04</w:t>
      </w:r>
    </w:p>
    <w:p w14:paraId="3E8F8392" w14:textId="77777777" w:rsidR="0051195B" w:rsidRDefault="00D10718">
      <w:pPr>
        <w:spacing w:after="0"/>
      </w:pPr>
      <w:r>
        <w:rPr>
          <w:rFonts w:ascii="Arial" w:hAnsi="Arial"/>
        </w:rPr>
        <w:t>Now the distractions you talk about are those external distractions or internal distractions are both</w:t>
      </w:r>
    </w:p>
    <w:p w14:paraId="22B750C2" w14:textId="77777777" w:rsidR="0051195B" w:rsidRDefault="0051195B">
      <w:pPr>
        <w:spacing w:after="0"/>
      </w:pPr>
    </w:p>
    <w:p w14:paraId="6DA1E6BC" w14:textId="77777777" w:rsidR="0051195B" w:rsidRDefault="00D10718">
      <w:pPr>
        <w:spacing w:after="0"/>
      </w:pPr>
      <w:r>
        <w:rPr>
          <w:rFonts w:ascii="Arial" w:hAnsi="Arial"/>
          <w:color w:val="5D7284"/>
        </w:rPr>
        <w:t>08:10</w:t>
      </w:r>
    </w:p>
    <w:p w14:paraId="771DA657" w14:textId="77777777" w:rsidR="0051195B" w:rsidRDefault="00D10718">
      <w:pPr>
        <w:spacing w:after="0"/>
      </w:pPr>
      <w:r>
        <w:rPr>
          <w:rFonts w:ascii="Arial" w:hAnsi="Arial"/>
        </w:rPr>
        <w:t>could be both could be something's happening with</w:t>
      </w:r>
      <w:r>
        <w:rPr>
          <w:rFonts w:ascii="Arial" w:hAnsi="Arial"/>
        </w:rPr>
        <w:t xml:space="preserve">in a team that needs to be addressed. But we'll never have an end a problem bees problem bees are always with and so we mitigate them the best we can. And also, if we have a disagreement how to solve problem a, and you want to solve it one way, </w:t>
      </w:r>
      <w:r>
        <w:rPr>
          <w:rFonts w:ascii="Arial" w:hAnsi="Arial"/>
        </w:rPr>
        <w:lastRenderedPageBreak/>
        <w:t>and I've wa</w:t>
      </w:r>
      <w:r>
        <w:rPr>
          <w:rFonts w:ascii="Arial" w:hAnsi="Arial"/>
        </w:rPr>
        <w:t>nt to solve another way, or we end up having two problems, or two problem, AZ will, if you will, we have a problem B because you can only have one problem may have to focus on the team. And so what's really interesting in brain research shows now that we c</w:t>
      </w:r>
      <w:r>
        <w:rPr>
          <w:rFonts w:ascii="Arial" w:hAnsi="Arial"/>
        </w:rPr>
        <w:t>an only focus on one problem at a time. We can do multiple tasks at a time. But you know, we can chew gum and walk at the same time. But our brain can only handle one problem to solve at a time. So what tends to happen is, you're either collaborating, or y</w:t>
      </w:r>
      <w:r>
        <w:rPr>
          <w:rFonts w:ascii="Arial" w:hAnsi="Arial"/>
        </w:rPr>
        <w:t>ou're competing with each other in a problem solving process.</w:t>
      </w:r>
    </w:p>
    <w:p w14:paraId="4783551C" w14:textId="77777777" w:rsidR="0051195B" w:rsidRDefault="0051195B">
      <w:pPr>
        <w:spacing w:after="0"/>
      </w:pPr>
    </w:p>
    <w:p w14:paraId="1464F69B" w14:textId="77777777" w:rsidR="0051195B" w:rsidRDefault="00D10718">
      <w:pPr>
        <w:spacing w:after="0"/>
      </w:pPr>
      <w:r>
        <w:rPr>
          <w:rFonts w:ascii="Arial" w:hAnsi="Arial"/>
          <w:color w:val="5D7284"/>
        </w:rPr>
        <w:t>09:04</w:t>
      </w:r>
    </w:p>
    <w:p w14:paraId="00554D36" w14:textId="77777777" w:rsidR="0051195B" w:rsidRDefault="00D10718">
      <w:pPr>
        <w:spacing w:after="0"/>
      </w:pPr>
      <w:r>
        <w:rPr>
          <w:rFonts w:ascii="Arial" w:hAnsi="Arial"/>
        </w:rPr>
        <w:t>Yeah, that makes me think about the difficulties of even defining the problem. Right. I mean, I feel like that is a huge struggle for a lot of teams is and you know, talk about to like wi</w:t>
      </w:r>
      <w:r>
        <w:rPr>
          <w:rFonts w:ascii="Arial" w:hAnsi="Arial"/>
        </w:rPr>
        <w:t>th black lives matter or any of the social issues we're grappling with as a country right now. There are people I think that don't see something like that as a problem and others do. And there's a lot of tension in that,</w:t>
      </w:r>
    </w:p>
    <w:p w14:paraId="637FCD3B" w14:textId="77777777" w:rsidR="0051195B" w:rsidRDefault="0051195B">
      <w:pPr>
        <w:spacing w:after="0"/>
      </w:pPr>
    </w:p>
    <w:p w14:paraId="38F14E9D" w14:textId="77777777" w:rsidR="0051195B" w:rsidRDefault="00D10718">
      <w:pPr>
        <w:spacing w:after="0"/>
      </w:pPr>
      <w:r>
        <w:rPr>
          <w:rFonts w:ascii="Arial" w:hAnsi="Arial"/>
          <w:color w:val="5D7284"/>
        </w:rPr>
        <w:t>09:26</w:t>
      </w:r>
    </w:p>
    <w:p w14:paraId="1C61C0C4" w14:textId="77777777" w:rsidR="0051195B" w:rsidRDefault="00D10718">
      <w:pPr>
        <w:spacing w:after="0"/>
      </w:pPr>
      <w:r>
        <w:rPr>
          <w:rFonts w:ascii="Arial" w:hAnsi="Arial"/>
        </w:rPr>
        <w:t>right. Yep. Yeah. I think on</w:t>
      </w:r>
      <w:r>
        <w:rPr>
          <w:rFonts w:ascii="Arial" w:hAnsi="Arial"/>
        </w:rPr>
        <w:t>e thing we have to remember is we all have different perceptions of the problem base of our experiences, which are part of our diversity. So my gender, my age, my status, my race, my IQ, my family, upbringing, my religion, all those pieces are aspects that</w:t>
      </w:r>
      <w:r>
        <w:rPr>
          <w:rFonts w:ascii="Arial" w:hAnsi="Arial"/>
        </w:rPr>
        <w:t xml:space="preserve"> diversity that makes me me sort of a thetic diversity of and of one. And so recognizing that everyone perceives the problem differently because Because of those things, if we could recognize that we need mutual respect for each other and recognizing, hey,</w:t>
      </w:r>
      <w:r>
        <w:rPr>
          <w:rFonts w:ascii="Arial" w:hAnsi="Arial"/>
        </w:rPr>
        <w:t xml:space="preserve"> I don't think you're lying to me, you have to teach me a little bit more about this, because I'm not understanding it. I just haven't seen it. And then some humility and recognizing what I can't see.</w:t>
      </w:r>
    </w:p>
    <w:p w14:paraId="6D2CEFF9" w14:textId="77777777" w:rsidR="0051195B" w:rsidRDefault="0051195B">
      <w:pPr>
        <w:spacing w:after="0"/>
      </w:pPr>
    </w:p>
    <w:p w14:paraId="6FFF1C50" w14:textId="77777777" w:rsidR="0051195B" w:rsidRDefault="00D10718">
      <w:pPr>
        <w:spacing w:after="0"/>
      </w:pPr>
      <w:r>
        <w:rPr>
          <w:rFonts w:ascii="Arial" w:hAnsi="Arial"/>
          <w:color w:val="5D7284"/>
        </w:rPr>
        <w:t>10:17</w:t>
      </w:r>
    </w:p>
    <w:p w14:paraId="28EE28D1" w14:textId="77777777" w:rsidR="0051195B" w:rsidRDefault="00D10718">
      <w:pPr>
        <w:spacing w:after="0"/>
      </w:pPr>
      <w:r>
        <w:rPr>
          <w:rFonts w:ascii="Arial" w:hAnsi="Arial"/>
        </w:rPr>
        <w:t>Yeah, absolutely.</w:t>
      </w:r>
    </w:p>
    <w:p w14:paraId="53A0A83A" w14:textId="77777777" w:rsidR="0051195B" w:rsidRDefault="0051195B">
      <w:pPr>
        <w:spacing w:after="0"/>
      </w:pPr>
    </w:p>
    <w:p w14:paraId="55628BCA" w14:textId="77777777" w:rsidR="0051195B" w:rsidRDefault="00D10718">
      <w:pPr>
        <w:spacing w:after="0"/>
      </w:pPr>
      <w:r>
        <w:rPr>
          <w:rFonts w:ascii="Arial" w:hAnsi="Arial"/>
          <w:color w:val="5D7284"/>
        </w:rPr>
        <w:t>10:20</w:t>
      </w:r>
    </w:p>
    <w:p w14:paraId="4099B29A" w14:textId="77777777" w:rsidR="0051195B" w:rsidRDefault="00D10718">
      <w:pPr>
        <w:spacing w:after="0"/>
      </w:pPr>
      <w:r>
        <w:rPr>
          <w:rFonts w:ascii="Arial" w:hAnsi="Arial"/>
        </w:rPr>
        <w:t>So tell me a little bit</w:t>
      </w:r>
      <w:r>
        <w:rPr>
          <w:rFonts w:ascii="Arial" w:hAnsi="Arial"/>
        </w:rPr>
        <w:t xml:space="preserve"> about the work you do with the Center for cooperative problem solving and and sort of what what you're facilitating and partnerships, you're building and Virginia Tech and beyond that.</w:t>
      </w:r>
    </w:p>
    <w:p w14:paraId="63659F33" w14:textId="77777777" w:rsidR="0051195B" w:rsidRDefault="0051195B">
      <w:pPr>
        <w:spacing w:after="0"/>
      </w:pPr>
    </w:p>
    <w:p w14:paraId="4C995EE3" w14:textId="77777777" w:rsidR="0051195B" w:rsidRDefault="00D10718">
      <w:pPr>
        <w:spacing w:after="0"/>
      </w:pPr>
      <w:r>
        <w:rPr>
          <w:rFonts w:ascii="Arial" w:hAnsi="Arial"/>
          <w:color w:val="5D7284"/>
        </w:rPr>
        <w:t>10:33</w:t>
      </w:r>
    </w:p>
    <w:p w14:paraId="32DA11DE" w14:textId="77777777" w:rsidR="0051195B" w:rsidRDefault="00D10718">
      <w:pPr>
        <w:spacing w:after="0"/>
      </w:pPr>
      <w:r>
        <w:rPr>
          <w:rFonts w:ascii="Arial" w:hAnsi="Arial"/>
        </w:rPr>
        <w:t>So we are the only center where people can come to get certifie</w:t>
      </w:r>
      <w:r>
        <w:rPr>
          <w:rFonts w:ascii="Arial" w:hAnsi="Arial"/>
        </w:rPr>
        <w:t>d in the K i, we have mru with the K i distribution center, excuse me. So they sell the K eyes, our focus is on the teaching, research and outreach of the K. That leads to a lot of different things, some of the people who come to get certified in the case,</w:t>
      </w:r>
      <w:r>
        <w:rPr>
          <w:rFonts w:ascii="Arial" w:hAnsi="Arial"/>
        </w:rPr>
        <w:t xml:space="preserve"> our military personnel, either leadership training, or just trying to form better teams in the military, and all all the branches here in the United States and some internationally. Well, the government workers, academics who are studying psychology, or s</w:t>
      </w:r>
      <w:r>
        <w:rPr>
          <w:rFonts w:ascii="Arial" w:hAnsi="Arial"/>
        </w:rPr>
        <w:t>ociology or leadership, because they want to use it as a research tool in their research. And finally, business consultants, these could be the one man or one woman show business consultants, or they could be 50 people working in an organization as a team,</w:t>
      </w:r>
      <w:r>
        <w:rPr>
          <w:rFonts w:ascii="Arial" w:hAnsi="Arial"/>
        </w:rPr>
        <w:t xml:space="preserve"> or group who use K I regularly around the world. So it is used, it is used around the world, we were looking at the next certification course we have people from Australia, India, Germany, United States, all coming together to take the course.</w:t>
      </w:r>
    </w:p>
    <w:p w14:paraId="72EC3E99" w14:textId="77777777" w:rsidR="0051195B" w:rsidRDefault="0051195B">
      <w:pPr>
        <w:spacing w:after="0"/>
      </w:pPr>
    </w:p>
    <w:p w14:paraId="6C2A6253" w14:textId="77777777" w:rsidR="0051195B" w:rsidRDefault="00D10718">
      <w:pPr>
        <w:spacing w:after="0"/>
      </w:pPr>
      <w:r>
        <w:rPr>
          <w:rFonts w:ascii="Arial" w:hAnsi="Arial"/>
          <w:color w:val="5D7284"/>
        </w:rPr>
        <w:t>11:42</w:t>
      </w:r>
    </w:p>
    <w:p w14:paraId="310AF5FA" w14:textId="77777777" w:rsidR="0051195B" w:rsidRDefault="00D10718">
      <w:pPr>
        <w:spacing w:after="0"/>
      </w:pPr>
      <w:r>
        <w:rPr>
          <w:rFonts w:ascii="Arial" w:hAnsi="Arial"/>
        </w:rPr>
        <w:lastRenderedPageBreak/>
        <w:t>You know, much like the study of leadership, I don't feel like there's a field or a discipline where you don't need problem solving. So it's definitely something extremely important to have.</w:t>
      </w:r>
    </w:p>
    <w:p w14:paraId="0C8B39FC" w14:textId="77777777" w:rsidR="0051195B" w:rsidRDefault="0051195B">
      <w:pPr>
        <w:spacing w:after="0"/>
      </w:pPr>
    </w:p>
    <w:p w14:paraId="543C3AEF" w14:textId="77777777" w:rsidR="0051195B" w:rsidRDefault="00D10718">
      <w:pPr>
        <w:spacing w:after="0"/>
      </w:pPr>
      <w:r>
        <w:rPr>
          <w:rFonts w:ascii="Arial" w:hAnsi="Arial"/>
          <w:color w:val="5D7284"/>
        </w:rPr>
        <w:t>11:51</w:t>
      </w:r>
    </w:p>
    <w:p w14:paraId="25ADBA1E" w14:textId="77777777" w:rsidR="0051195B" w:rsidRDefault="00D10718">
      <w:pPr>
        <w:spacing w:after="0"/>
      </w:pPr>
      <w:r>
        <w:rPr>
          <w:rFonts w:ascii="Arial" w:hAnsi="Arial"/>
        </w:rPr>
        <w:t>If you start thinking about problem solving, and we're all</w:t>
      </w:r>
      <w:r>
        <w:rPr>
          <w:rFonts w:ascii="Arial" w:hAnsi="Arial"/>
        </w:rPr>
        <w:t xml:space="preserve"> problem solvers. We're problem solving all the time, you know, problem solving, as simple as how am I going to get to work? Or how am I going to get to school? What am I going to eat today? What am I going to wear, those are all problems we solve every da</w:t>
      </w:r>
      <w:r>
        <w:rPr>
          <w:rFonts w:ascii="Arial" w:hAnsi="Arial"/>
        </w:rPr>
        <w:t>y. Those are simpler problems, and we develop routines to do that. But when we're faced with uncertain problems, or ill structured problems, and our styles tend to manifest a little bit more in that approach, one example that came up just out of conversati</w:t>
      </w:r>
      <w:r>
        <w:rPr>
          <w:rFonts w:ascii="Arial" w:hAnsi="Arial"/>
        </w:rPr>
        <w:t>on was how do the more adaptive versus more innovative, find their keys, if they've lost their keys in the adaptive would probably go to the, you know, backs trays to things or places that they they thought about? And the more innovative be like, Well, I I</w:t>
      </w:r>
      <w:r>
        <w:rPr>
          <w:rFonts w:ascii="Arial" w:hAnsi="Arial"/>
        </w:rPr>
        <w:t xml:space="preserve"> tend to drop them anywhere. So let's just look anywhere first and more of a random approach. So yeah, so flies anytime we solve problems.</w:t>
      </w:r>
    </w:p>
    <w:p w14:paraId="14C9DBD4" w14:textId="77777777" w:rsidR="0051195B" w:rsidRDefault="0051195B">
      <w:pPr>
        <w:spacing w:after="0"/>
      </w:pPr>
    </w:p>
    <w:p w14:paraId="1F032012" w14:textId="77777777" w:rsidR="0051195B" w:rsidRDefault="00D10718">
      <w:pPr>
        <w:spacing w:after="0"/>
      </w:pPr>
      <w:r>
        <w:rPr>
          <w:rFonts w:ascii="Arial" w:hAnsi="Arial"/>
          <w:color w:val="5D7284"/>
        </w:rPr>
        <w:t>12:48</w:t>
      </w:r>
    </w:p>
    <w:p w14:paraId="55F21406" w14:textId="77777777" w:rsidR="0051195B" w:rsidRDefault="00D10718">
      <w:pPr>
        <w:spacing w:after="0"/>
      </w:pPr>
      <w:r>
        <w:rPr>
          <w:rFonts w:ascii="Arial" w:hAnsi="Arial"/>
        </w:rPr>
        <w:t>Yeah, and I tend not to think of those daily activities as problems, I tend to think of them as, like you said</w:t>
      </w:r>
      <w:r>
        <w:rPr>
          <w:rFonts w:ascii="Arial" w:hAnsi="Arial"/>
        </w:rPr>
        <w:t xml:space="preserve">, routine tasks, or just simple day to day things. But they really are like, problems that you're trying to solve to help you kind of get through your day and do different things. So that's an interesting way of framing it. So moving on to like the theory </w:t>
      </w:r>
      <w:r>
        <w:rPr>
          <w:rFonts w:ascii="Arial" w:hAnsi="Arial"/>
        </w:rPr>
        <w:t>itself. For our students and listeners, what's a general definition that you usually tell people about what they k theory is.</w:t>
      </w:r>
    </w:p>
    <w:p w14:paraId="42F720F1" w14:textId="77777777" w:rsidR="0051195B" w:rsidRDefault="0051195B">
      <w:pPr>
        <w:spacing w:after="0"/>
      </w:pPr>
    </w:p>
    <w:p w14:paraId="1DB79392" w14:textId="77777777" w:rsidR="0051195B" w:rsidRDefault="00D10718">
      <w:pPr>
        <w:spacing w:after="0"/>
      </w:pPr>
      <w:r>
        <w:rPr>
          <w:rFonts w:ascii="Arial" w:hAnsi="Arial"/>
          <w:color w:val="5D7284"/>
        </w:rPr>
        <w:t>13:17</w:t>
      </w:r>
    </w:p>
    <w:p w14:paraId="26A50F99" w14:textId="77777777" w:rsidR="0051195B" w:rsidRDefault="00D10718">
      <w:pPr>
        <w:spacing w:after="0"/>
      </w:pPr>
      <w:r>
        <w:rPr>
          <w:rFonts w:ascii="Arial" w:hAnsi="Arial"/>
        </w:rPr>
        <w:t>So first, I'll share in differentiating KPI from other inventories that students might take like the Strengths Finder, beca</w:t>
      </w:r>
      <w:r>
        <w:rPr>
          <w:rFonts w:ascii="Arial" w:hAnsi="Arial"/>
        </w:rPr>
        <w:t>use Virginia Tech and strength underscore Myers Briggs or disc, core strengths finders based off positive psychology, which I think is great, you know, I never speak ill of another inventory, because they all help us understand each other a little bit bett</w:t>
      </w:r>
      <w:r>
        <w:rPr>
          <w:rFonts w:ascii="Arial" w:hAnsi="Arial"/>
        </w:rPr>
        <w:t>er. Many inventories are based off the idea of Young's work, which is if I understand myself better and become a better person better leader, I can learn to accept you and understand you a bit more. Okay, is based off curtains adaption innovation theory, w</w:t>
      </w:r>
      <w:r>
        <w:rPr>
          <w:rFonts w:ascii="Arial" w:hAnsi="Arial"/>
        </w:rPr>
        <w:t>hich is if I know your score, now I know my score, I can predict how we interact with each other on a team. And so it has a lot more value in that interaction piece. To explain what the key I measures, image problem solving style. So your style is a prefer</w:t>
      </w:r>
      <w:r>
        <w:rPr>
          <w:rFonts w:ascii="Arial" w:hAnsi="Arial"/>
        </w:rPr>
        <w:t xml:space="preserve">ence for solving problems even more, either more adaptively or more innovatively as measured on a continuum. So we don't put people in the boxes saying, well, you're mildly adaptive or strongly adaptive or mildly innovative or strongly innovative. You get </w:t>
      </w:r>
      <w:r>
        <w:rPr>
          <w:rFonts w:ascii="Arial" w:hAnsi="Arial"/>
        </w:rPr>
        <w:t>a score similar to I use a good example of the Sleep Number bed. So you get you have a score and I have a score. That's our number. That score has no bearing on how well you sleep, or your capacity for sleeping. It's just a preference for sleeping and ther</w:t>
      </w:r>
      <w:r>
        <w:rPr>
          <w:rFonts w:ascii="Arial" w:hAnsi="Arial"/>
        </w:rPr>
        <w:t>e's no judgment here. You know, your score is not better than my scores. We're all</w:t>
      </w:r>
    </w:p>
    <w:p w14:paraId="255425F8" w14:textId="77777777" w:rsidR="0051195B" w:rsidRDefault="0051195B">
      <w:pPr>
        <w:spacing w:after="0"/>
      </w:pPr>
    </w:p>
    <w:p w14:paraId="28415637" w14:textId="77777777" w:rsidR="0051195B" w:rsidRDefault="00D10718">
      <w:pPr>
        <w:spacing w:after="0"/>
      </w:pPr>
      <w:r>
        <w:rPr>
          <w:rFonts w:ascii="Arial" w:hAnsi="Arial"/>
          <w:color w:val="5D7284"/>
        </w:rPr>
        <w:t>14:45</w:t>
      </w:r>
    </w:p>
    <w:p w14:paraId="6D953B84" w14:textId="77777777" w:rsidR="0051195B" w:rsidRDefault="00D10718">
      <w:pPr>
        <w:spacing w:after="0"/>
      </w:pPr>
      <w:r>
        <w:rPr>
          <w:rFonts w:ascii="Arial" w:hAnsi="Arial"/>
        </w:rPr>
        <w:t>just trying to get a good night's sleep.</w:t>
      </w:r>
    </w:p>
    <w:p w14:paraId="1119385C" w14:textId="77777777" w:rsidR="0051195B" w:rsidRDefault="0051195B">
      <w:pPr>
        <w:spacing w:after="0"/>
      </w:pPr>
    </w:p>
    <w:p w14:paraId="0F93C936" w14:textId="77777777" w:rsidR="0051195B" w:rsidRDefault="00D10718">
      <w:pPr>
        <w:spacing w:after="0"/>
      </w:pPr>
      <w:r>
        <w:rPr>
          <w:rFonts w:ascii="Arial" w:hAnsi="Arial"/>
          <w:color w:val="5D7284"/>
        </w:rPr>
        <w:t>14:47</w:t>
      </w:r>
    </w:p>
    <w:p w14:paraId="339AE167" w14:textId="77777777" w:rsidR="0051195B" w:rsidRDefault="00D10718">
      <w:pPr>
        <w:spacing w:after="0"/>
      </w:pPr>
      <w:r>
        <w:rPr>
          <w:rFonts w:ascii="Arial" w:hAnsi="Arial"/>
        </w:rPr>
        <w:lastRenderedPageBreak/>
        <w:t xml:space="preserve">That's great. Yeah. So okay, I is the same way so there's no better score. We're score. We're not measuring someone's </w:t>
      </w:r>
      <w:r>
        <w:rPr>
          <w:rFonts w:ascii="Arial" w:hAnsi="Arial"/>
        </w:rPr>
        <w:t>capacity or intelligence or ability to do something is part of your personality. So if you tend to be more adaptive scored on the KPI, you'll have a score between 95 and 32. And and adaptors are people who are having fewer ideas, but they're always tried t</w:t>
      </w:r>
      <w:r>
        <w:rPr>
          <w:rFonts w:ascii="Arial" w:hAnsi="Arial"/>
        </w:rPr>
        <w:t>rue and tested ideas. Now, if you give them a prompt to give more ideas, they will get more ideas, of course, and those ideas are focused on detail. working within the system, sometimes we call them inside the box thinkers. And they prefer to manage change</w:t>
      </w:r>
      <w:r>
        <w:rPr>
          <w:rFonts w:ascii="Arial" w:hAnsi="Arial"/>
        </w:rPr>
        <w:t xml:space="preserve"> and accept change in in little steps in an evolutionary approach, the innovative score between 95 and 160. And those individuals have lots of ideas, they tend to carry on a bit of a philosophy of I have to have a lot of ideas before one sticks. And they j</w:t>
      </w:r>
      <w:r>
        <w:rPr>
          <w:rFonts w:ascii="Arial" w:hAnsi="Arial"/>
        </w:rPr>
        <w:t>ump around from paradigm to paradigm. And I wouldn't call them outside the box thinkers necessarily, because oftentimes are not aware of a box. That is, so some of their ideas are inside the box, some times are outside the box, they don't know the differen</w:t>
      </w:r>
      <w:r>
        <w:rPr>
          <w:rFonts w:ascii="Arial" w:hAnsi="Arial"/>
        </w:rPr>
        <w:t>ce, because they</w:t>
      </w:r>
    </w:p>
    <w:p w14:paraId="57C5FC84" w14:textId="77777777" w:rsidR="0051195B" w:rsidRDefault="0051195B">
      <w:pPr>
        <w:spacing w:after="0"/>
      </w:pPr>
    </w:p>
    <w:p w14:paraId="61753476" w14:textId="77777777" w:rsidR="0051195B" w:rsidRDefault="00D10718">
      <w:pPr>
        <w:spacing w:after="0"/>
      </w:pPr>
      <w:r>
        <w:rPr>
          <w:rFonts w:ascii="Arial" w:hAnsi="Arial"/>
          <w:color w:val="5D7284"/>
        </w:rPr>
        <w:t>16:03</w:t>
      </w:r>
    </w:p>
    <w:p w14:paraId="686A6AE8" w14:textId="77777777" w:rsidR="0051195B" w:rsidRDefault="00D10718">
      <w:pPr>
        <w:spacing w:after="0"/>
      </w:pPr>
      <w:r>
        <w:rPr>
          <w:rFonts w:ascii="Arial" w:hAnsi="Arial"/>
        </w:rPr>
        <w:t>don't perceive a box to even exist.</w:t>
      </w:r>
    </w:p>
    <w:p w14:paraId="55943087" w14:textId="77777777" w:rsidR="0051195B" w:rsidRDefault="0051195B">
      <w:pPr>
        <w:spacing w:after="0"/>
      </w:pPr>
    </w:p>
    <w:p w14:paraId="31169A9D" w14:textId="77777777" w:rsidR="0051195B" w:rsidRDefault="00D10718">
      <w:pPr>
        <w:spacing w:after="0"/>
      </w:pPr>
      <w:r>
        <w:rPr>
          <w:rFonts w:ascii="Arial" w:hAnsi="Arial"/>
          <w:color w:val="5D7284"/>
        </w:rPr>
        <w:t>16:05</w:t>
      </w:r>
    </w:p>
    <w:p w14:paraId="4B363E45" w14:textId="77777777" w:rsidR="0051195B" w:rsidRDefault="00D10718">
      <w:pPr>
        <w:spacing w:after="0"/>
      </w:pPr>
      <w:r>
        <w:rPr>
          <w:rFonts w:ascii="Arial" w:hAnsi="Arial"/>
        </w:rPr>
        <w:t>That's right. And they prefer a revolutionary change. I mean, we need to stop this right away and start that other thing right now. So when it gets really interesting, then is because we're</w:t>
      </w:r>
      <w:r>
        <w:rPr>
          <w:rFonts w:ascii="Arial" w:hAnsi="Arial"/>
        </w:rPr>
        <w:t xml:space="preserve"> measuring a score, we know that if we have a 20 point gap between two people, we start seeing difficulties in working together and solving problems. And of course, when you have 128 point continuum from 30, to 160, there's lots of rooms for a gap. And, an</w:t>
      </w:r>
      <w:r>
        <w:rPr>
          <w:rFonts w:ascii="Arial" w:hAnsi="Arial"/>
        </w:rPr>
        <w:t xml:space="preserve">d with a K, it's also important to recognize so I'm identifies an adapter more, or am identifies someone who's more innovative, depending on where I'm on that continuum. But we also need to remember also who you're with. So let's say hypothetically, I'm a </w:t>
      </w:r>
      <w:r>
        <w:rPr>
          <w:rFonts w:ascii="Arial" w:hAnsi="Arial"/>
        </w:rPr>
        <w:t>110, Doctor, Council, Euro 120, and our friend is 130. me as a 110 on the most adaptive person in the room, even though according to the K I am more innovative. So it's, it's we also need to consider who you're with. And so that part is hard to remember. A</w:t>
      </w:r>
      <w:r>
        <w:rPr>
          <w:rFonts w:ascii="Arial" w:hAnsi="Arial"/>
        </w:rPr>
        <w:t>nd just because the three of us are all innovators, me as a 110, and our friend has 130, we have a 20 point gap. So I'm gonna have difficulty working, possibly without 130. Now it all hinges on mutual respect, and humility. Again, if I can understand you r</w:t>
      </w:r>
      <w:r>
        <w:rPr>
          <w:rFonts w:ascii="Arial" w:hAnsi="Arial"/>
        </w:rPr>
        <w:t>espect you, and know how you prefer to solve problems, I have a term for that now I can better understand it, I can work better with you. One of the techniques we often use is called devil's advocate, which is a timeless approach to sharing ideas without m</w:t>
      </w:r>
      <w:r>
        <w:rPr>
          <w:rFonts w:ascii="Arial" w:hAnsi="Arial"/>
        </w:rPr>
        <w:t>y personality being tied to the idea. So if I'm in a team, and I want to say, Hey, I got an idea, just playing devil's advocate, what about this? Suddenly, we're able to assess the idea on the merit of the idea without asking questions about well, why do I</w:t>
      </w:r>
      <w:r>
        <w:rPr>
          <w:rFonts w:ascii="Arial" w:hAnsi="Arial"/>
        </w:rPr>
        <w:t xml:space="preserve"> want that idea? Is there some political or power approach or something in it for me that idea works. So it's a great way to create a space for sharing ideas. And I'll add one more piece, you have a preferred style, but you can operate outside of that styl</w:t>
      </w:r>
      <w:r>
        <w:rPr>
          <w:rFonts w:ascii="Arial" w:hAnsi="Arial"/>
        </w:rPr>
        <w:t>e when you choose to. So you might be more innovative, and you can choose to operate more adaptively we call that coping behavior, seeing cope to be more adaptive, or it can even come to be even more innovative and adapters can cope to to be more adaptive,</w:t>
      </w:r>
      <w:r>
        <w:rPr>
          <w:rFonts w:ascii="Arial" w:hAnsi="Arial"/>
        </w:rPr>
        <w:t xml:space="preserve"> or more innovative. There's three parts of that you have to be aware. To cope, you have to recognize that there's a problem that requires coping. So the problem at hand might require some adaption and you're more innovative, so you have to cope or vice ve</w:t>
      </w:r>
      <w:r>
        <w:rPr>
          <w:rFonts w:ascii="Arial" w:hAnsi="Arial"/>
        </w:rPr>
        <w:t>rsa. The problem might require some innovation, and you're more adaptive, and it might require some coping. And we're working with teams, other people. coping also takes motivation. So if amount of motivation I've had a stressful day, that can be difficult</w:t>
      </w:r>
      <w:r>
        <w:rPr>
          <w:rFonts w:ascii="Arial" w:hAnsi="Arial"/>
        </w:rPr>
        <w:t xml:space="preserve"> to </w:t>
      </w:r>
      <w:r>
        <w:rPr>
          <w:rFonts w:ascii="Arial" w:hAnsi="Arial"/>
        </w:rPr>
        <w:lastRenderedPageBreak/>
        <w:t>find the motivation to cope. So I revert back to my preferred style. And finally, it's a learned skill set. So we learned a lot of coping behaviors through trial and error, what worked and didn't work. But one of the things we're working on more now is</w:t>
      </w:r>
      <w:r>
        <w:rPr>
          <w:rFonts w:ascii="Arial" w:hAnsi="Arial"/>
        </w:rPr>
        <w:t xml:space="preserve"> how to teach people how to cope with that learning skill set to be more adaptive, or more innovative. Hmm.</w:t>
      </w:r>
    </w:p>
    <w:p w14:paraId="7AFFB09C" w14:textId="77777777" w:rsidR="0051195B" w:rsidRDefault="0051195B">
      <w:pPr>
        <w:spacing w:after="0"/>
      </w:pPr>
    </w:p>
    <w:p w14:paraId="3E273ED1" w14:textId="77777777" w:rsidR="0051195B" w:rsidRDefault="00D10718">
      <w:pPr>
        <w:spacing w:after="0"/>
      </w:pPr>
      <w:r>
        <w:rPr>
          <w:rFonts w:ascii="Arial" w:hAnsi="Arial"/>
          <w:color w:val="5D7284"/>
        </w:rPr>
        <w:t>19:15</w:t>
      </w:r>
    </w:p>
    <w:p w14:paraId="02A1B25E" w14:textId="77777777" w:rsidR="0051195B" w:rsidRDefault="00D10718">
      <w:pPr>
        <w:spacing w:after="0"/>
      </w:pPr>
      <w:r>
        <w:rPr>
          <w:rFonts w:ascii="Arial" w:hAnsi="Arial"/>
        </w:rPr>
        <w:t>So I wonder if in talking about leadership and with groups and teams, do you think from a leadership standpoint, it's the leaders task to sor</w:t>
      </w:r>
      <w:r>
        <w:rPr>
          <w:rFonts w:ascii="Arial" w:hAnsi="Arial"/>
        </w:rPr>
        <w:t>t of provide the holding environment and do those things to help with individuals in their coping in those teams situations?</w:t>
      </w:r>
    </w:p>
    <w:p w14:paraId="10447CD8" w14:textId="77777777" w:rsidR="0051195B" w:rsidRDefault="0051195B">
      <w:pPr>
        <w:spacing w:after="0"/>
      </w:pPr>
    </w:p>
    <w:p w14:paraId="2E7622E5" w14:textId="77777777" w:rsidR="0051195B" w:rsidRDefault="00D10718">
      <w:pPr>
        <w:spacing w:after="0"/>
      </w:pPr>
      <w:r>
        <w:rPr>
          <w:rFonts w:ascii="Arial" w:hAnsi="Arial"/>
          <w:color w:val="5D7284"/>
        </w:rPr>
        <w:t>19:32</w:t>
      </w:r>
    </w:p>
    <w:p w14:paraId="05256D0F" w14:textId="77777777" w:rsidR="0051195B" w:rsidRDefault="00D10718">
      <w:pPr>
        <w:spacing w:after="0"/>
      </w:pPr>
      <w:r>
        <w:rPr>
          <w:rFonts w:ascii="Arial" w:hAnsi="Arial"/>
        </w:rPr>
        <w:t>Yeah. The goal of the leader of a team then is to know everyone's preference, and adversity and solving problems. Minimize c</w:t>
      </w:r>
      <w:r>
        <w:rPr>
          <w:rFonts w:ascii="Arial" w:hAnsi="Arial"/>
        </w:rPr>
        <w:t>oping when you don't need it, and maximize coping when you do need it. Because we need everyone to come together. So we don't try to build perfect teams. We don't want a team of all innovators, we don't don't want a team of all adapters. We want a heteroge</w:t>
      </w:r>
      <w:r>
        <w:rPr>
          <w:rFonts w:ascii="Arial" w:hAnsi="Arial"/>
        </w:rPr>
        <w:t>neous team with lots of diversity who all get along and work well together. And so because of that, You'll probably all have places where 70 or 80 point gaps, and that's perfectly okay. You have lots of diversity of thought that means you can solve a wider</w:t>
      </w:r>
      <w:r>
        <w:rPr>
          <w:rFonts w:ascii="Arial" w:hAnsi="Arial"/>
        </w:rPr>
        <w:t xml:space="preserve"> variety of problems. Well, if you're all working well together and effectively so. So yeah, they go of the leaders, and then we're speaking very abstractly is to mitigate those problem bees that pop up from our differences and keep the focus on problem a,</w:t>
      </w:r>
      <w:r>
        <w:rPr>
          <w:rFonts w:ascii="Arial" w:hAnsi="Arial"/>
        </w:rPr>
        <w:t xml:space="preserve"> huh?</w:t>
      </w:r>
    </w:p>
    <w:p w14:paraId="07D57EF7" w14:textId="77777777" w:rsidR="0051195B" w:rsidRDefault="0051195B">
      <w:pPr>
        <w:spacing w:after="0"/>
      </w:pPr>
    </w:p>
    <w:p w14:paraId="24748B25" w14:textId="77777777" w:rsidR="0051195B" w:rsidRDefault="00D10718">
      <w:pPr>
        <w:spacing w:after="0"/>
      </w:pPr>
      <w:r>
        <w:rPr>
          <w:rFonts w:ascii="Arial" w:hAnsi="Arial"/>
          <w:color w:val="5D7284"/>
        </w:rPr>
        <w:t>20:23</w:t>
      </w:r>
    </w:p>
    <w:p w14:paraId="260AD3DF" w14:textId="77777777" w:rsidR="0051195B" w:rsidRDefault="00D10718">
      <w:pPr>
        <w:spacing w:after="0"/>
      </w:pPr>
      <w:r>
        <w:rPr>
          <w:rFonts w:ascii="Arial" w:hAnsi="Arial"/>
        </w:rPr>
        <w:t>Yeah, I agree.</w:t>
      </w:r>
    </w:p>
    <w:p w14:paraId="086EEC27" w14:textId="77777777" w:rsidR="0051195B" w:rsidRDefault="0051195B">
      <w:pPr>
        <w:spacing w:after="0"/>
      </w:pPr>
    </w:p>
    <w:p w14:paraId="22665B5A" w14:textId="77777777" w:rsidR="0051195B" w:rsidRDefault="00D10718">
      <w:pPr>
        <w:spacing w:after="0"/>
      </w:pPr>
      <w:r>
        <w:rPr>
          <w:rFonts w:ascii="Arial" w:hAnsi="Arial"/>
          <w:color w:val="5D7284"/>
        </w:rPr>
        <w:t>20:24</w:t>
      </w:r>
    </w:p>
    <w:p w14:paraId="4BCB549A" w14:textId="77777777" w:rsidR="0051195B" w:rsidRDefault="00D10718">
      <w:pPr>
        <w:spacing w:after="0"/>
      </w:pPr>
      <w:r>
        <w:rPr>
          <w:rFonts w:ascii="Arial" w:hAnsi="Arial"/>
        </w:rPr>
        <w:t xml:space="preserve">Something I was thinking about, you and I have done a lot of work in the you've done a lot more work than I have. But we're both involved in leadership, social change minor, right. And a lot of the the, that model </w:t>
      </w:r>
      <w:r>
        <w:rPr>
          <w:rFonts w:ascii="Arial" w:hAnsi="Arial"/>
        </w:rPr>
        <w:t>talks about is understanding leadership as a process and sort of maybe unlearning some of the things that we were told as a young person about what leadership is, and I feel like problem solving. And I'm even going to use the word creativity because this w</w:t>
      </w:r>
      <w:r>
        <w:rPr>
          <w:rFonts w:ascii="Arial" w:hAnsi="Arial"/>
        </w:rPr>
        <w:t xml:space="preserve">hen I took the K i course, last fall, I kept thinking how, when I was younger, I always thought there were some people that were just super creative could do all these amazing things. And then they were there other people that just don't have that ability </w:t>
      </w:r>
      <w:r>
        <w:rPr>
          <w:rFonts w:ascii="Arial" w:hAnsi="Arial"/>
        </w:rPr>
        <w:t>capacity, any of that. And so maybe for our listeners, can you maybe differentiate between level versus style? Yeah, in terms of that,</w:t>
      </w:r>
    </w:p>
    <w:p w14:paraId="527967AB" w14:textId="77777777" w:rsidR="0051195B" w:rsidRDefault="0051195B">
      <w:pPr>
        <w:spacing w:after="0"/>
      </w:pPr>
    </w:p>
    <w:p w14:paraId="168AEF27" w14:textId="77777777" w:rsidR="0051195B" w:rsidRDefault="00D10718">
      <w:pPr>
        <w:spacing w:after="0"/>
      </w:pPr>
      <w:r>
        <w:rPr>
          <w:rFonts w:ascii="Arial" w:hAnsi="Arial"/>
          <w:color w:val="5D7284"/>
        </w:rPr>
        <w:t>21:14</w:t>
      </w:r>
    </w:p>
    <w:p w14:paraId="6B057173" w14:textId="77777777" w:rsidR="0051195B" w:rsidRDefault="00D10718">
      <w:pPr>
        <w:spacing w:after="0"/>
      </w:pPr>
      <w:r>
        <w:rPr>
          <w:rFonts w:ascii="Arial" w:hAnsi="Arial"/>
        </w:rPr>
        <w:t>yeah. So your KPI score is not related to intelligence, or motivation, or culture or ethnicity. Many measures of c</w:t>
      </w:r>
      <w:r>
        <w:rPr>
          <w:rFonts w:ascii="Arial" w:hAnsi="Arial"/>
        </w:rPr>
        <w:t xml:space="preserve">apacity is not related to age, the brain hasn't changed that much over several thousand years. culture has better brains habits, that's that's that's what really is cool is, you know, we're really talking about the intersection of psychology and sociology </w:t>
      </w:r>
      <w:r>
        <w:rPr>
          <w:rFonts w:ascii="Arial" w:hAnsi="Arial"/>
        </w:rPr>
        <w:t xml:space="preserve">when we study leadership, and talk about love level versus style. One of the examples I commonly use is automobiles, you know, you can have different style of automobile, whether it's an SUV or sports car or a sedan Jeep, and that's a different style. And </w:t>
      </w:r>
      <w:r>
        <w:rPr>
          <w:rFonts w:ascii="Arial" w:hAnsi="Arial"/>
        </w:rPr>
        <w:t xml:space="preserve">you contrast that with the type of engine you might have a you got a V four v 68, straight eight, or straight six, excuse me, or, you know, different types of engines in all those vehicles, so we </w:t>
      </w:r>
      <w:r>
        <w:rPr>
          <w:rFonts w:ascii="Arial" w:hAnsi="Arial"/>
        </w:rPr>
        <w:lastRenderedPageBreak/>
        <w:t>have a difference there between style and level. Another exa</w:t>
      </w:r>
      <w:r>
        <w:rPr>
          <w:rFonts w:ascii="Arial" w:hAnsi="Arial"/>
        </w:rPr>
        <w:t>mple of commonly used is an ice cream cone. You can have lots of scoops, that'd be how creative you might be able to be. But the different flavors, which are completely independent of the number of scoops two flavors would be your style. What flavor approa</w:t>
      </w:r>
      <w:r>
        <w:rPr>
          <w:rFonts w:ascii="Arial" w:hAnsi="Arial"/>
        </w:rPr>
        <w:t xml:space="preserve">ch Do you prefer to be creative? So we put that in the context of leadership, neither Kay I score is better at leading you we just choose to lead dial and we talk a lot about agents of change. If you remember from the certification course, we talked about </w:t>
      </w:r>
      <w:r>
        <w:rPr>
          <w:rFonts w:ascii="Arial" w:hAnsi="Arial"/>
        </w:rPr>
        <w:t xml:space="preserve">agents of change. And Curtin would say, we're all agents of change by nature of solving a problem. So an agent of change, or an agent of change, particular problem, and we're looking at solution, we're moving from a current status to a desired status. And </w:t>
      </w:r>
      <w:r>
        <w:rPr>
          <w:rFonts w:ascii="Arial" w:hAnsi="Arial"/>
        </w:rPr>
        <w:t>that requires problem solving. And so you're an agent of change, and I'm agents of change, and we're all solving problems all the time. But leadership is different. Leadership is a choice. I choose to lead, I have to choose to collaborate and work with you</w:t>
      </w:r>
      <w:r>
        <w:rPr>
          <w:rFonts w:ascii="Arial" w:hAnsi="Arial"/>
        </w:rPr>
        <w:t>. That's leadership. That's really the first part of Team formation is whether or not I choose to work with you. That's where leadership begins.</w:t>
      </w:r>
    </w:p>
    <w:p w14:paraId="4ADE3127" w14:textId="77777777" w:rsidR="0051195B" w:rsidRDefault="0051195B">
      <w:pPr>
        <w:spacing w:after="0"/>
      </w:pPr>
    </w:p>
    <w:p w14:paraId="4910800E" w14:textId="77777777" w:rsidR="0051195B" w:rsidRDefault="00D10718">
      <w:pPr>
        <w:spacing w:after="0"/>
      </w:pPr>
      <w:r>
        <w:rPr>
          <w:rFonts w:ascii="Arial" w:hAnsi="Arial"/>
          <w:color w:val="5D7284"/>
        </w:rPr>
        <w:t>23:27</w:t>
      </w:r>
    </w:p>
    <w:p w14:paraId="190D7F97" w14:textId="77777777" w:rsidR="0051195B" w:rsidRDefault="00D10718">
      <w:pPr>
        <w:spacing w:after="0"/>
      </w:pPr>
      <w:r>
        <w:rPr>
          <w:rFonts w:ascii="Arial" w:hAnsi="Arial"/>
        </w:rPr>
        <w:t>Yeah, the choice that's powerful for students who are sort of needing a frame of reference of maybe a hi</w:t>
      </w:r>
      <w:r>
        <w:rPr>
          <w:rFonts w:ascii="Arial" w:hAnsi="Arial"/>
        </w:rPr>
        <w:t>storical figure or celebrity. Can you give an example of like a adaptive person and an innovative person like kind of in pop culture or in history?</w:t>
      </w:r>
    </w:p>
    <w:p w14:paraId="35E489EA" w14:textId="77777777" w:rsidR="0051195B" w:rsidRDefault="0051195B">
      <w:pPr>
        <w:spacing w:after="0"/>
      </w:pPr>
    </w:p>
    <w:p w14:paraId="1B8BA97B" w14:textId="77777777" w:rsidR="0051195B" w:rsidRDefault="00D10718">
      <w:pPr>
        <w:spacing w:after="0"/>
      </w:pPr>
      <w:r>
        <w:rPr>
          <w:rFonts w:ascii="Arial" w:hAnsi="Arial"/>
          <w:color w:val="5D7284"/>
        </w:rPr>
        <w:t>23:44</w:t>
      </w:r>
    </w:p>
    <w:p w14:paraId="57F1947F" w14:textId="77777777" w:rsidR="0051195B" w:rsidRDefault="00D10718">
      <w:pPr>
        <w:spacing w:after="0"/>
      </w:pPr>
      <w:r>
        <w:rPr>
          <w:rFonts w:ascii="Arial" w:hAnsi="Arial"/>
        </w:rPr>
        <w:t>Yeah, I need to update my list. The common examples I use for adoption innovation is looking at Thoma</w:t>
      </w:r>
      <w:r>
        <w:rPr>
          <w:rFonts w:ascii="Arial" w:hAnsi="Arial"/>
        </w:rPr>
        <w:t>s Edison and Nikola Tesla and their working relationship both engineers so if you're student engineering, you can relate to these two individuals, both incredibly intelligent men. Both have tremendous and number of patents both solve problems very differen</w:t>
      </w:r>
      <w:r>
        <w:rPr>
          <w:rFonts w:ascii="Arial" w:hAnsi="Arial"/>
        </w:rPr>
        <w:t>tly as argue Thomas Edison is more adaptive and Nikola Tesla's is more innovative and what's great is so much has been written about them because they didn't get along. If you're a music fan, the whole AC DC rock group was you know, named after that feud a</w:t>
      </w:r>
      <w:r>
        <w:rPr>
          <w:rFonts w:ascii="Arial" w:hAnsi="Arial"/>
        </w:rPr>
        <w:t xml:space="preserve"> because of the feud between AC current and DC current. Anderson believed AC current would be too dangerous. And Tesla believe no, it can be harnessed well enough, and Tesla's right on that one. Tesla also believe electricity should be shared through the a</w:t>
      </w:r>
      <w:r>
        <w:rPr>
          <w:rFonts w:ascii="Arial" w:hAnsi="Arial"/>
        </w:rPr>
        <w:t>ir, which was part of the tesla coil as an invention. Edison won that one he said, No, we need to run into wires. But what's really interesting if you even look more at Edison's approach to solving problems, Edison didn't really invent the light bulb we kn</w:t>
      </w:r>
      <w:r>
        <w:rPr>
          <w:rFonts w:ascii="Arial" w:hAnsi="Arial"/>
        </w:rPr>
        <w:t>ew 90 years before Edison came around that you could take a filament burning through a glass bulb and produce light What did Edison do? He found the way to do it well, with the longest lasting light possible to do it cheaply to sell it, manufacture it well</w:t>
      </w:r>
      <w:r>
        <w:rPr>
          <w:rFonts w:ascii="Arial" w:hAnsi="Arial"/>
        </w:rPr>
        <w:t>. And he won that, that battle. He was also enabled by structure. adapters are more enabled by structure. So you would think the first thing Edison would do was start running power lines, like we have today. He actually didn't, he took the old gas lines th</w:t>
      </w:r>
      <w:r>
        <w:rPr>
          <w:rFonts w:ascii="Arial" w:hAnsi="Arial"/>
        </w:rPr>
        <w:t>at already existed, drain them, thankfully, and started running wires to the gas lines and use the existing gas lamps that were already mounted onto the wall, took out those candles and inserted the glass bulb. So he was enabled by structure. He wasn't loo</w:t>
      </w:r>
      <w:r>
        <w:rPr>
          <w:rFonts w:ascii="Arial" w:hAnsi="Arial"/>
        </w:rPr>
        <w:t>king to swap out a structure. If you look at many of Edison's inventions. They're all making improvements on something that already existed.</w:t>
      </w:r>
    </w:p>
    <w:p w14:paraId="69DAAA8B" w14:textId="77777777" w:rsidR="0051195B" w:rsidRDefault="0051195B">
      <w:pPr>
        <w:spacing w:after="0"/>
      </w:pPr>
    </w:p>
    <w:p w14:paraId="04CD919B" w14:textId="77777777" w:rsidR="0051195B" w:rsidRDefault="00D10718">
      <w:pPr>
        <w:spacing w:after="0"/>
      </w:pPr>
      <w:r>
        <w:rPr>
          <w:rFonts w:ascii="Arial" w:hAnsi="Arial"/>
          <w:color w:val="5D7284"/>
        </w:rPr>
        <w:t>25:53</w:t>
      </w:r>
    </w:p>
    <w:p w14:paraId="5D57AB7E" w14:textId="77777777" w:rsidR="0051195B" w:rsidRDefault="00D10718">
      <w:pPr>
        <w:spacing w:after="0"/>
      </w:pPr>
      <w:r>
        <w:rPr>
          <w:rFonts w:ascii="Arial" w:hAnsi="Arial"/>
        </w:rPr>
        <w:lastRenderedPageBreak/>
        <w:t xml:space="preserve">I remember you also talking about in the course, Steve Jobs. And I think when we talk about Steve Jobs, we </w:t>
      </w:r>
      <w:r>
        <w:rPr>
          <w:rFonts w:ascii="Arial" w:hAnsi="Arial"/>
        </w:rPr>
        <w:t>talk about innovation. And we talk about all these like wildly creative ideas. But you've said he's an he was an adapter, right?</w:t>
      </w:r>
    </w:p>
    <w:p w14:paraId="075AE5DB" w14:textId="77777777" w:rsidR="0051195B" w:rsidRDefault="0051195B">
      <w:pPr>
        <w:spacing w:after="0"/>
      </w:pPr>
    </w:p>
    <w:p w14:paraId="4530B74F" w14:textId="77777777" w:rsidR="0051195B" w:rsidRDefault="00D10718">
      <w:pPr>
        <w:spacing w:after="0"/>
      </w:pPr>
      <w:r>
        <w:rPr>
          <w:rFonts w:ascii="Arial" w:hAnsi="Arial"/>
          <w:color w:val="5D7284"/>
        </w:rPr>
        <w:t>26:08</w:t>
      </w:r>
    </w:p>
    <w:p w14:paraId="78F526BD" w14:textId="77777777" w:rsidR="0051195B" w:rsidRDefault="00D10718">
      <w:pPr>
        <w:spacing w:after="0"/>
      </w:pPr>
      <w:r>
        <w:rPr>
          <w:rFonts w:ascii="Arial" w:hAnsi="Arial"/>
        </w:rPr>
        <w:t>That's my perception. I've never given him the K i so I can't hear. And I tend not to share k scores with with individua</w:t>
      </w:r>
      <w:r>
        <w:rPr>
          <w:rFonts w:ascii="Arial" w:hAnsi="Arial"/>
        </w:rPr>
        <w:t>ls as a matter of ethic. But yeah, if you look at the work Steve Jobs did, it was mostly tweaking. If you look at, for example, the iPod, we had music players like iPods for for many years before he came out with one, even the smartphone, the iPhone, we kn</w:t>
      </w:r>
      <w:r>
        <w:rPr>
          <w:rFonts w:ascii="Arial" w:hAnsi="Arial"/>
        </w:rPr>
        <w:t xml:space="preserve">ew in the 90s, that we had smartphones with apps that people could push and run things. And if you don't believe me, I think it's the IBM Simon communicator, which was featured with Sandra Bullock in the net, the movie she she has one. Yeah. And so we, we </w:t>
      </w:r>
      <w:r>
        <w:rPr>
          <w:rFonts w:ascii="Arial" w:hAnsi="Arial"/>
        </w:rPr>
        <w:t xml:space="preserve">had, we've had these for a while. So what did he do? He made them work, he made them better. And actually, what was most fascinating about Steve Jobs and the iPod were Apple took off again, was he wasn't reforming the player. He was reforming how we think </w:t>
      </w:r>
      <w:r>
        <w:rPr>
          <w:rFonts w:ascii="Arial" w:hAnsi="Arial"/>
        </w:rPr>
        <w:t>about music. Because before Apple came out with the iPod, everyone was downloading music illegally. So Napster and people are starting to say, well, we need to take people to court and people are going to jail because they downloaded copyrighted music, and</w:t>
      </w:r>
      <w:r>
        <w:rPr>
          <w:rFonts w:ascii="Arial" w:hAnsi="Arial"/>
        </w:rPr>
        <w:t xml:space="preserve"> it's playing on their computers. And he took a gamble that people are willing to pay 99 cents to stay legal. And he was right.</w:t>
      </w:r>
    </w:p>
    <w:p w14:paraId="6FDC2714" w14:textId="77777777" w:rsidR="0051195B" w:rsidRDefault="0051195B">
      <w:pPr>
        <w:spacing w:after="0"/>
      </w:pPr>
    </w:p>
    <w:p w14:paraId="6BD4255F" w14:textId="77777777" w:rsidR="0051195B" w:rsidRDefault="00D10718">
      <w:pPr>
        <w:spacing w:after="0"/>
      </w:pPr>
      <w:r>
        <w:rPr>
          <w:rFonts w:ascii="Arial" w:hAnsi="Arial"/>
          <w:color w:val="5D7284"/>
        </w:rPr>
        <w:t>27:30</w:t>
      </w:r>
    </w:p>
    <w:p w14:paraId="44AA9822" w14:textId="77777777" w:rsidR="0051195B" w:rsidRDefault="00D10718">
      <w:pPr>
        <w:spacing w:after="0"/>
      </w:pPr>
      <w:r>
        <w:rPr>
          <w:rFonts w:ascii="Arial" w:hAnsi="Arial"/>
        </w:rPr>
        <w:t>We don't know what his score was, and all that. But you know, based on some of the examples that you gave that that makes</w:t>
      </w:r>
      <w:r>
        <w:rPr>
          <w:rFonts w:ascii="Arial" w:hAnsi="Arial"/>
        </w:rPr>
        <w:t xml:space="preserve"> complete sense that there were these inventions that were already out there,</w:t>
      </w:r>
    </w:p>
    <w:p w14:paraId="5F9B3C79" w14:textId="77777777" w:rsidR="0051195B" w:rsidRDefault="0051195B">
      <w:pPr>
        <w:spacing w:after="0"/>
      </w:pPr>
    </w:p>
    <w:p w14:paraId="616BCBEA" w14:textId="77777777" w:rsidR="0051195B" w:rsidRDefault="00D10718">
      <w:pPr>
        <w:spacing w:after="0"/>
      </w:pPr>
      <w:r>
        <w:rPr>
          <w:rFonts w:ascii="Arial" w:hAnsi="Arial"/>
          <w:color w:val="5D7284"/>
        </w:rPr>
        <w:t>27:39</w:t>
      </w:r>
    </w:p>
    <w:p w14:paraId="7F7AC7AA" w14:textId="77777777" w:rsidR="0051195B" w:rsidRDefault="00D10718">
      <w:pPr>
        <w:spacing w:after="0"/>
      </w:pPr>
      <w:r>
        <w:rPr>
          <w:rFonts w:ascii="Arial" w:hAnsi="Arial"/>
        </w:rPr>
        <w:t>but he radically reformed them</w:t>
      </w:r>
    </w:p>
    <w:p w14:paraId="244AC809" w14:textId="77777777" w:rsidR="0051195B" w:rsidRDefault="0051195B">
      <w:pPr>
        <w:spacing w:after="0"/>
      </w:pPr>
    </w:p>
    <w:p w14:paraId="63E8BDBC" w14:textId="77777777" w:rsidR="0051195B" w:rsidRDefault="00D10718">
      <w:pPr>
        <w:spacing w:after="0"/>
      </w:pPr>
      <w:r>
        <w:rPr>
          <w:rFonts w:ascii="Arial" w:hAnsi="Arial"/>
          <w:color w:val="5D7284"/>
        </w:rPr>
        <w:t>27:41</w:t>
      </w:r>
    </w:p>
    <w:p w14:paraId="72C3C589" w14:textId="77777777" w:rsidR="0051195B" w:rsidRDefault="00D10718">
      <w:pPr>
        <w:spacing w:after="0"/>
      </w:pPr>
      <w:r>
        <w:rPr>
          <w:rFonts w:ascii="Arial" w:hAnsi="Arial"/>
        </w:rPr>
        <w:t>and made them and they've been better, which are more adaptive sort of characteristics. Yep. I want to move a little bit to the inven</w:t>
      </w:r>
      <w:r>
        <w:rPr>
          <w:rFonts w:ascii="Arial" w:hAnsi="Arial"/>
        </w:rPr>
        <w:t xml:space="preserve">tory itself, because the students are going to be taking it and they're going to get a score, right. And so I just want to hear you kind of parse out the the three big kind of things that they're going to get on their sheet like idea generation and method </w:t>
      </w:r>
      <w:r>
        <w:rPr>
          <w:rFonts w:ascii="Arial" w:hAnsi="Arial"/>
        </w:rPr>
        <w:t>of operation and use of rules structure, can you kind of parse out those and define them for us?</w:t>
      </w:r>
    </w:p>
    <w:p w14:paraId="5B7E1CB8" w14:textId="77777777" w:rsidR="0051195B" w:rsidRDefault="0051195B">
      <w:pPr>
        <w:spacing w:after="0"/>
      </w:pPr>
    </w:p>
    <w:p w14:paraId="102093BE" w14:textId="77777777" w:rsidR="0051195B" w:rsidRDefault="00D10718">
      <w:pPr>
        <w:spacing w:after="0"/>
      </w:pPr>
      <w:r>
        <w:rPr>
          <w:rFonts w:ascii="Arial" w:hAnsi="Arial"/>
          <w:color w:val="5D7284"/>
        </w:rPr>
        <w:t>28:11</w:t>
      </w:r>
    </w:p>
    <w:p w14:paraId="4CD08BC8" w14:textId="77777777" w:rsidR="0051195B" w:rsidRDefault="00D10718">
      <w:pPr>
        <w:spacing w:after="0"/>
      </w:pPr>
      <w:r>
        <w:rPr>
          <w:rFonts w:ascii="Arial" w:hAnsi="Arial"/>
        </w:rPr>
        <w:t xml:space="preserve">Yeah, so you have a total score most people refer to, and then you have three sub scores that all add up to your total score. And the first one we </w:t>
      </w:r>
      <w:r>
        <w:rPr>
          <w:rFonts w:ascii="Arial" w:hAnsi="Arial"/>
        </w:rPr>
        <w:t>talked about is called so or sufficiency of originality, it's how you come up with ideas. People who are more adaptive tend to have fewer ideas, those are more inside the box with with a little bit more detail tend to be tested. We've done that idea a litt</w:t>
      </w:r>
      <w:r>
        <w:rPr>
          <w:rFonts w:ascii="Arial" w:hAnsi="Arial"/>
        </w:rPr>
        <w:t>le bit before, but it's always focused on improvement, the more innovative tend to have more ideas just by nature, with the idea again, that we have a philosophy that you have to have a bunch of ideas before you come up with a good one that sticks can be i</w:t>
      </w:r>
      <w:r>
        <w:rPr>
          <w:rFonts w:ascii="Arial" w:hAnsi="Arial"/>
        </w:rPr>
        <w:t>nside the box can be outside the box. And it but it's really about how we communicate. I've also learned that through some other research looking at K I am linguistics, when people are talking adaptively about an idea, they talk about the essence of it. Wh</w:t>
      </w:r>
      <w:r>
        <w:rPr>
          <w:rFonts w:ascii="Arial" w:hAnsi="Arial"/>
        </w:rPr>
        <w:t xml:space="preserve">en people are talking innovatively about it, they talk more about what it's not, which sort of differentiating a little bit </w:t>
      </w:r>
      <w:r>
        <w:rPr>
          <w:rFonts w:ascii="Arial" w:hAnsi="Arial"/>
        </w:rPr>
        <w:lastRenderedPageBreak/>
        <w:t>more. The East core is focused on efficiency. And people get confused a little bit about that word. And I'll share a little bit more</w:t>
      </w:r>
      <w:r>
        <w:rPr>
          <w:rFonts w:ascii="Arial" w:hAnsi="Arial"/>
        </w:rPr>
        <w:t xml:space="preserve"> about that. Once we get going. The more adaptive tend to think inside the box and focus on on a system or structure and making the tweaks like Thomas Edison, top a system isn't working, or policy isn't working or rule isn't working. They prefer to make so</w:t>
      </w:r>
      <w:r>
        <w:rPr>
          <w:rFonts w:ascii="Arial" w:hAnsi="Arial"/>
        </w:rPr>
        <w:t>me tweaks with a new information to make it work. A more innovative individual will look at that policy rule or, or system and swap it out saying well, it's not working better because it's antiquated, the problems moved on. And so we need something complet</w:t>
      </w:r>
      <w:r>
        <w:rPr>
          <w:rFonts w:ascii="Arial" w:hAnsi="Arial"/>
        </w:rPr>
        <w:t>ely different. adapters will say well, we're better at this because we're looking at efficiency. It's often a different view of efficiency, between the adaptive and the innovative. So anyway, data might look at efficiency as a prototype. innovators are gre</w:t>
      </w:r>
      <w:r>
        <w:rPr>
          <w:rFonts w:ascii="Arial" w:hAnsi="Arial"/>
        </w:rPr>
        <w:t>at at prototypes, they come up with the idea, they put a couple things together, get it working just enough and then move on to the next thing. So to the innovator, it's not efficient to keep working on until it's perfect, you're okay with 80% of it workin</w:t>
      </w:r>
      <w:r>
        <w:rPr>
          <w:rFonts w:ascii="Arial" w:hAnsi="Arial"/>
        </w:rPr>
        <w:t>g. So that's where we started having the disagreements, as you can imagine focusing on problems and problem B. And then the our score connects to rules and group conformity. And this is really actually what we'll get to, probably, and probably even more, s</w:t>
      </w:r>
      <w:r>
        <w:rPr>
          <w:rFonts w:ascii="Arial" w:hAnsi="Arial"/>
        </w:rPr>
        <w:t>o the more adaptive tend to be enabled by rules, the more structure you give them with rules, the more resilient they can be. The more innovative see the limits and structure and systems, the more innovative see the limits of structure, and systems and wou</w:t>
      </w:r>
      <w:r>
        <w:rPr>
          <w:rFonts w:ascii="Arial" w:hAnsi="Arial"/>
        </w:rPr>
        <w:t xml:space="preserve">ld prefer a less. And it's not always, you know, they tend to overlook rules and structure, it's not always in spite of them, it's just they don't see them. They're not aware of the structure, the more adaptive tend to be more aware of that structure. And </w:t>
      </w:r>
      <w:r>
        <w:rPr>
          <w:rFonts w:ascii="Arial" w:hAnsi="Arial"/>
        </w:rPr>
        <w:t>then looking at group conformity, that's the idea of let's say, I have an issue with my superior. And I'm more innovative. I probably go alone myself is the having a problem here, we can talk about it. The more adaptive individual that group conformity, we</w:t>
      </w:r>
      <w:r>
        <w:rPr>
          <w:rFonts w:ascii="Arial" w:hAnsi="Arial"/>
        </w:rPr>
        <w:t xml:space="preserve"> look for more group consensus and say, Okay, do you see the same issue? Okay, let's so and so Or how about this other person, and let's all come together and then approach our superior. So two different approaches in moving forward? What's really interest</w:t>
      </w:r>
      <w:r>
        <w:rPr>
          <w:rFonts w:ascii="Arial" w:hAnsi="Arial"/>
        </w:rPr>
        <w:t>ing, I think, is the aspect of trust and trust is essential to leadership. There's lots of research that shows that and then writings that show that Yeah, well, and this is where we start seeing the 20 point gap between people. So if, but let's say we're o</w:t>
      </w:r>
      <w:r>
        <w:rPr>
          <w:rFonts w:ascii="Arial" w:hAnsi="Arial"/>
        </w:rPr>
        <w:t>n a team, and I'm starting to not trust you because we're not agreement agreeing on things. And you're enabled by structure because you're more adapted, hypothetically speaking, and you start building in rules. I think you're building in rules, because I s</w:t>
      </w:r>
      <w:r>
        <w:rPr>
          <w:rFonts w:ascii="Arial" w:hAnsi="Arial"/>
        </w:rPr>
        <w:t>ee limits and structure, and I think you're trying to get at me, I see the limits. And I think you're too confining to me. And I might be more innovative, hypothetically speaking. And I'm overlooking the rules, not necessarily because spite, I don't see th</w:t>
      </w:r>
      <w:r>
        <w:rPr>
          <w:rFonts w:ascii="Arial" w:hAnsi="Arial"/>
        </w:rPr>
        <w:t>em. And so you don't trust me, because I'm not obeying the rules. And so trust, it's very core is a social contract that we agree on the set rules, and we're able to move forward with that. And if our problem solving style, which has no indication of assoc</w:t>
      </w:r>
      <w:r>
        <w:rPr>
          <w:rFonts w:ascii="Arial" w:hAnsi="Arial"/>
        </w:rPr>
        <w:t>iation with values, just by nature, problem solving style, we're having difficulty and agreement of the rules, that sets up a recipe for failure. So that's where the mutual respect and humility come in and building that trust. So that we have an understand</w:t>
      </w:r>
      <w:r>
        <w:rPr>
          <w:rFonts w:ascii="Arial" w:hAnsi="Arial"/>
        </w:rPr>
        <w:t>ing of our approach with the rules and structure, and then can move forward on how we can move forward together with consensually agreed upon structure. Hmm,</w:t>
      </w:r>
    </w:p>
    <w:p w14:paraId="778F547D" w14:textId="77777777" w:rsidR="0051195B" w:rsidRDefault="0051195B">
      <w:pPr>
        <w:spacing w:after="0"/>
      </w:pPr>
    </w:p>
    <w:p w14:paraId="50A941A3" w14:textId="77777777" w:rsidR="0051195B" w:rsidRDefault="00D10718">
      <w:pPr>
        <w:spacing w:after="0"/>
      </w:pPr>
      <w:r>
        <w:rPr>
          <w:rFonts w:ascii="Arial" w:hAnsi="Arial"/>
          <w:color w:val="5D7284"/>
        </w:rPr>
        <w:t>33:05</w:t>
      </w:r>
    </w:p>
    <w:p w14:paraId="0847D85E" w14:textId="77777777" w:rsidR="0051195B" w:rsidRDefault="00D10718">
      <w:pPr>
        <w:spacing w:after="0"/>
      </w:pPr>
      <w:r>
        <w:rPr>
          <w:rFonts w:ascii="Arial" w:hAnsi="Arial"/>
        </w:rPr>
        <w:t>yeah. When you mentioned trust, it makes me think of, you know, all the things I've read ab</w:t>
      </w:r>
      <w:r>
        <w:rPr>
          <w:rFonts w:ascii="Arial" w:hAnsi="Arial"/>
        </w:rPr>
        <w:t xml:space="preserve">out groups and teams and leadership with psychological safety, which sounds very similar to establishing that trust. You know, while you're speaking, I was thinking about also my experience in the course and how </w:t>
      </w:r>
      <w:r>
        <w:rPr>
          <w:rFonts w:ascii="Arial" w:hAnsi="Arial"/>
        </w:rPr>
        <w:lastRenderedPageBreak/>
        <w:t>you mentioned that these are fixed things, r</w:t>
      </w:r>
      <w:r>
        <w:rPr>
          <w:rFonts w:ascii="Arial" w:hAnsi="Arial"/>
        </w:rPr>
        <w:t>ight? So adaptive, innovative, you know, so what would you say to people who disagree with that?</w:t>
      </w:r>
    </w:p>
    <w:p w14:paraId="474452EF" w14:textId="77777777" w:rsidR="0051195B" w:rsidRDefault="0051195B">
      <w:pPr>
        <w:spacing w:after="0"/>
      </w:pPr>
    </w:p>
    <w:p w14:paraId="232E6AED" w14:textId="77777777" w:rsidR="0051195B" w:rsidRDefault="00D10718">
      <w:pPr>
        <w:spacing w:after="0"/>
      </w:pPr>
      <w:r>
        <w:rPr>
          <w:rFonts w:ascii="Arial" w:hAnsi="Arial"/>
          <w:color w:val="5D7284"/>
        </w:rPr>
        <w:t>33:32</w:t>
      </w:r>
    </w:p>
    <w:p w14:paraId="46C8C03E" w14:textId="77777777" w:rsidR="0051195B" w:rsidRDefault="00D10718">
      <w:pPr>
        <w:spacing w:after="0"/>
      </w:pPr>
      <w:r>
        <w:rPr>
          <w:rFonts w:ascii="Arial" w:hAnsi="Arial"/>
        </w:rPr>
        <w:t>Yeah, so your KPI score is innate and stable, it doesn't move or change, or we would say highly resistant to change. It's an aspect of your personality.</w:t>
      </w:r>
      <w:r>
        <w:rPr>
          <w:rFonts w:ascii="Arial" w:hAnsi="Arial"/>
        </w:rPr>
        <w:t xml:space="preserve"> it you know, we don't really have the data to show that it changes over time. Because with technology of the time, we haven't done that study to say, Okay, take the K and and take it 20 years from now and take another 20 years from now, it's only been aro</w:t>
      </w:r>
      <w:r>
        <w:rPr>
          <w:rFonts w:ascii="Arial" w:hAnsi="Arial"/>
        </w:rPr>
        <w:t>und for over 40 years. So we don't have that evidence to squash that argument. But we are not seeing any generational differences. And I would say we we can measure it as early as the age of 13 with pretty good reliability. And if we start thinking theoret</w:t>
      </w:r>
      <w:r>
        <w:rPr>
          <w:rFonts w:ascii="Arial" w:hAnsi="Arial"/>
        </w:rPr>
        <w:t>ically about psychology and personality, personality should not change too much at least record of your personality. So I often like to use the onion model and explaining personality. So at our core, we have some things that we do just as a matter of our p</w:t>
      </w:r>
      <w:r>
        <w:rPr>
          <w:rFonts w:ascii="Arial" w:hAnsi="Arial"/>
        </w:rPr>
        <w:t>ersonality that that are very stable, hard set, if not genetic and biological of how we prefer to think we go wider on the core we we have traits that we have some control over and could change if we keep working on it. And then from traits, we have habits</w:t>
      </w:r>
      <w:r>
        <w:rPr>
          <w:rFonts w:ascii="Arial" w:hAnsi="Arial"/>
        </w:rPr>
        <w:t xml:space="preserve"> and habits can become traits if we keep doing habits long enough. And then we have episodes you know times when we act a certain way, and that's on the, the outermost layer of the onion. So, okay, I would argue is is very much at the core similar to stren</w:t>
      </w:r>
      <w:r>
        <w:rPr>
          <w:rFonts w:ascii="Arial" w:hAnsi="Arial"/>
        </w:rPr>
        <w:t>gthsfinder. The strengths is fairly close to that core. I'm also trained in strings, and I know they say, strengths instead, as early as age nine. So much of our personality is set before our teenage years, you know, the brain is still developing, and we'r</w:t>
      </w:r>
      <w:r>
        <w:rPr>
          <w:rFonts w:ascii="Arial" w:hAnsi="Arial"/>
        </w:rPr>
        <w:t>e still learning and so growing, but much of personality is set before the age of nine.</w:t>
      </w:r>
    </w:p>
    <w:p w14:paraId="1E83E291" w14:textId="77777777" w:rsidR="0051195B" w:rsidRDefault="0051195B">
      <w:pPr>
        <w:spacing w:after="0"/>
      </w:pPr>
    </w:p>
    <w:p w14:paraId="44979890" w14:textId="77777777" w:rsidR="0051195B" w:rsidRDefault="00D10718">
      <w:pPr>
        <w:spacing w:after="0"/>
      </w:pPr>
      <w:r>
        <w:rPr>
          <w:rFonts w:ascii="Arial" w:hAnsi="Arial"/>
          <w:color w:val="5D7284"/>
        </w:rPr>
        <w:t>35:32</w:t>
      </w:r>
    </w:p>
    <w:p w14:paraId="06C49585" w14:textId="77777777" w:rsidR="0051195B" w:rsidRDefault="00D10718">
      <w:pPr>
        <w:spacing w:after="0"/>
      </w:pPr>
      <w:r>
        <w:rPr>
          <w:rFonts w:ascii="Arial" w:hAnsi="Arial"/>
        </w:rPr>
        <w:t>Yeah, it makes total sense that our personalities are something that's innate with us that shouldn't change over time. I mean, it certainly our circumstances and</w:t>
      </w:r>
      <w:r>
        <w:rPr>
          <w:rFonts w:ascii="Arial" w:hAnsi="Arial"/>
        </w:rPr>
        <w:t xml:space="preserve"> our experiences are things that that evolve, but not necessarily our personalities. Yeah, yep. If I'm listening to this podcast, I'm a peer leadership student, or just a leadership student in general. And, you know, I've taken the Kay I have my score, wha</w:t>
      </w:r>
      <w:r>
        <w:rPr>
          <w:rFonts w:ascii="Arial" w:hAnsi="Arial"/>
        </w:rPr>
        <w:t>t advice would you give students on maybe, now that they have this knowledge about themselves, how to use it in their leadership roles, or in their activities and things like that?</w:t>
      </w:r>
    </w:p>
    <w:p w14:paraId="3EA8D48D" w14:textId="77777777" w:rsidR="0051195B" w:rsidRDefault="0051195B">
      <w:pPr>
        <w:spacing w:after="0"/>
      </w:pPr>
    </w:p>
    <w:p w14:paraId="6DEEF8C4" w14:textId="77777777" w:rsidR="0051195B" w:rsidRDefault="00D10718">
      <w:pPr>
        <w:spacing w:after="0"/>
      </w:pPr>
      <w:r>
        <w:rPr>
          <w:rFonts w:ascii="Arial" w:hAnsi="Arial"/>
          <w:color w:val="5D7284"/>
        </w:rPr>
        <w:t>36:11</w:t>
      </w:r>
    </w:p>
    <w:p w14:paraId="03CA655A" w14:textId="77777777" w:rsidR="0051195B" w:rsidRDefault="00D10718">
      <w:pPr>
        <w:spacing w:after="0"/>
      </w:pPr>
      <w:r>
        <w:rPr>
          <w:rFonts w:ascii="Arial" w:hAnsi="Arial"/>
        </w:rPr>
        <w:t>Yeah, take some time to reflect on your score, what it means to you.</w:t>
      </w:r>
      <w:r>
        <w:rPr>
          <w:rFonts w:ascii="Arial" w:hAnsi="Arial"/>
        </w:rPr>
        <w:t xml:space="preserve"> People find out it's pretty powerful. I've had people come back to me and say, Well, I thought my behavior was evidence of me being only child. But now I realize this is my score, and is who I am. Yeah, so it can be very powerful. Some, it's also helpful </w:t>
      </w:r>
      <w:r>
        <w:rPr>
          <w:rFonts w:ascii="Arial" w:hAnsi="Arial"/>
        </w:rPr>
        <w:t>to remember that, again, your style is not related to intelligence, or motivation, or values or ethnicity, culture. So you can have a disagreement with someone who is equally intelligent, equally motivated, have similar different values. And you just havin</w:t>
      </w:r>
      <w:r>
        <w:rPr>
          <w:rFonts w:ascii="Arial" w:hAnsi="Arial"/>
        </w:rPr>
        <w:t>g a disagreement on how to solve a problem, that's, that's perfectly okay. Very intelligent, people who have same values have disagreements all the time. That's natural, we should expect that. So start thinking first about yourself. And then start thinking</w:t>
      </w:r>
      <w:r>
        <w:rPr>
          <w:rFonts w:ascii="Arial" w:hAnsi="Arial"/>
        </w:rPr>
        <w:t xml:space="preserve"> about those who you interact with and and start thinking about who might be more adaptive or more innovative, of course, you're looking at behaviors, we can't really know someone's K, I score without giving them the K i but it has a lot of face validity, </w:t>
      </w:r>
      <w:r>
        <w:rPr>
          <w:rFonts w:ascii="Arial" w:hAnsi="Arial"/>
        </w:rPr>
        <w:t xml:space="preserve">as we call in science that if you see it, it's probably close to it. So you will be able to recognize something's more adaptive or </w:t>
      </w:r>
      <w:r>
        <w:rPr>
          <w:rFonts w:ascii="Arial" w:hAnsi="Arial"/>
        </w:rPr>
        <w:lastRenderedPageBreak/>
        <w:t>more innovative than you think about your parents, your significant other boyfriend, girlfriend, or that relationship is thin</w:t>
      </w:r>
      <w:r>
        <w:rPr>
          <w:rFonts w:ascii="Arial" w:hAnsi="Arial"/>
        </w:rPr>
        <w:t>k about the benefits that you give to the team. also recognize your limits to where someone else could be doing something better than you. And it's perfectly okay to admit someone can do something better than you because the humility piece that's emailed u</w:t>
      </w:r>
      <w:r>
        <w:rPr>
          <w:rFonts w:ascii="Arial" w:hAnsi="Arial"/>
        </w:rPr>
        <w:t>p is knowing your limits. Yep. We've had people come back from a certification course saying we've saved their marriage, because they had a huge gap. And, and they recognize No, they're not less intelligent. They just differ on their problem solving style,</w:t>
      </w:r>
      <w:r>
        <w:rPr>
          <w:rFonts w:ascii="Arial" w:hAnsi="Arial"/>
        </w:rPr>
        <w:t xml:space="preserve"> and I can appreciate it differently. Yeah, yep. Yep. So it's just starting to think about why people disagree with you on certain things, and we can then isolate it, is it Are we disagreeing because of values or disagreeing because of culture or experienc</w:t>
      </w:r>
      <w:r>
        <w:rPr>
          <w:rFonts w:ascii="Arial" w:hAnsi="Arial"/>
        </w:rPr>
        <w:t>e? Or are we disagreeing on problems? Sonic style? Hmm.</w:t>
      </w:r>
    </w:p>
    <w:p w14:paraId="069EE1C6" w14:textId="77777777" w:rsidR="0051195B" w:rsidRDefault="0051195B">
      <w:pPr>
        <w:spacing w:after="0"/>
      </w:pPr>
    </w:p>
    <w:p w14:paraId="184825A0" w14:textId="77777777" w:rsidR="0051195B" w:rsidRDefault="00D10718">
      <w:pPr>
        <w:spacing w:after="0"/>
      </w:pPr>
      <w:r>
        <w:rPr>
          <w:rFonts w:ascii="Arial" w:hAnsi="Arial"/>
          <w:color w:val="5D7284"/>
        </w:rPr>
        <w:t>38:29</w:t>
      </w:r>
    </w:p>
    <w:p w14:paraId="22D8238C" w14:textId="77777777" w:rsidR="0051195B" w:rsidRDefault="00D10718">
      <w:pPr>
        <w:spacing w:after="0"/>
      </w:pPr>
      <w:r>
        <w:rPr>
          <w:rFonts w:ascii="Arial" w:hAnsi="Arial"/>
        </w:rPr>
        <w:t>Well, there's a lot more things I could ask you. But I think we've covered a lot in this in this episode in this interview, and I just want to take the time to say thank you for agreeing to com</w:t>
      </w:r>
      <w:r>
        <w:rPr>
          <w:rFonts w:ascii="Arial" w:hAnsi="Arial"/>
        </w:rPr>
        <w:t>e on the show and to to give us your insight in the Kay I know you're a world renowned expert, and I know that students are going to really enjoy learning this new thing about themselves that they may have not been aware of before.</w:t>
      </w:r>
    </w:p>
    <w:p w14:paraId="58D88315" w14:textId="77777777" w:rsidR="0051195B" w:rsidRDefault="0051195B">
      <w:pPr>
        <w:spacing w:after="0"/>
      </w:pPr>
    </w:p>
    <w:p w14:paraId="05299293" w14:textId="77777777" w:rsidR="0051195B" w:rsidRDefault="00D10718">
      <w:pPr>
        <w:spacing w:after="0"/>
      </w:pPr>
      <w:r>
        <w:rPr>
          <w:rFonts w:ascii="Arial" w:hAnsi="Arial"/>
          <w:color w:val="5D7284"/>
        </w:rPr>
        <w:t>38:54</w:t>
      </w:r>
    </w:p>
    <w:p w14:paraId="26E8D1FE" w14:textId="77777777" w:rsidR="0051195B" w:rsidRDefault="00D10718">
      <w:pPr>
        <w:spacing w:after="0"/>
      </w:pPr>
      <w:r>
        <w:rPr>
          <w:rFonts w:ascii="Arial" w:hAnsi="Arial"/>
        </w:rPr>
        <w:t>Yeah, happy to he</w:t>
      </w:r>
      <w:r>
        <w:rPr>
          <w:rFonts w:ascii="Arial" w:hAnsi="Arial"/>
        </w:rPr>
        <w:t>lp. Glad you asked. And this was this was a lot of fun.</w:t>
      </w:r>
    </w:p>
    <w:p w14:paraId="4CCCC6C7" w14:textId="77777777" w:rsidR="0051195B" w:rsidRDefault="0051195B">
      <w:pPr>
        <w:spacing w:after="0"/>
      </w:pPr>
    </w:p>
    <w:p w14:paraId="66F2A166" w14:textId="77777777" w:rsidR="0051195B" w:rsidRDefault="00D10718">
      <w:pPr>
        <w:spacing w:after="0"/>
      </w:pPr>
      <w:r>
        <w:rPr>
          <w:rFonts w:ascii="Arial" w:hAnsi="Arial"/>
          <w:color w:val="5D7284"/>
        </w:rPr>
        <w:t>38:58</w:t>
      </w:r>
    </w:p>
    <w:p w14:paraId="0526AF7C" w14:textId="77777777" w:rsidR="0051195B" w:rsidRDefault="00D10718">
      <w:pPr>
        <w:spacing w:after="0"/>
      </w:pPr>
      <w:r>
        <w:rPr>
          <w:rFonts w:ascii="Arial" w:hAnsi="Arial"/>
        </w:rPr>
        <w:t xml:space="preserve">Before we go, I do want to ask you if you get to know your questions first. So since kind of COVID-19 happened, we've all been quarantining, and kind of doing things differently. What are some </w:t>
      </w:r>
      <w:r>
        <w:rPr>
          <w:rFonts w:ascii="Arial" w:hAnsi="Arial"/>
        </w:rPr>
        <w:t>new habits or maybe projects or experiences that you've been doing in recent memory?</w:t>
      </w:r>
    </w:p>
    <w:p w14:paraId="3826CAF7" w14:textId="77777777" w:rsidR="0051195B" w:rsidRDefault="0051195B">
      <w:pPr>
        <w:spacing w:after="0"/>
      </w:pPr>
    </w:p>
    <w:p w14:paraId="434531EF" w14:textId="77777777" w:rsidR="0051195B" w:rsidRDefault="00D10718">
      <w:pPr>
        <w:spacing w:after="0"/>
      </w:pPr>
      <w:r>
        <w:rPr>
          <w:rFonts w:ascii="Arial" w:hAnsi="Arial"/>
          <w:color w:val="5D7284"/>
        </w:rPr>
        <w:t>39:18</w:t>
      </w:r>
    </w:p>
    <w:p w14:paraId="50996D3F" w14:textId="77777777" w:rsidR="0051195B" w:rsidRDefault="00D10718">
      <w:pPr>
        <w:spacing w:after="0"/>
      </w:pPr>
      <w:r>
        <w:rPr>
          <w:rFonts w:ascii="Arial" w:hAnsi="Arial"/>
        </w:rPr>
        <w:t>So those are this is gonna sound crazy. So one thing my wife and I are doing well, one thing my wife and I had two kids under the age of three. And so that keeps us</w:t>
      </w:r>
      <w:r>
        <w:rPr>
          <w:rFonts w:ascii="Arial" w:hAnsi="Arial"/>
        </w:rPr>
        <w:t xml:space="preserve"> on our toes. But we learned about six or eight months ago that we could save a ton of money building our own shutters for a house, we had to remodel and so we're, we're building our own shutters, and that has taken more time than then one can imagine that</w:t>
      </w:r>
      <w:r>
        <w:rPr>
          <w:rFonts w:ascii="Arial" w:hAnsi="Arial"/>
        </w:rPr>
        <w:t xml:space="preserve"> they're not that complicated, but just the staining and the drying. exactness. Yeah, yeah. Yeah. So that's one thing we've been working on.</w:t>
      </w:r>
    </w:p>
    <w:p w14:paraId="2900F868" w14:textId="77777777" w:rsidR="0051195B" w:rsidRDefault="0051195B">
      <w:pPr>
        <w:spacing w:after="0"/>
      </w:pPr>
    </w:p>
    <w:p w14:paraId="2546848D" w14:textId="77777777" w:rsidR="0051195B" w:rsidRDefault="00D10718">
      <w:pPr>
        <w:spacing w:after="0"/>
      </w:pPr>
      <w:r>
        <w:rPr>
          <w:rFonts w:ascii="Arial" w:hAnsi="Arial"/>
          <w:color w:val="5D7284"/>
        </w:rPr>
        <w:t>39:53</w:t>
      </w:r>
    </w:p>
    <w:p w14:paraId="1D57D5BD" w14:textId="77777777" w:rsidR="0051195B" w:rsidRDefault="00D10718">
      <w:pPr>
        <w:spacing w:after="0"/>
      </w:pPr>
      <w:r>
        <w:rPr>
          <w:rFonts w:ascii="Arial" w:hAnsi="Arial"/>
        </w:rPr>
        <w:t>Yeah, I have a couple of bookshelves in my apartment that I stained and that is a lengthy process.</w:t>
      </w:r>
    </w:p>
    <w:p w14:paraId="4DAF7632" w14:textId="77777777" w:rsidR="0051195B" w:rsidRDefault="0051195B">
      <w:pPr>
        <w:spacing w:after="0"/>
      </w:pPr>
    </w:p>
    <w:p w14:paraId="5F564164" w14:textId="77777777" w:rsidR="0051195B" w:rsidRDefault="00D10718">
      <w:pPr>
        <w:spacing w:after="0"/>
      </w:pPr>
      <w:r>
        <w:rPr>
          <w:rFonts w:ascii="Arial" w:hAnsi="Arial"/>
          <w:color w:val="5D7284"/>
        </w:rPr>
        <w:t>39:58</w:t>
      </w:r>
    </w:p>
    <w:p w14:paraId="0B178262" w14:textId="77777777" w:rsidR="0051195B" w:rsidRDefault="00D10718">
      <w:pPr>
        <w:spacing w:after="0"/>
      </w:pPr>
      <w:r>
        <w:rPr>
          <w:rFonts w:ascii="Arial" w:hAnsi="Arial"/>
        </w:rPr>
        <w:t>Yeah. difficult. Even color match? Yes,</w:t>
      </w:r>
    </w:p>
    <w:p w14:paraId="1FF1900B" w14:textId="77777777" w:rsidR="0051195B" w:rsidRDefault="0051195B">
      <w:pPr>
        <w:spacing w:after="0"/>
      </w:pPr>
    </w:p>
    <w:p w14:paraId="112FB071" w14:textId="77777777" w:rsidR="0051195B" w:rsidRDefault="00D10718">
      <w:pPr>
        <w:spacing w:after="0"/>
      </w:pPr>
      <w:r>
        <w:rPr>
          <w:rFonts w:ascii="Arial" w:hAnsi="Arial"/>
          <w:color w:val="5D7284"/>
        </w:rPr>
        <w:t>40:02</w:t>
      </w:r>
    </w:p>
    <w:p w14:paraId="6D90AC99" w14:textId="77777777" w:rsidR="0051195B" w:rsidRDefault="00D10718">
      <w:pPr>
        <w:spacing w:after="0"/>
      </w:pPr>
      <w:r>
        <w:rPr>
          <w:rFonts w:ascii="Arial" w:hAnsi="Arial"/>
        </w:rPr>
        <w:t>yes. Yeah.</w:t>
      </w:r>
    </w:p>
    <w:p w14:paraId="623A69B5" w14:textId="77777777" w:rsidR="0051195B" w:rsidRDefault="0051195B">
      <w:pPr>
        <w:spacing w:after="0"/>
      </w:pPr>
    </w:p>
    <w:p w14:paraId="75F635F8" w14:textId="77777777" w:rsidR="0051195B" w:rsidRDefault="00D10718">
      <w:pPr>
        <w:spacing w:after="0"/>
      </w:pPr>
      <w:r>
        <w:rPr>
          <w:rFonts w:ascii="Arial" w:hAnsi="Arial"/>
          <w:color w:val="5D7284"/>
        </w:rPr>
        <w:t>40:03</w:t>
      </w:r>
    </w:p>
    <w:p w14:paraId="0181568C" w14:textId="77777777" w:rsidR="0051195B" w:rsidRDefault="00D10718">
      <w:pPr>
        <w:spacing w:after="0"/>
      </w:pPr>
      <w:r>
        <w:rPr>
          <w:rFonts w:ascii="Arial" w:hAnsi="Arial"/>
        </w:rPr>
        <w:lastRenderedPageBreak/>
        <w:t>What are you reading right now? What's on your reading list?</w:t>
      </w:r>
    </w:p>
    <w:p w14:paraId="59E1D841" w14:textId="77777777" w:rsidR="0051195B" w:rsidRDefault="0051195B">
      <w:pPr>
        <w:spacing w:after="0"/>
      </w:pPr>
    </w:p>
    <w:p w14:paraId="48321393" w14:textId="77777777" w:rsidR="0051195B" w:rsidRDefault="00D10718">
      <w:pPr>
        <w:spacing w:after="0"/>
      </w:pPr>
      <w:r>
        <w:rPr>
          <w:rFonts w:ascii="Arial" w:hAnsi="Arial"/>
          <w:color w:val="5D7284"/>
        </w:rPr>
        <w:t>40:08</w:t>
      </w:r>
    </w:p>
    <w:p w14:paraId="4425CB2A" w14:textId="77777777" w:rsidR="0051195B" w:rsidRDefault="00D10718">
      <w:pPr>
        <w:spacing w:after="0"/>
      </w:pPr>
      <w:r>
        <w:rPr>
          <w:rFonts w:ascii="Arial" w:hAnsi="Arial"/>
        </w:rPr>
        <w:t>Someone just recommended a book to me called the four steps to the Epiphany by Stephen blank. And have you heard of i</w:t>
      </w:r>
      <w:r>
        <w:rPr>
          <w:rFonts w:ascii="Arial" w:hAnsi="Arial"/>
        </w:rPr>
        <w:t>t? No, no, it's a book that is about marketing. And that's one thing we're doing with the K eyes is helping people understand how we can help them. And this is a marketing tool to get to know people, ask people what their problems are, and then basically d</w:t>
      </w:r>
      <w:r>
        <w:rPr>
          <w:rFonts w:ascii="Arial" w:hAnsi="Arial"/>
        </w:rPr>
        <w:t>esign something to help fit them. So for us, k is a tool. And that tool can be used a lot of different ways. So I need to understand how business and industry work and the problems that they're having and how my tool can help them. So it's a four step proc</w:t>
      </w:r>
      <w:r>
        <w:rPr>
          <w:rFonts w:ascii="Arial" w:hAnsi="Arial"/>
        </w:rPr>
        <w:t>ess to helping companies do their work.</w:t>
      </w:r>
    </w:p>
    <w:p w14:paraId="78EFDF26" w14:textId="77777777" w:rsidR="0051195B" w:rsidRDefault="0051195B">
      <w:pPr>
        <w:spacing w:after="0"/>
      </w:pPr>
    </w:p>
    <w:p w14:paraId="2550AD4B" w14:textId="77777777" w:rsidR="0051195B" w:rsidRDefault="00D10718">
      <w:pPr>
        <w:spacing w:after="0"/>
      </w:pPr>
      <w:r>
        <w:rPr>
          <w:rFonts w:ascii="Arial" w:hAnsi="Arial"/>
          <w:color w:val="5D7284"/>
        </w:rPr>
        <w:t>40:54</w:t>
      </w:r>
    </w:p>
    <w:p w14:paraId="2314CCB9" w14:textId="77777777" w:rsidR="0051195B" w:rsidRDefault="00D10718">
      <w:pPr>
        <w:spacing w:after="0"/>
      </w:pPr>
      <w:r>
        <w:rPr>
          <w:rFonts w:ascii="Arial" w:hAnsi="Arial"/>
        </w:rPr>
        <w:t>Yeah, it's really interesting to check that out. I enjoy reading those kinds of marketing, marketing books. What about the last TV show that you that you watch that you watched a lot and hooked on lately?</w:t>
      </w:r>
    </w:p>
    <w:p w14:paraId="6FFE8AB4" w14:textId="77777777" w:rsidR="0051195B" w:rsidRDefault="0051195B">
      <w:pPr>
        <w:spacing w:after="0"/>
      </w:pPr>
    </w:p>
    <w:p w14:paraId="131C0FC2" w14:textId="77777777" w:rsidR="0051195B" w:rsidRDefault="00D10718">
      <w:pPr>
        <w:spacing w:after="0"/>
      </w:pPr>
      <w:r>
        <w:rPr>
          <w:rFonts w:ascii="Arial" w:hAnsi="Arial"/>
          <w:color w:val="5D7284"/>
        </w:rPr>
        <w:t>41:</w:t>
      </w:r>
      <w:r>
        <w:rPr>
          <w:rFonts w:ascii="Arial" w:hAnsi="Arial"/>
          <w:color w:val="5D7284"/>
        </w:rPr>
        <w:t>08</w:t>
      </w:r>
    </w:p>
    <w:p w14:paraId="36953C66" w14:textId="77777777" w:rsidR="0051195B" w:rsidRDefault="00D10718">
      <w:pPr>
        <w:spacing w:after="0"/>
      </w:pPr>
      <w:r>
        <w:rPr>
          <w:rFonts w:ascii="Arial" w:hAnsi="Arial"/>
        </w:rPr>
        <w:t>My wife and I are really bad at binge watching. We try to binge watch. It doesn't work out so well. We're like, Oh, yeah, what are we watching that show? But but one one show that we did religiously watches suits.</w:t>
      </w:r>
    </w:p>
    <w:p w14:paraId="163AF45E" w14:textId="77777777" w:rsidR="0051195B" w:rsidRDefault="0051195B">
      <w:pPr>
        <w:spacing w:after="0"/>
      </w:pPr>
    </w:p>
    <w:p w14:paraId="6EBD6F6C" w14:textId="77777777" w:rsidR="0051195B" w:rsidRDefault="00D10718">
      <w:pPr>
        <w:spacing w:after="0"/>
      </w:pPr>
      <w:r>
        <w:rPr>
          <w:rFonts w:ascii="Arial" w:hAnsi="Arial"/>
          <w:color w:val="5D7284"/>
        </w:rPr>
        <w:t>41:22</w:t>
      </w:r>
    </w:p>
    <w:p w14:paraId="746861B1" w14:textId="77777777" w:rsidR="0051195B" w:rsidRDefault="00D10718">
      <w:pPr>
        <w:spacing w:after="0"/>
      </w:pPr>
      <w:r>
        <w:rPr>
          <w:rFonts w:ascii="Arial" w:hAnsi="Arial"/>
        </w:rPr>
        <w:t>Okay, yeah, I've heard of it.</w:t>
      </w:r>
    </w:p>
    <w:p w14:paraId="6378AD06" w14:textId="77777777" w:rsidR="0051195B" w:rsidRDefault="0051195B">
      <w:pPr>
        <w:spacing w:after="0"/>
      </w:pPr>
    </w:p>
    <w:p w14:paraId="2792A469" w14:textId="77777777" w:rsidR="0051195B" w:rsidRDefault="00D10718">
      <w:pPr>
        <w:spacing w:after="0"/>
      </w:pPr>
      <w:r>
        <w:rPr>
          <w:rFonts w:ascii="Arial" w:hAnsi="Arial"/>
          <w:color w:val="5D7284"/>
        </w:rPr>
        <w:t>4</w:t>
      </w:r>
      <w:r>
        <w:rPr>
          <w:rFonts w:ascii="Arial" w:hAnsi="Arial"/>
          <w:color w:val="5D7284"/>
        </w:rPr>
        <w:t>1:23</w:t>
      </w:r>
    </w:p>
    <w:p w14:paraId="3FBA12D5" w14:textId="77777777" w:rsidR="0051195B" w:rsidRDefault="00D10718">
      <w:pPr>
        <w:spacing w:after="0"/>
      </w:pPr>
      <w:r>
        <w:rPr>
          <w:rFonts w:ascii="Arial" w:hAnsi="Arial"/>
        </w:rPr>
        <w:t xml:space="preserve">Yeah. With Harvey specter is a it's a show about attorneys, white collar attorneys making these deals and of course Megan Markel is that it was before she became a princess. Yeah. As aspiring Rachel wanting to be a lawyer, so yeah, we we had to watch </w:t>
      </w:r>
      <w:r>
        <w:rPr>
          <w:rFonts w:ascii="Arial" w:hAnsi="Arial"/>
        </w:rPr>
        <w:t>that one all the way through.</w:t>
      </w:r>
    </w:p>
    <w:p w14:paraId="6071422E" w14:textId="77777777" w:rsidR="0051195B" w:rsidRDefault="0051195B">
      <w:pPr>
        <w:spacing w:after="0"/>
      </w:pPr>
    </w:p>
    <w:p w14:paraId="7404BF84" w14:textId="77777777" w:rsidR="0051195B" w:rsidRDefault="00D10718">
      <w:pPr>
        <w:spacing w:after="0"/>
      </w:pPr>
      <w:r>
        <w:rPr>
          <w:rFonts w:ascii="Arial" w:hAnsi="Arial"/>
          <w:color w:val="5D7284"/>
        </w:rPr>
        <w:t>41:40</w:t>
      </w:r>
    </w:p>
    <w:p w14:paraId="75341EDD" w14:textId="77777777" w:rsidR="0051195B" w:rsidRDefault="00D10718">
      <w:pPr>
        <w:spacing w:after="0"/>
      </w:pPr>
      <w:r>
        <w:rPr>
          <w:rFonts w:ascii="Arial" w:hAnsi="Arial"/>
        </w:rPr>
        <w:t>Yeah. Very cool. Very cool. What's one thing that you miss the most about the world before the pandemic?</w:t>
      </w:r>
    </w:p>
    <w:p w14:paraId="6B91047C" w14:textId="77777777" w:rsidR="0051195B" w:rsidRDefault="0051195B">
      <w:pPr>
        <w:spacing w:after="0"/>
      </w:pPr>
    </w:p>
    <w:p w14:paraId="35660128" w14:textId="77777777" w:rsidR="0051195B" w:rsidRDefault="00D10718">
      <w:pPr>
        <w:spacing w:after="0"/>
      </w:pPr>
      <w:r>
        <w:rPr>
          <w:rFonts w:ascii="Arial" w:hAnsi="Arial"/>
          <w:color w:val="5D7284"/>
        </w:rPr>
        <w:t>41:48</w:t>
      </w:r>
    </w:p>
    <w:p w14:paraId="25473BF7" w14:textId="77777777" w:rsidR="0051195B" w:rsidRDefault="00D10718">
      <w:pPr>
        <w:spacing w:after="0"/>
      </w:pPr>
      <w:r>
        <w:rPr>
          <w:rFonts w:ascii="Arial" w:hAnsi="Arial"/>
        </w:rPr>
        <w:t xml:space="preserve">Well, one, just the energy of the students on campus? Yeah. That's one thing we missed. And I think </w:t>
      </w:r>
      <w:r>
        <w:rPr>
          <w:rFonts w:ascii="Arial" w:hAnsi="Arial"/>
        </w:rPr>
        <w:t>just just being able to relax outside at a restaurant or even inside a restaurant and being able to go places without having to worry about</w:t>
      </w:r>
    </w:p>
    <w:p w14:paraId="38D443CE" w14:textId="77777777" w:rsidR="0051195B" w:rsidRDefault="0051195B">
      <w:pPr>
        <w:spacing w:after="0"/>
      </w:pPr>
    </w:p>
    <w:p w14:paraId="4239FDD8" w14:textId="77777777" w:rsidR="0051195B" w:rsidRDefault="00D10718">
      <w:pPr>
        <w:spacing w:after="0"/>
      </w:pPr>
      <w:r>
        <w:rPr>
          <w:rFonts w:ascii="Arial" w:hAnsi="Arial"/>
          <w:color w:val="5D7284"/>
        </w:rPr>
        <w:t>42:03</w:t>
      </w:r>
    </w:p>
    <w:p w14:paraId="45CC104D" w14:textId="77777777" w:rsidR="0051195B" w:rsidRDefault="00D10718">
      <w:pPr>
        <w:spacing w:after="0"/>
      </w:pPr>
      <w:r>
        <w:rPr>
          <w:rFonts w:ascii="Arial" w:hAnsi="Arial"/>
        </w:rPr>
        <w:t>Yeah, like a cloud of anxiety. Yeah,</w:t>
      </w:r>
    </w:p>
    <w:p w14:paraId="409A22BA" w14:textId="77777777" w:rsidR="0051195B" w:rsidRDefault="0051195B">
      <w:pPr>
        <w:spacing w:after="0"/>
      </w:pPr>
    </w:p>
    <w:p w14:paraId="743321B8" w14:textId="77777777" w:rsidR="0051195B" w:rsidRDefault="00D10718">
      <w:pPr>
        <w:spacing w:after="0"/>
      </w:pPr>
      <w:r>
        <w:rPr>
          <w:rFonts w:ascii="Arial" w:hAnsi="Arial"/>
          <w:color w:val="5D7284"/>
        </w:rPr>
        <w:t>42:05</w:t>
      </w:r>
    </w:p>
    <w:p w14:paraId="68A17C1D" w14:textId="77777777" w:rsidR="0051195B" w:rsidRDefault="00D10718">
      <w:pPr>
        <w:spacing w:after="0"/>
      </w:pPr>
      <w:r>
        <w:rPr>
          <w:rFonts w:ascii="Arial" w:hAnsi="Arial"/>
        </w:rPr>
        <w:t>yeah, there's just a cloud of anxiety that that surrounds not onl</w:t>
      </w:r>
      <w:r>
        <w:rPr>
          <w:rFonts w:ascii="Arial" w:hAnsi="Arial"/>
        </w:rPr>
        <w:t>y me, but everyone else, you know, like just being able to relax, even the grocery store and spend some time picking out different foods or, you know, it'll be nice when when this is over.</w:t>
      </w:r>
    </w:p>
    <w:p w14:paraId="16235082" w14:textId="77777777" w:rsidR="0051195B" w:rsidRDefault="0051195B">
      <w:pPr>
        <w:spacing w:after="0"/>
      </w:pPr>
    </w:p>
    <w:p w14:paraId="63D45B40" w14:textId="77777777" w:rsidR="0051195B" w:rsidRDefault="00D10718">
      <w:pPr>
        <w:spacing w:after="0"/>
      </w:pPr>
      <w:r>
        <w:rPr>
          <w:rFonts w:ascii="Arial" w:hAnsi="Arial"/>
          <w:color w:val="5D7284"/>
        </w:rPr>
        <w:t>42:20</w:t>
      </w:r>
    </w:p>
    <w:p w14:paraId="64BD7FCA" w14:textId="77777777" w:rsidR="0051195B" w:rsidRDefault="00D10718">
      <w:pPr>
        <w:spacing w:after="0"/>
      </w:pPr>
      <w:r>
        <w:rPr>
          <w:rFonts w:ascii="Arial" w:hAnsi="Arial"/>
        </w:rPr>
        <w:t>Yeah, I agree.</w:t>
      </w:r>
    </w:p>
    <w:p w14:paraId="54DC448B" w14:textId="77777777" w:rsidR="0051195B" w:rsidRDefault="0051195B">
      <w:pPr>
        <w:spacing w:after="0"/>
      </w:pPr>
    </w:p>
    <w:p w14:paraId="213E725F" w14:textId="77777777" w:rsidR="0051195B" w:rsidRDefault="00D10718">
      <w:pPr>
        <w:spacing w:after="0"/>
      </w:pPr>
      <w:r>
        <w:rPr>
          <w:rFonts w:ascii="Arial" w:hAnsi="Arial"/>
          <w:color w:val="5D7284"/>
        </w:rPr>
        <w:t>42:22</w:t>
      </w:r>
    </w:p>
    <w:p w14:paraId="73B6733C" w14:textId="77777777" w:rsidR="0051195B" w:rsidRDefault="00D10718">
      <w:pPr>
        <w:spacing w:after="0"/>
      </w:pPr>
      <w:r>
        <w:rPr>
          <w:rFonts w:ascii="Arial" w:hAnsi="Arial"/>
        </w:rPr>
        <w:t xml:space="preserve">So I have one final question. What is </w:t>
      </w:r>
      <w:r>
        <w:rPr>
          <w:rFonts w:ascii="Arial" w:hAnsi="Arial"/>
        </w:rPr>
        <w:t>maybe one misconception that people have about the work that you do, or</w:t>
      </w:r>
    </w:p>
    <w:p w14:paraId="396FC500" w14:textId="77777777" w:rsidR="0051195B" w:rsidRDefault="0051195B">
      <w:pPr>
        <w:spacing w:after="0"/>
      </w:pPr>
    </w:p>
    <w:p w14:paraId="0FE562C0" w14:textId="77777777" w:rsidR="0051195B" w:rsidRDefault="00D10718">
      <w:pPr>
        <w:spacing w:after="0"/>
      </w:pPr>
      <w:r>
        <w:rPr>
          <w:rFonts w:ascii="Arial" w:hAnsi="Arial"/>
          <w:color w:val="5D7284"/>
        </w:rPr>
        <w:t>42:29</w:t>
      </w:r>
    </w:p>
    <w:p w14:paraId="6E0A19BE" w14:textId="77777777" w:rsidR="0051195B" w:rsidRDefault="00D10718">
      <w:pPr>
        <w:spacing w:after="0"/>
      </w:pPr>
      <w:r>
        <w:rPr>
          <w:rFonts w:ascii="Arial" w:hAnsi="Arial"/>
        </w:rPr>
        <w:t>misconception about the K i,</w:t>
      </w:r>
    </w:p>
    <w:p w14:paraId="148A7E7E" w14:textId="77777777" w:rsidR="0051195B" w:rsidRDefault="0051195B">
      <w:pPr>
        <w:spacing w:after="0"/>
      </w:pPr>
    </w:p>
    <w:p w14:paraId="202373FA" w14:textId="77777777" w:rsidR="0051195B" w:rsidRDefault="00D10718">
      <w:pPr>
        <w:spacing w:after="0"/>
      </w:pPr>
      <w:r>
        <w:rPr>
          <w:rFonts w:ascii="Arial" w:hAnsi="Arial"/>
          <w:color w:val="5D7284"/>
        </w:rPr>
        <w:t>42:32</w:t>
      </w:r>
    </w:p>
    <w:p w14:paraId="0B250D3F" w14:textId="77777777" w:rsidR="0051195B" w:rsidRDefault="00D10718">
      <w:pPr>
        <w:spacing w:after="0"/>
      </w:pPr>
      <w:r>
        <w:rPr>
          <w:rFonts w:ascii="Arial" w:hAnsi="Arial"/>
        </w:rPr>
        <w:t>a misconception about the K I typically is is that we're measuring some sort of capacity or level that that people find us to try to make peo</w:t>
      </w:r>
      <w:r>
        <w:rPr>
          <w:rFonts w:ascii="Arial" w:hAnsi="Arial"/>
        </w:rPr>
        <w:t>ple more innovative. And that's that's not true. Because Because of this popular notion of innovation, it's all around us. You know, everyone's saying, you know, we need to innovate Innovation Campus. I'd love to have an adaption campus, but no one's buyin</w:t>
      </w:r>
      <w:r>
        <w:rPr>
          <w:rFonts w:ascii="Arial" w:hAnsi="Arial"/>
        </w:rPr>
        <w:t>g</w:t>
      </w:r>
    </w:p>
    <w:p w14:paraId="2779F20B" w14:textId="77777777" w:rsidR="0051195B" w:rsidRDefault="0051195B">
      <w:pPr>
        <w:spacing w:after="0"/>
      </w:pPr>
    </w:p>
    <w:p w14:paraId="0C4766C4" w14:textId="77777777" w:rsidR="0051195B" w:rsidRDefault="00D10718">
      <w:pPr>
        <w:spacing w:after="0"/>
      </w:pPr>
      <w:r>
        <w:rPr>
          <w:rFonts w:ascii="Arial" w:hAnsi="Arial"/>
          <w:color w:val="5D7284"/>
        </w:rPr>
        <w:t>42:58</w:t>
      </w:r>
    </w:p>
    <w:p w14:paraId="2A3E2DB8" w14:textId="77777777" w:rsidR="0051195B" w:rsidRDefault="00D10718">
      <w:pPr>
        <w:spacing w:after="0"/>
      </w:pPr>
      <w:r>
        <w:rPr>
          <w:rFonts w:ascii="Arial" w:hAnsi="Arial"/>
        </w:rPr>
        <w:t>that word, it's that word. You know, it makes us think about, yeah, flashy new ideas and interesting things. And then you hear action, and people are like, I don't know if that sounds cool.</w:t>
      </w:r>
    </w:p>
    <w:p w14:paraId="2E6CAE62" w14:textId="77777777" w:rsidR="0051195B" w:rsidRDefault="0051195B">
      <w:pPr>
        <w:spacing w:after="0"/>
      </w:pPr>
    </w:p>
    <w:p w14:paraId="1A6AA478" w14:textId="77777777" w:rsidR="0051195B" w:rsidRDefault="00D10718">
      <w:pPr>
        <w:spacing w:after="0"/>
      </w:pPr>
      <w:r>
        <w:rPr>
          <w:rFonts w:ascii="Arial" w:hAnsi="Arial"/>
          <w:color w:val="5D7284"/>
        </w:rPr>
        <w:t>43:09</w:t>
      </w:r>
    </w:p>
    <w:p w14:paraId="08345249" w14:textId="77777777" w:rsidR="0051195B" w:rsidRDefault="00D10718">
      <w:pPr>
        <w:spacing w:after="0"/>
      </w:pPr>
      <w:r>
        <w:rPr>
          <w:rFonts w:ascii="Arial" w:hAnsi="Arial"/>
        </w:rPr>
        <w:t>Yeah, I don't know what that is. And thankfully, w</w:t>
      </w:r>
      <w:r>
        <w:rPr>
          <w:rFonts w:ascii="Arial" w:hAnsi="Arial"/>
        </w:rPr>
        <w:t>e have adaptive leadership, which is pushed back on that in the case of leadership, but one misperception about me myself is at least I think my family has a me is I sit around this tweed jacket and smoke a, you know, tobacco pipe and walk around professin</w:t>
      </w:r>
      <w:r>
        <w:rPr>
          <w:rFonts w:ascii="Arial" w:hAnsi="Arial"/>
        </w:rPr>
        <w:t>g and teaching classes that the only thing I do is teach classes. I'm like, you know, my summer is actually busier than my semester, you know,</w:t>
      </w:r>
    </w:p>
    <w:p w14:paraId="5A4560F5" w14:textId="77777777" w:rsidR="0051195B" w:rsidRDefault="0051195B">
      <w:pPr>
        <w:spacing w:after="0"/>
      </w:pPr>
    </w:p>
    <w:p w14:paraId="32A577D0" w14:textId="77777777" w:rsidR="0051195B" w:rsidRDefault="00D10718">
      <w:pPr>
        <w:spacing w:after="0"/>
      </w:pPr>
      <w:r>
        <w:rPr>
          <w:rFonts w:ascii="Arial" w:hAnsi="Arial"/>
          <w:color w:val="5D7284"/>
        </w:rPr>
        <w:t>43:37</w:t>
      </w:r>
    </w:p>
    <w:p w14:paraId="10F2341E" w14:textId="77777777" w:rsidR="0051195B" w:rsidRDefault="00D10718">
      <w:pPr>
        <w:spacing w:after="0"/>
      </w:pPr>
      <w:r>
        <w:rPr>
          <w:rFonts w:ascii="Arial" w:hAnsi="Arial"/>
        </w:rPr>
        <w:t>that there's a lot more to my work than just just teaching.</w:t>
      </w:r>
    </w:p>
    <w:p w14:paraId="36C6164D" w14:textId="77777777" w:rsidR="0051195B" w:rsidRDefault="0051195B">
      <w:pPr>
        <w:spacing w:after="0"/>
      </w:pPr>
    </w:p>
    <w:p w14:paraId="685252AD" w14:textId="77777777" w:rsidR="0051195B" w:rsidRDefault="00D10718">
      <w:pPr>
        <w:spacing w:after="0"/>
      </w:pPr>
      <w:r>
        <w:rPr>
          <w:rFonts w:ascii="Arial" w:hAnsi="Arial"/>
          <w:color w:val="5D7284"/>
        </w:rPr>
        <w:t>43:40</w:t>
      </w:r>
    </w:p>
    <w:p w14:paraId="393A945C" w14:textId="77777777" w:rsidR="0051195B" w:rsidRDefault="00D10718">
      <w:pPr>
        <w:spacing w:after="0"/>
      </w:pPr>
      <w:r>
        <w:rPr>
          <w:rFonts w:ascii="Arial" w:hAnsi="Arial"/>
        </w:rPr>
        <w:t xml:space="preserve">Yeah, I had Dr. Eric Kaufman on for </w:t>
      </w:r>
      <w:r>
        <w:rPr>
          <w:rFonts w:ascii="Arial" w:hAnsi="Arial"/>
        </w:rPr>
        <w:t xml:space="preserve">another episode. And his misconception thing was pretty much the same thing. People think that all we do is just teach classes, and walk around and profess our knowledge, and it's a lot more complicated than that. Yep. Yep. Well, Dr. Friedel, thank you so </w:t>
      </w:r>
      <w:r>
        <w:rPr>
          <w:rFonts w:ascii="Arial" w:hAnsi="Arial"/>
        </w:rPr>
        <w:t>much for for being on the show today. And if students want to know more about the KPI beyond the inventory, where should I point them to</w:t>
      </w:r>
    </w:p>
    <w:p w14:paraId="175A5B46" w14:textId="77777777" w:rsidR="0051195B" w:rsidRDefault="0051195B">
      <w:pPr>
        <w:spacing w:after="0"/>
      </w:pPr>
    </w:p>
    <w:p w14:paraId="006C5BB5" w14:textId="77777777" w:rsidR="0051195B" w:rsidRDefault="00D10718">
      <w:pPr>
        <w:spacing w:after="0"/>
      </w:pPr>
      <w:r>
        <w:rPr>
          <w:rFonts w:ascii="Arial" w:hAnsi="Arial"/>
          <w:color w:val="5D7284"/>
        </w:rPr>
        <w:t>44:06</w:t>
      </w:r>
    </w:p>
    <w:p w14:paraId="5806E8F9" w14:textId="77777777" w:rsidR="0051195B" w:rsidRDefault="00D10718">
      <w:pPr>
        <w:spacing w:after="0"/>
      </w:pPr>
      <w:r>
        <w:rPr>
          <w:rFonts w:ascii="Arial" w:hAnsi="Arial"/>
        </w:rPr>
        <w:t>send us an email, you can email us generally at vt.edu. And we have several people that can answer that email, i</w:t>
      </w:r>
      <w:r>
        <w:rPr>
          <w:rFonts w:ascii="Arial" w:hAnsi="Arial"/>
        </w:rPr>
        <w:t>ncluding myself, and that's a good way to ask us questions or get to know more. Okay, great. Thank you. Yep. You're very welcome. Thank you.</w:t>
      </w:r>
    </w:p>
    <w:sectPr w:rsidR="0051195B"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DBBAFB" w14:textId="77777777" w:rsidR="00D10718" w:rsidRDefault="00D10718">
      <w:pPr>
        <w:spacing w:after="0" w:line="240" w:lineRule="auto"/>
      </w:pPr>
      <w:r>
        <w:separator/>
      </w:r>
    </w:p>
  </w:endnote>
  <w:endnote w:type="continuationSeparator" w:id="0">
    <w:p w14:paraId="2BC19568" w14:textId="77777777" w:rsidR="00D10718" w:rsidRDefault="00D107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72650680"/>
      <w:docPartObj>
        <w:docPartGallery w:val="Page Numbers (Bottom of Page)"/>
        <w:docPartUnique/>
      </w:docPartObj>
    </w:sdtPr>
    <w:sdtEndPr>
      <w:rPr>
        <w:rStyle w:val="PageNumber"/>
      </w:rPr>
    </w:sdtEndPr>
    <w:sdtContent>
      <w:p w14:paraId="4E3BA405"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61103DD7"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7213BC5"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29050BAE"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419DE48F"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871F69"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DE20B7" w14:textId="77777777" w:rsidR="00D10718" w:rsidRDefault="00D10718">
      <w:pPr>
        <w:spacing w:after="0" w:line="240" w:lineRule="auto"/>
      </w:pPr>
      <w:r>
        <w:separator/>
      </w:r>
    </w:p>
  </w:footnote>
  <w:footnote w:type="continuationSeparator" w:id="0">
    <w:p w14:paraId="173FB3CF" w14:textId="77777777" w:rsidR="00D10718" w:rsidRDefault="00D107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875FC9"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180ED6"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4A1F04"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51195B"/>
    <w:rsid w:val="006E2A8C"/>
    <w:rsid w:val="007749AF"/>
    <w:rsid w:val="00794EBC"/>
    <w:rsid w:val="00930F33"/>
    <w:rsid w:val="009C3AF0"/>
    <w:rsid w:val="00A12EE5"/>
    <w:rsid w:val="00AA1D8D"/>
    <w:rsid w:val="00B47730"/>
    <w:rsid w:val="00BA4C2B"/>
    <w:rsid w:val="00BD0140"/>
    <w:rsid w:val="00C10B1A"/>
    <w:rsid w:val="00C24502"/>
    <w:rsid w:val="00CB0664"/>
    <w:rsid w:val="00D10718"/>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0C26CD2"/>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6469</Words>
  <Characters>36875</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43258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Council, Austin</cp:lastModifiedBy>
  <cp:revision>2</cp:revision>
  <dcterms:created xsi:type="dcterms:W3CDTF">2021-01-21T16:25:00Z</dcterms:created>
  <dcterms:modified xsi:type="dcterms:W3CDTF">2021-01-21T16:25:00Z</dcterms:modified>
  <cp:category/>
</cp:coreProperties>
</file>