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C18300" w14:textId="77777777" w:rsidR="00930F33" w:rsidRDefault="00930F33">
      <w:pPr>
        <w:spacing w:after="0"/>
        <w:rPr>
          <w:lang w:eastAsia="zh-CN"/>
        </w:rPr>
      </w:pPr>
    </w:p>
    <w:p w14:paraId="64CB77E1" w14:textId="77777777" w:rsidR="00664A9C" w:rsidRDefault="003C723E">
      <w:r>
        <w:rPr>
          <w:rFonts w:ascii="Arial" w:hAnsi="Arial"/>
          <w:sz w:val="48"/>
        </w:rPr>
        <w:t>Diversity and Inclusion with Lauren Oliver</w:t>
      </w:r>
    </w:p>
    <w:p w14:paraId="6CC2ED9E" w14:textId="77777777" w:rsidR="00664A9C" w:rsidRDefault="003C723E">
      <w:r>
        <w:rPr>
          <w:rFonts w:ascii="Arial" w:hAnsi="Arial"/>
          <w:color w:val="4F6880"/>
        </w:rPr>
        <w:t>Sun, 10/4 2:59PM • 59:31</w:t>
      </w:r>
    </w:p>
    <w:p w14:paraId="0D22C268" w14:textId="77777777" w:rsidR="00664A9C" w:rsidRDefault="003C723E">
      <w:pPr>
        <w:spacing w:before="440" w:after="0"/>
      </w:pPr>
      <w:r>
        <w:rPr>
          <w:rFonts w:ascii="Arial" w:hAnsi="Arial"/>
          <w:b/>
          <w:color w:val="4F6880"/>
        </w:rPr>
        <w:t>SUMMARY KEYWORDS</w:t>
      </w:r>
    </w:p>
    <w:p w14:paraId="0988DAF0" w14:textId="77777777" w:rsidR="00664A9C" w:rsidRDefault="003C723E">
      <w:r>
        <w:rPr>
          <w:rFonts w:ascii="Arial" w:hAnsi="Arial"/>
          <w:color w:val="4F6880"/>
        </w:rPr>
        <w:t xml:space="preserve">people, folks, world, deeply, learning, feel, deep, friends, questions, lauren, life, pandemic, community, read, inclusion, students, </w:t>
      </w:r>
      <w:r>
        <w:rPr>
          <w:rFonts w:ascii="Arial" w:hAnsi="Arial"/>
          <w:color w:val="4F6880"/>
        </w:rPr>
        <w:t>conversation, space, live, feedback</w:t>
      </w:r>
    </w:p>
    <w:p w14:paraId="6243E3C8" w14:textId="77777777" w:rsidR="00664A9C" w:rsidRDefault="00664A9C">
      <w:pPr>
        <w:spacing w:after="0"/>
      </w:pPr>
    </w:p>
    <w:p w14:paraId="61864B24" w14:textId="77777777" w:rsidR="00664A9C" w:rsidRDefault="003C723E">
      <w:pPr>
        <w:spacing w:after="0"/>
      </w:pPr>
      <w:r>
        <w:rPr>
          <w:rFonts w:ascii="Arial" w:hAnsi="Arial"/>
          <w:color w:val="5D7284"/>
        </w:rPr>
        <w:t>00:02</w:t>
      </w:r>
    </w:p>
    <w:p w14:paraId="77FD9BF6" w14:textId="77777777" w:rsidR="00664A9C" w:rsidRDefault="003C723E">
      <w:pPr>
        <w:spacing w:after="0"/>
      </w:pPr>
      <w:r>
        <w:rPr>
          <w:rFonts w:ascii="Arial" w:hAnsi="Arial"/>
        </w:rPr>
        <w:t>welcome students and listeners to leadership untangled, a podcast series I started for the leadership courses I teach at Virginia Tech. In this series we explore, untangle and deconstruct what leadership means and</w:t>
      </w:r>
      <w:r>
        <w:rPr>
          <w:rFonts w:ascii="Arial" w:hAnsi="Arial"/>
        </w:rPr>
        <w:t xml:space="preserve"> how we can use it to affect social change in the world. I'm your host, Dr. Austin Council. And in today's episode, we will be untangling some very important topics that have been circulating and are just around us all the time nowadays. And as they should</w:t>
      </w:r>
      <w:r>
        <w:rPr>
          <w:rFonts w:ascii="Arial" w:hAnsi="Arial"/>
        </w:rPr>
        <w:t xml:space="preserve"> be diversity and inclusion, and what these terms mean for leadership. Joining me today is a colleague, and also one of my closest and best friends, Lauren Oliver. Lauren is an assistant director of resin life residential colleges here at Virginia Tech. La</w:t>
      </w:r>
      <w:r>
        <w:rPr>
          <w:rFonts w:ascii="Arial" w:hAnsi="Arial"/>
        </w:rPr>
        <w:t>uren, welcome to the show.</w:t>
      </w:r>
    </w:p>
    <w:p w14:paraId="57551E2F" w14:textId="77777777" w:rsidR="00664A9C" w:rsidRDefault="00664A9C">
      <w:pPr>
        <w:spacing w:after="0"/>
      </w:pPr>
    </w:p>
    <w:p w14:paraId="7773C79D" w14:textId="77777777" w:rsidR="00664A9C" w:rsidRDefault="003C723E">
      <w:pPr>
        <w:spacing w:after="0"/>
      </w:pPr>
      <w:r>
        <w:rPr>
          <w:rFonts w:ascii="Arial" w:hAnsi="Arial"/>
          <w:color w:val="5D7284"/>
        </w:rPr>
        <w:t>00:50</w:t>
      </w:r>
    </w:p>
    <w:p w14:paraId="2FBDCA5F" w14:textId="77777777" w:rsidR="00664A9C" w:rsidRDefault="003C723E">
      <w:pPr>
        <w:spacing w:after="0"/>
      </w:pPr>
      <w:r>
        <w:rPr>
          <w:rFonts w:ascii="Arial" w:hAnsi="Arial"/>
        </w:rPr>
        <w:t>Thank you for having me. I don't know if I'm an expert of any sort. But I think that that's we'll hear me talk more about the neediness for all of us to be learners in this area. So I'd be happy to share my processes.</w:t>
      </w:r>
    </w:p>
    <w:p w14:paraId="1F096D90" w14:textId="77777777" w:rsidR="00664A9C" w:rsidRDefault="00664A9C">
      <w:pPr>
        <w:spacing w:after="0"/>
      </w:pPr>
    </w:p>
    <w:p w14:paraId="47BCF8FD" w14:textId="77777777" w:rsidR="00664A9C" w:rsidRDefault="003C723E">
      <w:pPr>
        <w:spacing w:after="0"/>
      </w:pPr>
      <w:r>
        <w:rPr>
          <w:rFonts w:ascii="Arial" w:hAnsi="Arial"/>
          <w:color w:val="5D7284"/>
        </w:rPr>
        <w:t>01:</w:t>
      </w:r>
      <w:r>
        <w:rPr>
          <w:rFonts w:ascii="Arial" w:hAnsi="Arial"/>
          <w:color w:val="5D7284"/>
        </w:rPr>
        <w:t>03</w:t>
      </w:r>
    </w:p>
    <w:p w14:paraId="37A8ED49" w14:textId="77777777" w:rsidR="00664A9C" w:rsidRDefault="003C723E">
      <w:pPr>
        <w:spacing w:after="0"/>
      </w:pPr>
      <w:r>
        <w:rPr>
          <w:rFonts w:ascii="Arial" w:hAnsi="Arial"/>
        </w:rPr>
        <w:t>So I want to give our listeners a little bit of an understanding of how we know each other. So you have served as a recitation instructor for ldrs 1015. So the this will be the class that I'll be posting this podcast. And so the students are in the clas</w:t>
      </w:r>
      <w:r>
        <w:rPr>
          <w:rFonts w:ascii="Arial" w:hAnsi="Arial"/>
        </w:rPr>
        <w:t>s that are listening to it. And perhaps some of them will actually be in your recitation section this semester. And Lauren represents the people house and lcrc, the leadership and social change residential college. And that house, the people house really f</w:t>
      </w:r>
      <w:r>
        <w:rPr>
          <w:rFonts w:ascii="Arial" w:hAnsi="Arial"/>
        </w:rPr>
        <w:t>ocuses on the UN sustainability goals that are really relative to the human experience, right. And so Lauren, and I got to know each other through the course, she really helped me survive my first year at Tech. And we became friends in that process. And sh</w:t>
      </w:r>
      <w:r>
        <w:rPr>
          <w:rFonts w:ascii="Arial" w:hAnsi="Arial"/>
        </w:rPr>
        <w:t>e even came and visited me for a week in Florida with my family,</w:t>
      </w:r>
    </w:p>
    <w:p w14:paraId="66A3C828" w14:textId="77777777" w:rsidR="00664A9C" w:rsidRDefault="00664A9C">
      <w:pPr>
        <w:spacing w:after="0"/>
      </w:pPr>
    </w:p>
    <w:p w14:paraId="3442A10A" w14:textId="77777777" w:rsidR="00664A9C" w:rsidRDefault="003C723E">
      <w:pPr>
        <w:spacing w:after="0"/>
      </w:pPr>
      <w:r>
        <w:rPr>
          <w:rFonts w:ascii="Arial" w:hAnsi="Arial"/>
          <w:color w:val="5D7284"/>
        </w:rPr>
        <w:t>01:50</w:t>
      </w:r>
    </w:p>
    <w:p w14:paraId="7B28D5CB" w14:textId="77777777" w:rsidR="00664A9C" w:rsidRDefault="003C723E">
      <w:pPr>
        <w:spacing w:after="0"/>
      </w:pPr>
      <w:r>
        <w:rPr>
          <w:rFonts w:ascii="Arial" w:hAnsi="Arial"/>
        </w:rPr>
        <w:t>which is so fun. Florida is a great place. There's some weird things that go on there, but also a really lovely place.</w:t>
      </w:r>
    </w:p>
    <w:p w14:paraId="689ED2CA" w14:textId="77777777" w:rsidR="00664A9C" w:rsidRDefault="00664A9C">
      <w:pPr>
        <w:spacing w:after="0"/>
      </w:pPr>
    </w:p>
    <w:p w14:paraId="30098DF0" w14:textId="77777777" w:rsidR="00664A9C" w:rsidRDefault="003C723E">
      <w:pPr>
        <w:spacing w:after="0"/>
      </w:pPr>
      <w:r>
        <w:rPr>
          <w:rFonts w:ascii="Arial" w:hAnsi="Arial"/>
          <w:color w:val="5D7284"/>
        </w:rPr>
        <w:t>01:56</w:t>
      </w:r>
    </w:p>
    <w:p w14:paraId="79970202" w14:textId="77777777" w:rsidR="00664A9C" w:rsidRDefault="003C723E">
      <w:pPr>
        <w:spacing w:after="0"/>
      </w:pPr>
      <w:r>
        <w:rPr>
          <w:rFonts w:ascii="Arial" w:hAnsi="Arial"/>
        </w:rPr>
        <w:t xml:space="preserve">There's a lot of crazy stuff that goes down in </w:t>
      </w:r>
      <w:r>
        <w:rPr>
          <w:rFonts w:ascii="Arial" w:hAnsi="Arial"/>
        </w:rPr>
        <w:t xml:space="preserve">Florida, I can attest to that. Well, why don't we start by giving our listeners a little understanding of your story and your journey to the to where you are at Tech </w:t>
      </w:r>
      <w:r>
        <w:rPr>
          <w:rFonts w:ascii="Arial" w:hAnsi="Arial"/>
        </w:rPr>
        <w:lastRenderedPageBreak/>
        <w:t>and Housing and Residence Life and what you do and kind of what are the things that led yo</w:t>
      </w:r>
      <w:r>
        <w:rPr>
          <w:rFonts w:ascii="Arial" w:hAnsi="Arial"/>
        </w:rPr>
        <w:t>u to where you are?</w:t>
      </w:r>
    </w:p>
    <w:p w14:paraId="3134EE0E" w14:textId="77777777" w:rsidR="00664A9C" w:rsidRDefault="00664A9C">
      <w:pPr>
        <w:spacing w:after="0"/>
      </w:pPr>
    </w:p>
    <w:p w14:paraId="569D5525" w14:textId="77777777" w:rsidR="00664A9C" w:rsidRDefault="003C723E">
      <w:pPr>
        <w:spacing w:after="0"/>
      </w:pPr>
      <w:r>
        <w:rPr>
          <w:rFonts w:ascii="Arial" w:hAnsi="Arial"/>
          <w:color w:val="5D7284"/>
        </w:rPr>
        <w:t>02:15</w:t>
      </w:r>
    </w:p>
    <w:p w14:paraId="6CD83FE9" w14:textId="77777777" w:rsidR="00664A9C" w:rsidRDefault="003C723E">
      <w:pPr>
        <w:spacing w:after="0"/>
      </w:pPr>
      <w:r>
        <w:rPr>
          <w:rFonts w:ascii="Arial" w:hAnsi="Arial"/>
        </w:rPr>
        <w:t>Yeah, so we'll start a little way, way back, I saw a flashback of my first Facebook photo that I was ever tagged in the other day. And it was when I was at a summer camp in northern Wisconsin that had pretty deeply seated evangel</w:t>
      </w:r>
      <w:r>
        <w:rPr>
          <w:rFonts w:ascii="Arial" w:hAnsi="Arial"/>
        </w:rPr>
        <w:t>ical values. Some of you might connect to that. And some of you may not. But for me, at that time, when I was thinking in high school about where I might want to go to college, what I might want to do in the world, I felt really deeply committed to communi</w:t>
      </w:r>
      <w:r>
        <w:rPr>
          <w:rFonts w:ascii="Arial" w:hAnsi="Arial"/>
        </w:rPr>
        <w:t>ty. And the college that I went was, or the camp that I went to sorry, was owned by a college named Wheaton College. And so I had this idea that I wanted to go to a Christian College because I had this perception that every other college experience was pro</w:t>
      </w:r>
      <w:r>
        <w:rPr>
          <w:rFonts w:ascii="Arial" w:hAnsi="Arial"/>
        </w:rPr>
        <w:t>bably a model of Animal House.</w:t>
      </w:r>
    </w:p>
    <w:p w14:paraId="3F18B4D2" w14:textId="77777777" w:rsidR="00664A9C" w:rsidRDefault="00664A9C">
      <w:pPr>
        <w:spacing w:after="0"/>
      </w:pPr>
    </w:p>
    <w:p w14:paraId="31DDBAC6" w14:textId="77777777" w:rsidR="00664A9C" w:rsidRDefault="003C723E">
      <w:pPr>
        <w:spacing w:after="0"/>
      </w:pPr>
      <w:r>
        <w:rPr>
          <w:rFonts w:ascii="Arial" w:hAnsi="Arial"/>
          <w:color w:val="5D7284"/>
        </w:rPr>
        <w:t>03:06</w:t>
      </w:r>
    </w:p>
    <w:p w14:paraId="225319A5" w14:textId="77777777" w:rsidR="00664A9C" w:rsidRDefault="003C723E">
      <w:pPr>
        <w:spacing w:after="0"/>
      </w:pPr>
      <w:r>
        <w:rPr>
          <w:rFonts w:ascii="Arial" w:hAnsi="Arial"/>
        </w:rPr>
        <w:t>And that just really wasn't my</w:t>
      </w:r>
    </w:p>
    <w:p w14:paraId="690B8F01" w14:textId="77777777" w:rsidR="00664A9C" w:rsidRDefault="00664A9C">
      <w:pPr>
        <w:spacing w:after="0"/>
      </w:pPr>
    </w:p>
    <w:p w14:paraId="7B79FED0" w14:textId="77777777" w:rsidR="00664A9C" w:rsidRDefault="003C723E">
      <w:pPr>
        <w:spacing w:after="0"/>
      </w:pPr>
      <w:r>
        <w:rPr>
          <w:rFonts w:ascii="Arial" w:hAnsi="Arial"/>
          <w:color w:val="5D7284"/>
        </w:rPr>
        <w:t>03:07</w:t>
      </w:r>
    </w:p>
    <w:p w14:paraId="12316F85" w14:textId="77777777" w:rsidR="00664A9C" w:rsidRDefault="003C723E">
      <w:pPr>
        <w:spacing w:after="0"/>
      </w:pPr>
      <w:r>
        <w:rPr>
          <w:rFonts w:ascii="Arial" w:hAnsi="Arial"/>
        </w:rPr>
        <w:t>vibe, I was a pretty goody two shoes was voted in high school most likely to be successful. And so you could say I was a tie out, but in college, went to a Christian College fell r</w:t>
      </w:r>
      <w:r>
        <w:rPr>
          <w:rFonts w:ascii="Arial" w:hAnsi="Arial"/>
        </w:rPr>
        <w:t>eally in love with the experience of community. And for me, that meant an ability to get to know people, and have fun with them, to learn with them to grow with them. One of the most transformational folks, for me in that journey was my hall director Abbey</w:t>
      </w:r>
      <w:r>
        <w:rPr>
          <w:rFonts w:ascii="Arial" w:hAnsi="Arial"/>
        </w:rPr>
        <w:t>. And so for me, the idea of getting to live with people that you're also committed to learning with felt really valuable really early on, in my experience, and also provided space for me to change a lot of the way I think about the world, which I don't th</w:t>
      </w:r>
      <w:r>
        <w:rPr>
          <w:rFonts w:ascii="Arial" w:hAnsi="Arial"/>
        </w:rPr>
        <w:t xml:space="preserve">ink it's nothing to be ashamed of, but rather something to lean into that new information leaves us different. So that kind of inspired me to get into Residence Life. And that's work that I've been doing ever since I think I've been in Residence Life work </w:t>
      </w:r>
      <w:r>
        <w:rPr>
          <w:rFonts w:ascii="Arial" w:hAnsi="Arial"/>
        </w:rPr>
        <w:t>in some capacity from ra up for a decade now. And I love the work. And as I've gotten deeper into it,</w:t>
      </w:r>
    </w:p>
    <w:p w14:paraId="0D9001D5" w14:textId="77777777" w:rsidR="00664A9C" w:rsidRDefault="00664A9C">
      <w:pPr>
        <w:spacing w:after="0"/>
      </w:pPr>
    </w:p>
    <w:p w14:paraId="68A30AEA" w14:textId="77777777" w:rsidR="00664A9C" w:rsidRDefault="003C723E">
      <w:pPr>
        <w:spacing w:after="0"/>
      </w:pPr>
      <w:r>
        <w:rPr>
          <w:rFonts w:ascii="Arial" w:hAnsi="Arial"/>
          <w:color w:val="5D7284"/>
        </w:rPr>
        <w:t>04:19</w:t>
      </w:r>
    </w:p>
    <w:p w14:paraId="51E6983C" w14:textId="77777777" w:rsidR="00664A9C" w:rsidRDefault="003C723E">
      <w:pPr>
        <w:spacing w:after="0"/>
      </w:pPr>
      <w:r>
        <w:rPr>
          <w:rFonts w:ascii="Arial" w:hAnsi="Arial"/>
        </w:rPr>
        <w:t>the way that I've done it has</w:t>
      </w:r>
    </w:p>
    <w:p w14:paraId="166B1ED9" w14:textId="77777777" w:rsidR="00664A9C" w:rsidRDefault="00664A9C">
      <w:pPr>
        <w:spacing w:after="0"/>
      </w:pPr>
    </w:p>
    <w:p w14:paraId="268B37A3" w14:textId="77777777" w:rsidR="00664A9C" w:rsidRDefault="003C723E">
      <w:pPr>
        <w:spacing w:after="0"/>
      </w:pPr>
      <w:r>
        <w:rPr>
          <w:rFonts w:ascii="Arial" w:hAnsi="Arial"/>
          <w:color w:val="5D7284"/>
        </w:rPr>
        <w:t>04:20</w:t>
      </w:r>
    </w:p>
    <w:p w14:paraId="45E222A9" w14:textId="77777777" w:rsidR="00664A9C" w:rsidRDefault="003C723E">
      <w:pPr>
        <w:spacing w:after="0"/>
      </w:pPr>
      <w:r>
        <w:rPr>
          <w:rFonts w:ascii="Arial" w:hAnsi="Arial"/>
        </w:rPr>
        <w:t xml:space="preserve">changed a little bit to engage faculty even more. I feel in much of my work and much of my life, it's getting </w:t>
      </w:r>
      <w:r>
        <w:rPr>
          <w:rFonts w:ascii="Arial" w:hAnsi="Arial"/>
        </w:rPr>
        <w:t>rid of silos. It's getting rid of this bifurcated mind that we have, and making connections with other aspects of our experience. And so that's why I've really deeply loved the residential college</w:t>
      </w:r>
    </w:p>
    <w:p w14:paraId="0F587AF3" w14:textId="77777777" w:rsidR="00664A9C" w:rsidRDefault="00664A9C">
      <w:pPr>
        <w:spacing w:after="0"/>
      </w:pPr>
    </w:p>
    <w:p w14:paraId="50716FAD" w14:textId="77777777" w:rsidR="00664A9C" w:rsidRDefault="003C723E">
      <w:pPr>
        <w:spacing w:after="0"/>
      </w:pPr>
      <w:r>
        <w:rPr>
          <w:rFonts w:ascii="Arial" w:hAnsi="Arial"/>
          <w:color w:val="5D7284"/>
        </w:rPr>
        <w:t>04:39</w:t>
      </w:r>
    </w:p>
    <w:p w14:paraId="2AD630EB" w14:textId="77777777" w:rsidR="00664A9C" w:rsidRDefault="003C723E">
      <w:pPr>
        <w:spacing w:after="0"/>
      </w:pPr>
      <w:r>
        <w:rPr>
          <w:rFonts w:ascii="Arial" w:hAnsi="Arial"/>
        </w:rPr>
        <w:t>work because I feel like that's</w:t>
      </w:r>
    </w:p>
    <w:p w14:paraId="761F5E84" w14:textId="77777777" w:rsidR="00664A9C" w:rsidRDefault="00664A9C">
      <w:pPr>
        <w:spacing w:after="0"/>
      </w:pPr>
    </w:p>
    <w:p w14:paraId="2C79E22B" w14:textId="77777777" w:rsidR="00664A9C" w:rsidRDefault="003C723E">
      <w:pPr>
        <w:spacing w:after="0"/>
      </w:pPr>
      <w:r>
        <w:rPr>
          <w:rFonts w:ascii="Arial" w:hAnsi="Arial"/>
          <w:color w:val="5D7284"/>
        </w:rPr>
        <w:t>04:40</w:t>
      </w:r>
    </w:p>
    <w:p w14:paraId="5AE65AF8" w14:textId="77777777" w:rsidR="00664A9C" w:rsidRDefault="003C723E">
      <w:pPr>
        <w:spacing w:after="0"/>
      </w:pPr>
      <w:r>
        <w:rPr>
          <w:rFonts w:ascii="Arial" w:hAnsi="Arial"/>
        </w:rPr>
        <w:t xml:space="preserve">the heart of </w:t>
      </w:r>
      <w:r>
        <w:rPr>
          <w:rFonts w:ascii="Arial" w:hAnsi="Arial"/>
        </w:rPr>
        <w:t>making some of that bridge building happen in terms of living and learning.</w:t>
      </w:r>
    </w:p>
    <w:p w14:paraId="523CC3A5" w14:textId="77777777" w:rsidR="00664A9C" w:rsidRDefault="00664A9C">
      <w:pPr>
        <w:spacing w:after="0"/>
      </w:pPr>
    </w:p>
    <w:p w14:paraId="002A6BD5" w14:textId="77777777" w:rsidR="00664A9C" w:rsidRDefault="003C723E">
      <w:pPr>
        <w:spacing w:after="0"/>
      </w:pPr>
      <w:r>
        <w:rPr>
          <w:rFonts w:ascii="Arial" w:hAnsi="Arial"/>
          <w:color w:val="5D7284"/>
        </w:rPr>
        <w:t>04:47</w:t>
      </w:r>
    </w:p>
    <w:p w14:paraId="76778A84" w14:textId="77777777" w:rsidR="00664A9C" w:rsidRDefault="003C723E">
      <w:pPr>
        <w:spacing w:after="0"/>
      </w:pPr>
      <w:r>
        <w:rPr>
          <w:rFonts w:ascii="Arial" w:hAnsi="Arial"/>
        </w:rPr>
        <w:lastRenderedPageBreak/>
        <w:t>I'm struck by your experiences living in the residence hall that you're in that you were in and your hall director Abbey, you said that that gave you the space to change wha</w:t>
      </w:r>
      <w:r>
        <w:rPr>
          <w:rFonts w:ascii="Arial" w:hAnsi="Arial"/>
        </w:rPr>
        <w:t>t kind of Experience Did you have that prompted a change? And how did that affect you?</w:t>
      </w:r>
    </w:p>
    <w:p w14:paraId="6309D660" w14:textId="77777777" w:rsidR="00664A9C" w:rsidRDefault="00664A9C">
      <w:pPr>
        <w:spacing w:after="0"/>
      </w:pPr>
    </w:p>
    <w:p w14:paraId="0B7202CF" w14:textId="77777777" w:rsidR="00664A9C" w:rsidRDefault="003C723E">
      <w:pPr>
        <w:spacing w:after="0"/>
      </w:pPr>
      <w:r>
        <w:rPr>
          <w:rFonts w:ascii="Arial" w:hAnsi="Arial"/>
          <w:color w:val="5D7284"/>
        </w:rPr>
        <w:t>05:04</w:t>
      </w:r>
    </w:p>
    <w:p w14:paraId="2FE28230" w14:textId="77777777" w:rsidR="00664A9C" w:rsidRDefault="003C723E">
      <w:pPr>
        <w:spacing w:after="0"/>
      </w:pPr>
      <w:r>
        <w:rPr>
          <w:rFonts w:ascii="Arial" w:hAnsi="Arial"/>
        </w:rPr>
        <w:t xml:space="preserve">Yeah, so when I was in college, and this is a lot about, like my journey, and even which we'll talk about more in terms of social identities and such along the </w:t>
      </w:r>
      <w:r>
        <w:rPr>
          <w:rFonts w:ascii="Arial" w:hAnsi="Arial"/>
        </w:rPr>
        <w:t>way, I'm sure. But in college was where I really came to grapple with my whiteness. I lived with a Puerto Rican roommate aynsley, who was a dear friend. And I also had another friend, Brandon, who also identified as a Puerto Rican man. And they became real</w:t>
      </w:r>
      <w:r>
        <w:rPr>
          <w:rFonts w:ascii="Arial" w:hAnsi="Arial"/>
        </w:rPr>
        <w:t>ly close friends, but I didn't understand in college where maybe I had different privileges because of my identity. And they were patient, and helping me to come to terms with that, especially in grappling with some really hard conversations that came up w</w:t>
      </w:r>
      <w:r>
        <w:rPr>
          <w:rFonts w:ascii="Arial" w:hAnsi="Arial"/>
        </w:rPr>
        <w:t>hen Trayvon Martin was killed. And so having people to ask questions with to explore the Why did this happen? What does this tell us about what's happening in the world? Abby did, like held that space for me to ask her questions that maybe I felt were stup</w:t>
      </w:r>
      <w:r>
        <w:rPr>
          <w:rFonts w:ascii="Arial" w:hAnsi="Arial"/>
        </w:rPr>
        <w:t>id questions or questions that maybe would have hurt one of my close friends. But I was deeply trying to reckon with what it looked like to care for them well, and she was able to hold that space for me to change to ask like questions that maybe seemed tri</w:t>
      </w:r>
      <w:r>
        <w:rPr>
          <w:rFonts w:ascii="Arial" w:hAnsi="Arial"/>
        </w:rPr>
        <w:t>vial to say things about what I've believed before that may be harmful, and to allow me to evolve.</w:t>
      </w:r>
    </w:p>
    <w:p w14:paraId="1FA92DC0" w14:textId="77777777" w:rsidR="00664A9C" w:rsidRDefault="00664A9C">
      <w:pPr>
        <w:spacing w:after="0"/>
      </w:pPr>
    </w:p>
    <w:p w14:paraId="384CEF13" w14:textId="77777777" w:rsidR="00664A9C" w:rsidRDefault="003C723E">
      <w:pPr>
        <w:spacing w:after="0"/>
      </w:pPr>
      <w:r>
        <w:rPr>
          <w:rFonts w:ascii="Arial" w:hAnsi="Arial"/>
          <w:color w:val="5D7284"/>
        </w:rPr>
        <w:t>06:30</w:t>
      </w:r>
    </w:p>
    <w:p w14:paraId="7A7C7AF3" w14:textId="77777777" w:rsidR="00664A9C" w:rsidRDefault="003C723E">
      <w:pPr>
        <w:spacing w:after="0"/>
      </w:pPr>
      <w:r>
        <w:rPr>
          <w:rFonts w:ascii="Arial" w:hAnsi="Arial"/>
        </w:rPr>
        <w:t xml:space="preserve">I think that's a powerful thing. Because those of us that want to engage ourselves and understanding our social identities and that want to </w:t>
      </w:r>
      <w:r>
        <w:rPr>
          <w:rFonts w:ascii="Arial" w:hAnsi="Arial"/>
        </w:rPr>
        <w:t>commit ourselves to social justice work, I feel like there is a fear that we're going to be judged if we have certain beliefs that we're trying to deconstruct. And even though we find ourselves in, quote, unquote, these progressive spaces, some of those ca</w:t>
      </w:r>
      <w:r>
        <w:rPr>
          <w:rFonts w:ascii="Arial" w:hAnsi="Arial"/>
        </w:rPr>
        <w:t>n be exclusionary, if you're not of a certain belief for people. So that space to be able to process to be able to deconstruct and untangle I'm sure was a really powerful thing.</w:t>
      </w:r>
    </w:p>
    <w:p w14:paraId="1485AE52" w14:textId="77777777" w:rsidR="00664A9C" w:rsidRDefault="00664A9C">
      <w:pPr>
        <w:spacing w:after="0"/>
      </w:pPr>
    </w:p>
    <w:p w14:paraId="677D44F2" w14:textId="77777777" w:rsidR="00664A9C" w:rsidRDefault="003C723E">
      <w:pPr>
        <w:spacing w:after="0"/>
      </w:pPr>
      <w:r>
        <w:rPr>
          <w:rFonts w:ascii="Arial" w:hAnsi="Arial"/>
          <w:color w:val="5D7284"/>
        </w:rPr>
        <w:t>07:04</w:t>
      </w:r>
    </w:p>
    <w:p w14:paraId="4BCAEADB" w14:textId="77777777" w:rsidR="00664A9C" w:rsidRDefault="003C723E">
      <w:pPr>
        <w:spacing w:after="0"/>
      </w:pPr>
      <w:r>
        <w:rPr>
          <w:rFonts w:ascii="Arial" w:hAnsi="Arial"/>
        </w:rPr>
        <w:t>Yeah. And I think it gets to like the way that I view this work as ofte</w:t>
      </w:r>
      <w:r>
        <w:rPr>
          <w:rFonts w:ascii="Arial" w:hAnsi="Arial"/>
        </w:rPr>
        <w:t xml:space="preserve">n many of you probably heard the terminologies before woke, I'm not a big believer, and that that's anybody's lived reality. I think that if you're committed to this work, we're all going through our awakening. And that it's a continual process, to learn, </w:t>
      </w:r>
      <w:r>
        <w:rPr>
          <w:rFonts w:ascii="Arial" w:hAnsi="Arial"/>
        </w:rPr>
        <w:t>to see to hear, and to use, the way that we show up in the world, to refine our own learning about who we are</w:t>
      </w:r>
    </w:p>
    <w:p w14:paraId="42A09F76" w14:textId="77777777" w:rsidR="00664A9C" w:rsidRDefault="00664A9C">
      <w:pPr>
        <w:spacing w:after="0"/>
      </w:pPr>
    </w:p>
    <w:p w14:paraId="27124BC8" w14:textId="77777777" w:rsidR="00664A9C" w:rsidRDefault="003C723E">
      <w:pPr>
        <w:spacing w:after="0"/>
      </w:pPr>
      <w:r>
        <w:rPr>
          <w:rFonts w:ascii="Arial" w:hAnsi="Arial"/>
          <w:color w:val="5D7284"/>
        </w:rPr>
        <w:t>07:34</w:t>
      </w:r>
    </w:p>
    <w:p w14:paraId="03F2104D" w14:textId="77777777" w:rsidR="00664A9C" w:rsidRDefault="003C723E">
      <w:pPr>
        <w:spacing w:after="0"/>
      </w:pPr>
      <w:r>
        <w:rPr>
          <w:rFonts w:ascii="Arial" w:hAnsi="Arial"/>
        </w:rPr>
        <w:t>and at times, how</w:t>
      </w:r>
    </w:p>
    <w:p w14:paraId="786808E0" w14:textId="77777777" w:rsidR="00664A9C" w:rsidRDefault="00664A9C">
      <w:pPr>
        <w:spacing w:after="0"/>
      </w:pPr>
    </w:p>
    <w:p w14:paraId="4A296E56" w14:textId="77777777" w:rsidR="00664A9C" w:rsidRDefault="003C723E">
      <w:pPr>
        <w:spacing w:after="0"/>
      </w:pPr>
      <w:r>
        <w:rPr>
          <w:rFonts w:ascii="Arial" w:hAnsi="Arial"/>
          <w:color w:val="5D7284"/>
        </w:rPr>
        <w:t>07:36</w:t>
      </w:r>
    </w:p>
    <w:p w14:paraId="327AC7EA" w14:textId="77777777" w:rsidR="00664A9C" w:rsidRDefault="003C723E">
      <w:pPr>
        <w:spacing w:after="0"/>
      </w:pPr>
      <w:r>
        <w:rPr>
          <w:rFonts w:ascii="Arial" w:hAnsi="Arial"/>
        </w:rPr>
        <w:t>who we are without our even knowingness harms other people. And so I think that learning is really valuable.</w:t>
      </w:r>
    </w:p>
    <w:p w14:paraId="2B541A5A" w14:textId="77777777" w:rsidR="00664A9C" w:rsidRDefault="00664A9C">
      <w:pPr>
        <w:spacing w:after="0"/>
      </w:pPr>
    </w:p>
    <w:p w14:paraId="5483A6F7" w14:textId="77777777" w:rsidR="00664A9C" w:rsidRDefault="003C723E">
      <w:pPr>
        <w:spacing w:after="0"/>
      </w:pPr>
      <w:r>
        <w:rPr>
          <w:rFonts w:ascii="Arial" w:hAnsi="Arial"/>
          <w:color w:val="5D7284"/>
        </w:rPr>
        <w:t>07:4</w:t>
      </w:r>
      <w:r>
        <w:rPr>
          <w:rFonts w:ascii="Arial" w:hAnsi="Arial"/>
          <w:color w:val="5D7284"/>
        </w:rPr>
        <w:t>2</w:t>
      </w:r>
    </w:p>
    <w:p w14:paraId="59A93B61" w14:textId="77777777" w:rsidR="00664A9C" w:rsidRDefault="003C723E">
      <w:pPr>
        <w:spacing w:after="0"/>
      </w:pPr>
      <w:r>
        <w:rPr>
          <w:rFonts w:ascii="Arial" w:hAnsi="Arial"/>
        </w:rPr>
        <w:t>I also don't know that it's fair to ask all people</w:t>
      </w:r>
    </w:p>
    <w:p w14:paraId="4C57D66C" w14:textId="77777777" w:rsidR="00664A9C" w:rsidRDefault="00664A9C">
      <w:pPr>
        <w:spacing w:after="0"/>
      </w:pPr>
    </w:p>
    <w:p w14:paraId="60C9D36F" w14:textId="77777777" w:rsidR="00664A9C" w:rsidRDefault="003C723E">
      <w:pPr>
        <w:spacing w:after="0"/>
      </w:pPr>
      <w:r>
        <w:rPr>
          <w:rFonts w:ascii="Arial" w:hAnsi="Arial"/>
          <w:color w:val="5D7284"/>
        </w:rPr>
        <w:lastRenderedPageBreak/>
        <w:t>07:45</w:t>
      </w:r>
    </w:p>
    <w:p w14:paraId="39C1403C" w14:textId="77777777" w:rsidR="00664A9C" w:rsidRDefault="003C723E">
      <w:pPr>
        <w:spacing w:after="0"/>
      </w:pPr>
      <w:r>
        <w:rPr>
          <w:rFonts w:ascii="Arial" w:hAnsi="Arial"/>
        </w:rPr>
        <w:t>to hold that space. For other folks, I think there are reasons sometimes wife, individuals can't hold space for that type of learning. But I think for social change, it matters that some of us do,</w:t>
      </w:r>
      <w:r>
        <w:rPr>
          <w:rFonts w:ascii="Arial" w:hAnsi="Arial"/>
        </w:rPr>
        <w:t xml:space="preserve"> and that some of us make it our work. And I have felt committed over the years to make it my work to hold space like that for folks to do learning. I think where my privilege comes into play in this conversation, is that when students are doing that learn</w:t>
      </w:r>
      <w:r>
        <w:rPr>
          <w:rFonts w:ascii="Arial" w:hAnsi="Arial"/>
        </w:rPr>
        <w:t>ing, and sometimes we do say harmful things that I don't have trauma or trigger thought attaches to, and I'm really able to do that learning with them as I've been there</w:t>
      </w:r>
    </w:p>
    <w:p w14:paraId="45CA21C0" w14:textId="77777777" w:rsidR="00664A9C" w:rsidRDefault="00664A9C">
      <w:pPr>
        <w:spacing w:after="0"/>
      </w:pPr>
    </w:p>
    <w:p w14:paraId="767DA86D" w14:textId="77777777" w:rsidR="00664A9C" w:rsidRDefault="003C723E">
      <w:pPr>
        <w:spacing w:after="0"/>
      </w:pPr>
      <w:r>
        <w:rPr>
          <w:rFonts w:ascii="Arial" w:hAnsi="Arial"/>
          <w:color w:val="5D7284"/>
        </w:rPr>
        <w:t>08:21</w:t>
      </w:r>
    </w:p>
    <w:p w14:paraId="4DB34A18" w14:textId="77777777" w:rsidR="00664A9C" w:rsidRDefault="003C723E">
      <w:pPr>
        <w:spacing w:after="0"/>
      </w:pPr>
      <w:r>
        <w:rPr>
          <w:rFonts w:ascii="Arial" w:hAnsi="Arial"/>
        </w:rPr>
        <w:t>myself.</w:t>
      </w:r>
    </w:p>
    <w:p w14:paraId="722E5528" w14:textId="77777777" w:rsidR="00664A9C" w:rsidRDefault="00664A9C">
      <w:pPr>
        <w:spacing w:after="0"/>
      </w:pPr>
    </w:p>
    <w:p w14:paraId="7685C295" w14:textId="77777777" w:rsidR="00664A9C" w:rsidRDefault="003C723E">
      <w:pPr>
        <w:spacing w:after="0"/>
      </w:pPr>
      <w:r>
        <w:rPr>
          <w:rFonts w:ascii="Arial" w:hAnsi="Arial"/>
          <w:color w:val="5D7284"/>
        </w:rPr>
        <w:t>08:24</w:t>
      </w:r>
    </w:p>
    <w:p w14:paraId="0486D36E" w14:textId="77777777" w:rsidR="00664A9C" w:rsidRDefault="003C723E">
      <w:pPr>
        <w:spacing w:after="0"/>
      </w:pPr>
      <w:r>
        <w:rPr>
          <w:rFonts w:ascii="Arial" w:hAnsi="Arial"/>
        </w:rPr>
        <w:t>Yeah, you're able to, perhaps extend grace where it's needed, ri</w:t>
      </w:r>
      <w:r>
        <w:rPr>
          <w:rFonts w:ascii="Arial" w:hAnsi="Arial"/>
        </w:rPr>
        <w:t>ght? So tell us a little bit about your kind of day to day role and responsibilities, things like that with your position.</w:t>
      </w:r>
    </w:p>
    <w:p w14:paraId="4369DBD5" w14:textId="77777777" w:rsidR="00664A9C" w:rsidRDefault="00664A9C">
      <w:pPr>
        <w:spacing w:after="0"/>
      </w:pPr>
    </w:p>
    <w:p w14:paraId="4F234F0C" w14:textId="77777777" w:rsidR="00664A9C" w:rsidRDefault="003C723E">
      <w:pPr>
        <w:spacing w:after="0"/>
      </w:pPr>
      <w:r>
        <w:rPr>
          <w:rFonts w:ascii="Arial" w:hAnsi="Arial"/>
          <w:color w:val="5D7284"/>
        </w:rPr>
        <w:t>08:38</w:t>
      </w:r>
    </w:p>
    <w:p w14:paraId="189C62F1" w14:textId="77777777" w:rsidR="00664A9C" w:rsidRDefault="003C723E">
      <w:pPr>
        <w:spacing w:after="0"/>
      </w:pPr>
      <w:r>
        <w:rPr>
          <w:rFonts w:ascii="Arial" w:hAnsi="Arial"/>
        </w:rPr>
        <w:t xml:space="preserve">Yeah, it never looks the same. So most movement, parents either think I'm a student, or I'm an RA, Resident Advisor. But </w:t>
      </w:r>
      <w:r>
        <w:rPr>
          <w:rFonts w:ascii="Arial" w:hAnsi="Arial"/>
        </w:rPr>
        <w:t xml:space="preserve">the reality is my job is quite complex. So it could be from anything in terms of in this current world, doing COVID-19 protocol planning? How are we going to get students here? How are we going to get them here safely, when they are here? How are we going </w:t>
      </w:r>
      <w:r>
        <w:rPr>
          <w:rFonts w:ascii="Arial" w:hAnsi="Arial"/>
        </w:rPr>
        <w:t>to model public health in a way that supports student life? And then sometimes it looks like meeting with faculty talking about what our programming wants in the hall in the hall? And how does that support student learning in a way that students will still</w:t>
      </w:r>
      <w:r>
        <w:rPr>
          <w:rFonts w:ascii="Arial" w:hAnsi="Arial"/>
        </w:rPr>
        <w:t xml:space="preserve"> engage and it doesn't feel like another class, to having conversations with students that find themselves in really hard situations, whether that's the death of a parent, whether that is a sexual assault, to shepherding resident advisors and their own lea</w:t>
      </w:r>
      <w:r>
        <w:rPr>
          <w:rFonts w:ascii="Arial" w:hAnsi="Arial"/>
        </w:rPr>
        <w:t>rning of around their position and how to hold space for folks, and how to like, build and sustain and maintain community. So I would say by nature, a lot of the day to day things can change, but overall the experience is Community Development at large.</w:t>
      </w:r>
    </w:p>
    <w:p w14:paraId="428C7A63" w14:textId="77777777" w:rsidR="00664A9C" w:rsidRDefault="00664A9C">
      <w:pPr>
        <w:spacing w:after="0"/>
      </w:pPr>
    </w:p>
    <w:p w14:paraId="224002B5" w14:textId="77777777" w:rsidR="00664A9C" w:rsidRDefault="003C723E">
      <w:pPr>
        <w:spacing w:after="0"/>
      </w:pPr>
      <w:r>
        <w:rPr>
          <w:rFonts w:ascii="Arial" w:hAnsi="Arial"/>
          <w:color w:val="5D7284"/>
        </w:rPr>
        <w:t>0</w:t>
      </w:r>
      <w:r>
        <w:rPr>
          <w:rFonts w:ascii="Arial" w:hAnsi="Arial"/>
          <w:color w:val="5D7284"/>
        </w:rPr>
        <w:t>9:54</w:t>
      </w:r>
    </w:p>
    <w:p w14:paraId="0CB48BF6" w14:textId="77777777" w:rsidR="00664A9C" w:rsidRDefault="003C723E">
      <w:pPr>
        <w:spacing w:after="0"/>
      </w:pPr>
      <w:r>
        <w:rPr>
          <w:rFonts w:ascii="Arial" w:hAnsi="Arial"/>
        </w:rPr>
        <w:t>Sounds like you wear many hats.</w:t>
      </w:r>
    </w:p>
    <w:p w14:paraId="056A044F" w14:textId="77777777" w:rsidR="00664A9C" w:rsidRDefault="00664A9C">
      <w:pPr>
        <w:spacing w:after="0"/>
      </w:pPr>
    </w:p>
    <w:p w14:paraId="4F33F70E" w14:textId="77777777" w:rsidR="00664A9C" w:rsidRDefault="003C723E">
      <w:pPr>
        <w:spacing w:after="0"/>
      </w:pPr>
      <w:r>
        <w:rPr>
          <w:rFonts w:ascii="Arial" w:hAnsi="Arial"/>
          <w:color w:val="5D7284"/>
        </w:rPr>
        <w:t>09:56</w:t>
      </w:r>
    </w:p>
    <w:p w14:paraId="1799C24F" w14:textId="77777777" w:rsidR="00664A9C" w:rsidRDefault="003C723E">
      <w:pPr>
        <w:spacing w:after="0"/>
      </w:pPr>
      <w:r>
        <w:rPr>
          <w:rFonts w:ascii="Arial" w:hAnsi="Arial"/>
        </w:rPr>
        <w:t>So many I kind of compare it to like a general clinician. Or an urgent care, you come to see me. Because hopefully you view me as a person that feels like a safe place. And then I can help connect you to maybe th</w:t>
      </w:r>
      <w:r>
        <w:rPr>
          <w:rFonts w:ascii="Arial" w:hAnsi="Arial"/>
        </w:rPr>
        <w:t>e orthopedic surgeon or the cardiac doctor, I do more of that pointing you in the direction of a specific niche.</w:t>
      </w:r>
    </w:p>
    <w:p w14:paraId="00C00B99" w14:textId="77777777" w:rsidR="00664A9C" w:rsidRDefault="00664A9C">
      <w:pPr>
        <w:spacing w:after="0"/>
      </w:pPr>
    </w:p>
    <w:p w14:paraId="62899737" w14:textId="77777777" w:rsidR="00664A9C" w:rsidRDefault="003C723E">
      <w:pPr>
        <w:spacing w:after="0"/>
      </w:pPr>
      <w:r>
        <w:rPr>
          <w:rFonts w:ascii="Arial" w:hAnsi="Arial"/>
          <w:color w:val="5D7284"/>
        </w:rPr>
        <w:t>10:23</w:t>
      </w:r>
    </w:p>
    <w:p w14:paraId="537B0062" w14:textId="77777777" w:rsidR="00664A9C" w:rsidRDefault="003C723E">
      <w:pPr>
        <w:spacing w:after="0"/>
      </w:pPr>
      <w:r>
        <w:rPr>
          <w:rFonts w:ascii="Arial" w:hAnsi="Arial"/>
        </w:rPr>
        <w:t>Hmm, the Sherpa the guide?</w:t>
      </w:r>
    </w:p>
    <w:p w14:paraId="30CA8805" w14:textId="77777777" w:rsidR="00664A9C" w:rsidRDefault="00664A9C">
      <w:pPr>
        <w:spacing w:after="0"/>
      </w:pPr>
    </w:p>
    <w:p w14:paraId="64D0E82E" w14:textId="77777777" w:rsidR="00664A9C" w:rsidRDefault="003C723E">
      <w:pPr>
        <w:spacing w:after="0"/>
      </w:pPr>
      <w:r>
        <w:rPr>
          <w:rFonts w:ascii="Arial" w:hAnsi="Arial"/>
          <w:color w:val="5D7284"/>
        </w:rPr>
        <w:t>10:26</w:t>
      </w:r>
    </w:p>
    <w:p w14:paraId="3D6807AD" w14:textId="77777777" w:rsidR="00664A9C" w:rsidRDefault="003C723E">
      <w:pPr>
        <w:spacing w:after="0"/>
      </w:pPr>
      <w:r>
        <w:rPr>
          <w:rFonts w:ascii="Arial" w:hAnsi="Arial"/>
        </w:rPr>
        <w:t>I try, but I don't really like lambs. So, I</w:t>
      </w:r>
    </w:p>
    <w:p w14:paraId="5AFB3EF4" w14:textId="77777777" w:rsidR="00664A9C" w:rsidRDefault="00664A9C">
      <w:pPr>
        <w:spacing w:after="0"/>
      </w:pPr>
    </w:p>
    <w:p w14:paraId="73AAFEF0" w14:textId="77777777" w:rsidR="00664A9C" w:rsidRDefault="003C723E">
      <w:pPr>
        <w:spacing w:after="0"/>
      </w:pPr>
      <w:r>
        <w:rPr>
          <w:rFonts w:ascii="Arial" w:hAnsi="Arial"/>
          <w:color w:val="5D7284"/>
        </w:rPr>
        <w:t>10:31</w:t>
      </w:r>
    </w:p>
    <w:p w14:paraId="02033766" w14:textId="77777777" w:rsidR="00664A9C" w:rsidRDefault="003C723E">
      <w:pPr>
        <w:spacing w:after="0"/>
      </w:pPr>
      <w:r>
        <w:rPr>
          <w:rFonts w:ascii="Arial" w:hAnsi="Arial"/>
        </w:rPr>
        <w:t>really like that word you use? Like maybe that shou</w:t>
      </w:r>
      <w:r>
        <w:rPr>
          <w:rFonts w:ascii="Arial" w:hAnsi="Arial"/>
        </w:rPr>
        <w:t>ld be your job title is like, would you say like community development? You know? Sounds like more fitting?</w:t>
      </w:r>
    </w:p>
    <w:p w14:paraId="5071016C" w14:textId="77777777" w:rsidR="00664A9C" w:rsidRDefault="00664A9C">
      <w:pPr>
        <w:spacing w:after="0"/>
      </w:pPr>
    </w:p>
    <w:p w14:paraId="1A505D03" w14:textId="77777777" w:rsidR="00664A9C" w:rsidRDefault="003C723E">
      <w:pPr>
        <w:spacing w:after="0"/>
      </w:pPr>
      <w:r>
        <w:rPr>
          <w:rFonts w:ascii="Arial" w:hAnsi="Arial"/>
          <w:color w:val="5D7284"/>
        </w:rPr>
        <w:t>10:40</w:t>
      </w:r>
    </w:p>
    <w:p w14:paraId="180CFF3A" w14:textId="77777777" w:rsidR="00664A9C" w:rsidRDefault="003C723E">
      <w:pPr>
        <w:spacing w:after="0"/>
      </w:pPr>
      <w:r>
        <w:rPr>
          <w:rFonts w:ascii="Arial" w:hAnsi="Arial"/>
        </w:rPr>
        <w:t xml:space="preserve">Yeah, it's a little bit of everything. I don't know the titles like that you find that term for them and bureaucratic sounds, but that might </w:t>
      </w:r>
      <w:r>
        <w:rPr>
          <w:rFonts w:ascii="Arial" w:hAnsi="Arial"/>
        </w:rPr>
        <w:t>be another conversation.</w:t>
      </w:r>
    </w:p>
    <w:p w14:paraId="45A82452" w14:textId="77777777" w:rsidR="00664A9C" w:rsidRDefault="00664A9C">
      <w:pPr>
        <w:spacing w:after="0"/>
      </w:pPr>
    </w:p>
    <w:p w14:paraId="5E8625DE" w14:textId="77777777" w:rsidR="00664A9C" w:rsidRDefault="003C723E">
      <w:pPr>
        <w:spacing w:after="0"/>
      </w:pPr>
      <w:r>
        <w:rPr>
          <w:rFonts w:ascii="Arial" w:hAnsi="Arial"/>
          <w:color w:val="5D7284"/>
        </w:rPr>
        <w:t>10:52</w:t>
      </w:r>
    </w:p>
    <w:p w14:paraId="5B67ABCF" w14:textId="77777777" w:rsidR="00664A9C" w:rsidRDefault="003C723E">
      <w:pPr>
        <w:spacing w:after="0"/>
      </w:pPr>
      <w:r>
        <w:rPr>
          <w:rFonts w:ascii="Arial" w:hAnsi="Arial"/>
        </w:rPr>
        <w:t>So this week, we are in the in the course we are learning about diversity and inclusion and how these two things sort of interact and relate to leadership. Really, in my mind of the whole class. These should be intertwined e</w:t>
      </w:r>
      <w:r>
        <w:rPr>
          <w:rFonts w:ascii="Arial" w:hAnsi="Arial"/>
        </w:rPr>
        <w:t>ach week. But you know, how textbooks are set up, you know, these things are sort of compartmentalised. So this is going to be the focus this week, in your experiences, how do you define these two terms diversity and inclusion? And maybe how are they simil</w:t>
      </w:r>
      <w:r>
        <w:rPr>
          <w:rFonts w:ascii="Arial" w:hAnsi="Arial"/>
        </w:rPr>
        <w:t>ar? How are they different?</w:t>
      </w:r>
    </w:p>
    <w:p w14:paraId="33370F33" w14:textId="77777777" w:rsidR="00664A9C" w:rsidRDefault="00664A9C">
      <w:pPr>
        <w:spacing w:after="0"/>
      </w:pPr>
    </w:p>
    <w:p w14:paraId="624ED9B0" w14:textId="77777777" w:rsidR="00664A9C" w:rsidRDefault="003C723E">
      <w:pPr>
        <w:spacing w:after="0"/>
      </w:pPr>
      <w:r>
        <w:rPr>
          <w:rFonts w:ascii="Arial" w:hAnsi="Arial"/>
          <w:color w:val="5D7284"/>
        </w:rPr>
        <w:t>11:25</w:t>
      </w:r>
    </w:p>
    <w:p w14:paraId="06021DB1" w14:textId="77777777" w:rsidR="00664A9C" w:rsidRDefault="003C723E">
      <w:pPr>
        <w:spacing w:after="0"/>
      </w:pPr>
      <w:r>
        <w:rPr>
          <w:rFonts w:ascii="Arial" w:hAnsi="Arial"/>
        </w:rPr>
        <w:t>So some of you may have heard,</w:t>
      </w:r>
    </w:p>
    <w:p w14:paraId="1A39C03B" w14:textId="77777777" w:rsidR="00664A9C" w:rsidRDefault="00664A9C">
      <w:pPr>
        <w:spacing w:after="0"/>
      </w:pPr>
    </w:p>
    <w:p w14:paraId="3490625D" w14:textId="77777777" w:rsidR="00664A9C" w:rsidRDefault="003C723E">
      <w:pPr>
        <w:spacing w:after="0"/>
      </w:pPr>
      <w:r>
        <w:rPr>
          <w:rFonts w:ascii="Arial" w:hAnsi="Arial"/>
          <w:color w:val="5D7284"/>
        </w:rPr>
        <w:t>11:28</w:t>
      </w:r>
    </w:p>
    <w:p w14:paraId="221A55D7" w14:textId="77777777" w:rsidR="00664A9C" w:rsidRDefault="003C723E">
      <w:pPr>
        <w:spacing w:after="0"/>
      </w:pPr>
      <w:r>
        <w:rPr>
          <w:rFonts w:ascii="Arial" w:hAnsi="Arial"/>
        </w:rPr>
        <w:t>kind of sample or drawn on before of diversity is kind of a mixed bag. So let's take a bag of Skittles, they're all different colors. So that in itself, things being acknowledged, are</w:t>
      </w:r>
      <w:r>
        <w:rPr>
          <w:rFonts w:ascii="Arial" w:hAnsi="Arial"/>
        </w:rPr>
        <w:t xml:space="preserve"> showing up in</w:t>
      </w:r>
    </w:p>
    <w:p w14:paraId="675BDA97" w14:textId="77777777" w:rsidR="00664A9C" w:rsidRDefault="00664A9C">
      <w:pPr>
        <w:spacing w:after="0"/>
      </w:pPr>
    </w:p>
    <w:p w14:paraId="49DDC99E" w14:textId="77777777" w:rsidR="00664A9C" w:rsidRDefault="003C723E">
      <w:pPr>
        <w:spacing w:after="0"/>
      </w:pPr>
      <w:r>
        <w:rPr>
          <w:rFonts w:ascii="Arial" w:hAnsi="Arial"/>
          <w:color w:val="5D7284"/>
        </w:rPr>
        <w:t>11:42</w:t>
      </w:r>
    </w:p>
    <w:p w14:paraId="5C8C886A" w14:textId="77777777" w:rsidR="00664A9C" w:rsidRDefault="003C723E">
      <w:pPr>
        <w:spacing w:after="0"/>
      </w:pPr>
      <w:r>
        <w:rPr>
          <w:rFonts w:ascii="Arial" w:hAnsi="Arial"/>
        </w:rPr>
        <w:t>a place with difference, that's diversity.</w:t>
      </w:r>
    </w:p>
    <w:p w14:paraId="165A386E" w14:textId="77777777" w:rsidR="00664A9C" w:rsidRDefault="00664A9C">
      <w:pPr>
        <w:spacing w:after="0"/>
      </w:pPr>
    </w:p>
    <w:p w14:paraId="1E339959" w14:textId="77777777" w:rsidR="00664A9C" w:rsidRDefault="003C723E">
      <w:pPr>
        <w:spacing w:after="0"/>
      </w:pPr>
      <w:r>
        <w:rPr>
          <w:rFonts w:ascii="Arial" w:hAnsi="Arial"/>
          <w:color w:val="5D7284"/>
        </w:rPr>
        <w:t>11:46</w:t>
      </w:r>
    </w:p>
    <w:p w14:paraId="3C8EA673" w14:textId="77777777" w:rsidR="00664A9C" w:rsidRDefault="003C723E">
      <w:pPr>
        <w:spacing w:after="0"/>
      </w:pPr>
      <w:r>
        <w:rPr>
          <w:rFonts w:ascii="Arial" w:hAnsi="Arial"/>
        </w:rPr>
        <w:t>Inclusion is bringing it one step further,</w:t>
      </w:r>
    </w:p>
    <w:p w14:paraId="47946FAE" w14:textId="77777777" w:rsidR="00664A9C" w:rsidRDefault="00664A9C">
      <w:pPr>
        <w:spacing w:after="0"/>
      </w:pPr>
    </w:p>
    <w:p w14:paraId="248D4140" w14:textId="77777777" w:rsidR="00664A9C" w:rsidRDefault="003C723E">
      <w:pPr>
        <w:spacing w:after="0"/>
      </w:pPr>
      <w:r>
        <w:rPr>
          <w:rFonts w:ascii="Arial" w:hAnsi="Arial"/>
          <w:color w:val="5D7284"/>
        </w:rPr>
        <w:t>11:49</w:t>
      </w:r>
    </w:p>
    <w:p w14:paraId="5A0D0253" w14:textId="77777777" w:rsidR="00664A9C" w:rsidRDefault="003C723E">
      <w:pPr>
        <w:spacing w:after="0"/>
      </w:pPr>
      <w:r>
        <w:rPr>
          <w:rFonts w:ascii="Arial" w:hAnsi="Arial"/>
        </w:rPr>
        <w:t>maybe the pink Skittles</w:t>
      </w:r>
    </w:p>
    <w:p w14:paraId="401F0E55" w14:textId="77777777" w:rsidR="00664A9C" w:rsidRDefault="00664A9C">
      <w:pPr>
        <w:spacing w:after="0"/>
      </w:pPr>
    </w:p>
    <w:p w14:paraId="0275A71A" w14:textId="77777777" w:rsidR="00664A9C" w:rsidRDefault="003C723E">
      <w:pPr>
        <w:spacing w:after="0"/>
      </w:pPr>
      <w:r>
        <w:rPr>
          <w:rFonts w:ascii="Arial" w:hAnsi="Arial"/>
          <w:color w:val="5D7284"/>
        </w:rPr>
        <w:t>11:51</w:t>
      </w:r>
    </w:p>
    <w:p w14:paraId="76984A36" w14:textId="77777777" w:rsidR="00664A9C" w:rsidRDefault="003C723E">
      <w:pPr>
        <w:spacing w:after="0"/>
      </w:pPr>
      <w:r>
        <w:rPr>
          <w:rFonts w:ascii="Arial" w:hAnsi="Arial"/>
        </w:rPr>
        <w:t xml:space="preserve">are pulled out of the bag, because the person doesn't like them. And so they choose not to eat </w:t>
      </w:r>
      <w:r>
        <w:rPr>
          <w:rFonts w:ascii="Arial" w:hAnsi="Arial"/>
        </w:rPr>
        <w:t>them. And so they don't feel included with the rest of the Skittles in that experience of being enjoyed. So I would say inclusion is taking it one step farther. It's not just naming differences, or acknowledging that there's a variety of things. It's not a</w:t>
      </w:r>
      <w:r>
        <w:rPr>
          <w:rFonts w:ascii="Arial" w:hAnsi="Arial"/>
        </w:rPr>
        <w:t xml:space="preserve"> categorization process. It's how we connect people to a feeling of belonging. And so some of that is the adjustment of certain systems, which is a very objective</w:t>
      </w:r>
    </w:p>
    <w:p w14:paraId="4B63FB8B" w14:textId="77777777" w:rsidR="00664A9C" w:rsidRDefault="00664A9C">
      <w:pPr>
        <w:spacing w:after="0"/>
      </w:pPr>
    </w:p>
    <w:p w14:paraId="55B5F310" w14:textId="77777777" w:rsidR="00664A9C" w:rsidRDefault="003C723E">
      <w:pPr>
        <w:spacing w:after="0"/>
      </w:pPr>
      <w:r>
        <w:rPr>
          <w:rFonts w:ascii="Arial" w:hAnsi="Arial"/>
          <w:color w:val="5D7284"/>
        </w:rPr>
        <w:t>12:25</w:t>
      </w:r>
    </w:p>
    <w:p w14:paraId="403A9869" w14:textId="77777777" w:rsidR="00664A9C" w:rsidRDefault="003C723E">
      <w:pPr>
        <w:spacing w:after="0"/>
      </w:pPr>
      <w:r>
        <w:rPr>
          <w:rFonts w:ascii="Arial" w:hAnsi="Arial"/>
        </w:rPr>
        <w:t>thing.</w:t>
      </w:r>
    </w:p>
    <w:p w14:paraId="22F5C7B1" w14:textId="77777777" w:rsidR="00664A9C" w:rsidRDefault="00664A9C">
      <w:pPr>
        <w:spacing w:after="0"/>
      </w:pPr>
    </w:p>
    <w:p w14:paraId="49FA9915" w14:textId="77777777" w:rsidR="00664A9C" w:rsidRDefault="003C723E">
      <w:pPr>
        <w:spacing w:after="0"/>
      </w:pPr>
      <w:r>
        <w:rPr>
          <w:rFonts w:ascii="Arial" w:hAnsi="Arial"/>
          <w:color w:val="5D7284"/>
        </w:rPr>
        <w:t>12:26</w:t>
      </w:r>
    </w:p>
    <w:p w14:paraId="2DCF94EB" w14:textId="77777777" w:rsidR="00664A9C" w:rsidRDefault="003C723E">
      <w:pPr>
        <w:spacing w:after="0"/>
      </w:pPr>
      <w:r>
        <w:rPr>
          <w:rFonts w:ascii="Arial" w:hAnsi="Arial"/>
        </w:rPr>
        <w:t>And some of that is deeply just how we make people feel.</w:t>
      </w:r>
    </w:p>
    <w:p w14:paraId="0F90D07E" w14:textId="77777777" w:rsidR="00664A9C" w:rsidRDefault="00664A9C">
      <w:pPr>
        <w:spacing w:after="0"/>
      </w:pPr>
    </w:p>
    <w:p w14:paraId="419B3270" w14:textId="77777777" w:rsidR="00664A9C" w:rsidRDefault="003C723E">
      <w:pPr>
        <w:spacing w:after="0"/>
      </w:pPr>
      <w:r>
        <w:rPr>
          <w:rFonts w:ascii="Arial" w:hAnsi="Arial"/>
          <w:color w:val="5D7284"/>
        </w:rPr>
        <w:t>12:30</w:t>
      </w:r>
    </w:p>
    <w:p w14:paraId="79EAC328" w14:textId="77777777" w:rsidR="00664A9C" w:rsidRDefault="003C723E">
      <w:pPr>
        <w:spacing w:after="0"/>
      </w:pPr>
      <w:r>
        <w:rPr>
          <w:rFonts w:ascii="Arial" w:hAnsi="Arial"/>
        </w:rPr>
        <w:t xml:space="preserve">What </w:t>
      </w:r>
      <w:r>
        <w:rPr>
          <w:rFonts w:ascii="Arial" w:hAnsi="Arial"/>
        </w:rPr>
        <w:t>do you think are some of the root causes of feelings of not belonging? or feelings of exclusion, or maybe a lack of diversity in a particular space? What do you think are some of those root root causes of a gap there?</w:t>
      </w:r>
    </w:p>
    <w:p w14:paraId="3E4DD8E2" w14:textId="77777777" w:rsidR="00664A9C" w:rsidRDefault="00664A9C">
      <w:pPr>
        <w:spacing w:after="0"/>
      </w:pPr>
    </w:p>
    <w:p w14:paraId="4B86199D" w14:textId="77777777" w:rsidR="00664A9C" w:rsidRDefault="003C723E">
      <w:pPr>
        <w:spacing w:after="0"/>
      </w:pPr>
      <w:r>
        <w:rPr>
          <w:rFonts w:ascii="Arial" w:hAnsi="Arial"/>
          <w:color w:val="5D7284"/>
        </w:rPr>
        <w:t>12:46</w:t>
      </w:r>
    </w:p>
    <w:p w14:paraId="729168C2" w14:textId="77777777" w:rsidR="00664A9C" w:rsidRDefault="003C723E">
      <w:pPr>
        <w:spacing w:after="0"/>
      </w:pPr>
      <w:r>
        <w:rPr>
          <w:rFonts w:ascii="Arial" w:hAnsi="Arial"/>
        </w:rPr>
        <w:t>Oh, I think it's so multifacete</w:t>
      </w:r>
      <w:r>
        <w:rPr>
          <w:rFonts w:ascii="Arial" w:hAnsi="Arial"/>
        </w:rPr>
        <w:t>d. But a few things that come to mind? Well, one would be, I think you first have to start with systems. I think we are deeply embedded in a world that has created particular systems that make room for some people</w:t>
      </w:r>
    </w:p>
    <w:p w14:paraId="4F6CDAAE" w14:textId="77777777" w:rsidR="00664A9C" w:rsidRDefault="00664A9C">
      <w:pPr>
        <w:spacing w:after="0"/>
      </w:pPr>
    </w:p>
    <w:p w14:paraId="1E0E16F6" w14:textId="77777777" w:rsidR="00664A9C" w:rsidRDefault="003C723E">
      <w:pPr>
        <w:spacing w:after="0"/>
      </w:pPr>
      <w:r>
        <w:rPr>
          <w:rFonts w:ascii="Arial" w:hAnsi="Arial"/>
          <w:color w:val="5D7284"/>
        </w:rPr>
        <w:t>13:02</w:t>
      </w:r>
    </w:p>
    <w:p w14:paraId="1D93955D" w14:textId="77777777" w:rsidR="00664A9C" w:rsidRDefault="003C723E">
      <w:pPr>
        <w:spacing w:after="0"/>
      </w:pPr>
      <w:r>
        <w:rPr>
          <w:rFonts w:ascii="Arial" w:hAnsi="Arial"/>
        </w:rPr>
        <w:t>to belong,</w:t>
      </w:r>
    </w:p>
    <w:p w14:paraId="41D5DAE4" w14:textId="77777777" w:rsidR="00664A9C" w:rsidRDefault="00664A9C">
      <w:pPr>
        <w:spacing w:after="0"/>
      </w:pPr>
    </w:p>
    <w:p w14:paraId="443B28F5" w14:textId="77777777" w:rsidR="00664A9C" w:rsidRDefault="003C723E">
      <w:pPr>
        <w:spacing w:after="0"/>
      </w:pPr>
      <w:r>
        <w:rPr>
          <w:rFonts w:ascii="Arial" w:hAnsi="Arial"/>
          <w:color w:val="5D7284"/>
        </w:rPr>
        <w:t>13:04</w:t>
      </w:r>
    </w:p>
    <w:p w14:paraId="2C9F0776" w14:textId="77777777" w:rsidR="00664A9C" w:rsidRDefault="003C723E">
      <w:pPr>
        <w:spacing w:after="0"/>
      </w:pPr>
      <w:r>
        <w:rPr>
          <w:rFonts w:ascii="Arial" w:hAnsi="Arial"/>
        </w:rPr>
        <w:t>and other folks n</w:t>
      </w:r>
      <w:r>
        <w:rPr>
          <w:rFonts w:ascii="Arial" w:hAnsi="Arial"/>
        </w:rPr>
        <w:t>ot to belong, I think it is a deep sense of other. And so an example of that system that I have experienced just more recently. So that's, I think, gives me more of an ability to talk to but last year, playing roller derby, I broke my ankle, and totally ne</w:t>
      </w:r>
      <w:r>
        <w:rPr>
          <w:rFonts w:ascii="Arial" w:hAnsi="Arial"/>
        </w:rPr>
        <w:t>eded an overhaul,</w:t>
      </w:r>
    </w:p>
    <w:p w14:paraId="6BEE0624" w14:textId="77777777" w:rsidR="00664A9C" w:rsidRDefault="00664A9C">
      <w:pPr>
        <w:spacing w:after="0"/>
      </w:pPr>
    </w:p>
    <w:p w14:paraId="256E8FD6" w14:textId="77777777" w:rsidR="00664A9C" w:rsidRDefault="003C723E">
      <w:pPr>
        <w:spacing w:after="0"/>
      </w:pPr>
      <w:r>
        <w:rPr>
          <w:rFonts w:ascii="Arial" w:hAnsi="Arial"/>
          <w:color w:val="5D7284"/>
        </w:rPr>
        <w:t>13:27</w:t>
      </w:r>
    </w:p>
    <w:p w14:paraId="1D90C8DB" w14:textId="77777777" w:rsidR="00664A9C" w:rsidRDefault="003C723E">
      <w:pPr>
        <w:spacing w:after="0"/>
      </w:pPr>
      <w:r>
        <w:rPr>
          <w:rFonts w:ascii="Arial" w:hAnsi="Arial"/>
        </w:rPr>
        <w:t>we'll just we'll just say that</w:t>
      </w:r>
    </w:p>
    <w:p w14:paraId="5676314E" w14:textId="77777777" w:rsidR="00664A9C" w:rsidRDefault="00664A9C">
      <w:pPr>
        <w:spacing w:after="0"/>
      </w:pPr>
    </w:p>
    <w:p w14:paraId="0F4E5C93" w14:textId="77777777" w:rsidR="00664A9C" w:rsidRDefault="003C723E">
      <w:pPr>
        <w:spacing w:after="0"/>
      </w:pPr>
      <w:r>
        <w:rPr>
          <w:rFonts w:ascii="Arial" w:hAnsi="Arial"/>
          <w:color w:val="5D7284"/>
        </w:rPr>
        <w:t>13:29</w:t>
      </w:r>
    </w:p>
    <w:p w14:paraId="4C4221B5" w14:textId="77777777" w:rsidR="00664A9C" w:rsidRDefault="003C723E">
      <w:pPr>
        <w:spacing w:after="0"/>
      </w:pPr>
      <w:r>
        <w:rPr>
          <w:rFonts w:ascii="Arial" w:hAnsi="Arial"/>
        </w:rPr>
        <w:t xml:space="preserve">not being able to walk on campus was really challenging. I remember the first day I came back to work. And I was everybody seemed like happy to see me. But there was still the </w:t>
      </w:r>
      <w:r>
        <w:rPr>
          <w:rFonts w:ascii="Arial" w:hAnsi="Arial"/>
        </w:rPr>
        <w:t>expectations, right that I perform.</w:t>
      </w:r>
    </w:p>
    <w:p w14:paraId="20140056" w14:textId="77777777" w:rsidR="00664A9C" w:rsidRDefault="00664A9C">
      <w:pPr>
        <w:spacing w:after="0"/>
      </w:pPr>
    </w:p>
    <w:p w14:paraId="3A5DA614" w14:textId="77777777" w:rsidR="00664A9C" w:rsidRDefault="003C723E">
      <w:pPr>
        <w:spacing w:after="0"/>
      </w:pPr>
      <w:r>
        <w:rPr>
          <w:rFonts w:ascii="Arial" w:hAnsi="Arial"/>
          <w:color w:val="5D7284"/>
        </w:rPr>
        <w:t>13:43</w:t>
      </w:r>
    </w:p>
    <w:p w14:paraId="35B92801" w14:textId="77777777" w:rsidR="00664A9C" w:rsidRDefault="003C723E">
      <w:pPr>
        <w:spacing w:after="0"/>
      </w:pPr>
      <w:r>
        <w:rPr>
          <w:rFonts w:ascii="Arial" w:hAnsi="Arial"/>
        </w:rPr>
        <w:t>It's my work.</w:t>
      </w:r>
    </w:p>
    <w:p w14:paraId="1B4086EE" w14:textId="77777777" w:rsidR="00664A9C" w:rsidRDefault="00664A9C">
      <w:pPr>
        <w:spacing w:after="0"/>
      </w:pPr>
    </w:p>
    <w:p w14:paraId="158526C4" w14:textId="77777777" w:rsidR="00664A9C" w:rsidRDefault="003C723E">
      <w:pPr>
        <w:spacing w:after="0"/>
      </w:pPr>
      <w:r>
        <w:rPr>
          <w:rFonts w:ascii="Arial" w:hAnsi="Arial"/>
          <w:color w:val="5D7284"/>
        </w:rPr>
        <w:t>13:45</w:t>
      </w:r>
    </w:p>
    <w:p w14:paraId="302CD990" w14:textId="77777777" w:rsidR="00664A9C" w:rsidRDefault="003C723E">
      <w:pPr>
        <w:spacing w:after="0"/>
      </w:pPr>
      <w:r>
        <w:rPr>
          <w:rFonts w:ascii="Arial" w:hAnsi="Arial"/>
        </w:rPr>
        <w:t>And so I was in a, like a meeting and I had to really go to the restroom. And so I crushed my way, all the way to the restroom, which was probably 100 yards or so. But it was my first day on c</w:t>
      </w:r>
      <w:r>
        <w:rPr>
          <w:rFonts w:ascii="Arial" w:hAnsi="Arial"/>
        </w:rPr>
        <w:t>rutches and I felt really fatigued really easily. I get to the bathroom door. And I can't open it. Because the wood is so heavy.</w:t>
      </w:r>
    </w:p>
    <w:p w14:paraId="43A3312B" w14:textId="77777777" w:rsidR="00664A9C" w:rsidRDefault="00664A9C">
      <w:pPr>
        <w:spacing w:after="0"/>
      </w:pPr>
    </w:p>
    <w:p w14:paraId="66A21FE0" w14:textId="77777777" w:rsidR="00664A9C" w:rsidRDefault="003C723E">
      <w:pPr>
        <w:spacing w:after="0"/>
      </w:pPr>
      <w:r>
        <w:rPr>
          <w:rFonts w:ascii="Arial" w:hAnsi="Arial"/>
          <w:color w:val="5D7284"/>
        </w:rPr>
        <w:t>14:04</w:t>
      </w:r>
    </w:p>
    <w:p w14:paraId="74ADCBBC" w14:textId="77777777" w:rsidR="00664A9C" w:rsidRDefault="003C723E">
      <w:pPr>
        <w:spacing w:after="0"/>
      </w:pPr>
      <w:r>
        <w:rPr>
          <w:rFonts w:ascii="Arial" w:hAnsi="Arial"/>
        </w:rPr>
        <w:t>And I just remember</w:t>
      </w:r>
    </w:p>
    <w:p w14:paraId="4A6DD2B3" w14:textId="77777777" w:rsidR="00664A9C" w:rsidRDefault="00664A9C">
      <w:pPr>
        <w:spacing w:after="0"/>
      </w:pPr>
    </w:p>
    <w:p w14:paraId="7238E9FA" w14:textId="77777777" w:rsidR="00664A9C" w:rsidRDefault="003C723E">
      <w:pPr>
        <w:spacing w:after="0"/>
      </w:pPr>
      <w:r>
        <w:rPr>
          <w:rFonts w:ascii="Arial" w:hAnsi="Arial"/>
          <w:color w:val="5D7284"/>
        </w:rPr>
        <w:t>14:06</w:t>
      </w:r>
    </w:p>
    <w:p w14:paraId="0C750A91" w14:textId="77777777" w:rsidR="00664A9C" w:rsidRDefault="003C723E">
      <w:pPr>
        <w:spacing w:after="0"/>
      </w:pPr>
      <w:r>
        <w:rPr>
          <w:rFonts w:ascii="Arial" w:hAnsi="Arial"/>
        </w:rPr>
        <w:t>bawling. I'm just feeling so defeated, not to be able to, like address basic human needs. And</w:t>
      </w:r>
      <w:r>
        <w:rPr>
          <w:rFonts w:ascii="Arial" w:hAnsi="Arial"/>
        </w:rPr>
        <w:t xml:space="preserve"> I think that when we exclude people, it creates a deep sense of loneliness. I think it we're making this room for us to have community to be a part of and then you don't get to share in that. So whatever particular topic </w:t>
      </w:r>
      <w:r>
        <w:rPr>
          <w:rFonts w:ascii="Arial" w:hAnsi="Arial"/>
        </w:rPr>
        <w:lastRenderedPageBreak/>
        <w:t xml:space="preserve">or social identity that might be, </w:t>
      </w:r>
      <w:r>
        <w:rPr>
          <w:rFonts w:ascii="Arial" w:hAnsi="Arial"/>
        </w:rPr>
        <w:t>or even way in which you express that social identity, because I think one thing</w:t>
      </w:r>
    </w:p>
    <w:p w14:paraId="01232223" w14:textId="77777777" w:rsidR="00664A9C" w:rsidRDefault="00664A9C">
      <w:pPr>
        <w:spacing w:after="0"/>
      </w:pPr>
    </w:p>
    <w:p w14:paraId="3BE15ACD" w14:textId="77777777" w:rsidR="00664A9C" w:rsidRDefault="003C723E">
      <w:pPr>
        <w:spacing w:after="0"/>
      </w:pPr>
      <w:r>
        <w:rPr>
          <w:rFonts w:ascii="Arial" w:hAnsi="Arial"/>
          <w:color w:val="5D7284"/>
        </w:rPr>
        <w:t>14:37</w:t>
      </w:r>
    </w:p>
    <w:p w14:paraId="4F654C41" w14:textId="77777777" w:rsidR="00664A9C" w:rsidRDefault="003C723E">
      <w:pPr>
        <w:spacing w:after="0"/>
      </w:pPr>
      <w:r>
        <w:rPr>
          <w:rFonts w:ascii="Arial" w:hAnsi="Arial"/>
        </w:rPr>
        <w:t>Austin and I have talked</w:t>
      </w:r>
    </w:p>
    <w:p w14:paraId="7C2B407D" w14:textId="77777777" w:rsidR="00664A9C" w:rsidRDefault="00664A9C">
      <w:pPr>
        <w:spacing w:after="0"/>
      </w:pPr>
    </w:p>
    <w:p w14:paraId="2255E450" w14:textId="77777777" w:rsidR="00664A9C" w:rsidRDefault="003C723E">
      <w:pPr>
        <w:spacing w:after="0"/>
      </w:pPr>
      <w:r>
        <w:rPr>
          <w:rFonts w:ascii="Arial" w:hAnsi="Arial"/>
          <w:color w:val="5D7284"/>
        </w:rPr>
        <w:t>14:38</w:t>
      </w:r>
    </w:p>
    <w:p w14:paraId="54248FED" w14:textId="77777777" w:rsidR="00664A9C" w:rsidRDefault="003C723E">
      <w:pPr>
        <w:spacing w:after="0"/>
      </w:pPr>
      <w:r>
        <w:rPr>
          <w:rFonts w:ascii="Arial" w:hAnsi="Arial"/>
        </w:rPr>
        <w:t>about more recently, or shall I say, Dr. Council, is that there's kind of this</w:t>
      </w:r>
    </w:p>
    <w:p w14:paraId="19B26026" w14:textId="77777777" w:rsidR="00664A9C" w:rsidRDefault="00664A9C">
      <w:pPr>
        <w:spacing w:after="0"/>
      </w:pPr>
    </w:p>
    <w:p w14:paraId="6B1F5E9B" w14:textId="77777777" w:rsidR="00664A9C" w:rsidRDefault="003C723E">
      <w:pPr>
        <w:spacing w:after="0"/>
      </w:pPr>
      <w:r>
        <w:rPr>
          <w:rFonts w:ascii="Arial" w:hAnsi="Arial"/>
          <w:color w:val="5D7284"/>
        </w:rPr>
        <w:t>14:46</w:t>
      </w:r>
    </w:p>
    <w:p w14:paraId="2D7D411E" w14:textId="77777777" w:rsidR="00664A9C" w:rsidRDefault="003C723E">
      <w:pPr>
        <w:spacing w:after="0"/>
      </w:pPr>
      <w:r>
        <w:rPr>
          <w:rFonts w:ascii="Arial" w:hAnsi="Arial"/>
        </w:rPr>
        <w:t>attitude at times</w:t>
      </w:r>
    </w:p>
    <w:p w14:paraId="3937E973" w14:textId="77777777" w:rsidR="00664A9C" w:rsidRDefault="00664A9C">
      <w:pPr>
        <w:spacing w:after="0"/>
      </w:pPr>
    </w:p>
    <w:p w14:paraId="3103BA8B" w14:textId="77777777" w:rsidR="00664A9C" w:rsidRDefault="003C723E">
      <w:pPr>
        <w:spacing w:after="0"/>
      </w:pPr>
      <w:r>
        <w:rPr>
          <w:rFonts w:ascii="Arial" w:hAnsi="Arial"/>
          <w:color w:val="5D7284"/>
        </w:rPr>
        <w:t>14:48</w:t>
      </w:r>
    </w:p>
    <w:p w14:paraId="77183132" w14:textId="77777777" w:rsidR="00664A9C" w:rsidRDefault="003C723E">
      <w:pPr>
        <w:spacing w:after="0"/>
      </w:pPr>
      <w:r>
        <w:rPr>
          <w:rFonts w:ascii="Arial" w:hAnsi="Arial"/>
        </w:rPr>
        <w:t xml:space="preserve">on whether we're </w:t>
      </w:r>
      <w:r>
        <w:rPr>
          <w:rFonts w:ascii="Arial" w:hAnsi="Arial"/>
        </w:rPr>
        <w:t>enough. Yeah, there were. If you maybe identify as queer queer enough, whether you are woman enough, whether you are man enough whether you are black, enough Whether you are Latin x enough, and the challenge with that is it creates a new norm, which there'</w:t>
      </w:r>
      <w:r>
        <w:rPr>
          <w:rFonts w:ascii="Arial" w:hAnsi="Arial"/>
        </w:rPr>
        <w:t>s room to exclude you out of.</w:t>
      </w:r>
    </w:p>
    <w:p w14:paraId="76244F09" w14:textId="77777777" w:rsidR="00664A9C" w:rsidRDefault="00664A9C">
      <w:pPr>
        <w:spacing w:after="0"/>
      </w:pPr>
    </w:p>
    <w:p w14:paraId="69F9007B" w14:textId="77777777" w:rsidR="00664A9C" w:rsidRDefault="003C723E">
      <w:pPr>
        <w:spacing w:after="0"/>
      </w:pPr>
      <w:r>
        <w:rPr>
          <w:rFonts w:ascii="Arial" w:hAnsi="Arial"/>
          <w:color w:val="5D7284"/>
        </w:rPr>
        <w:t>15:10</w:t>
      </w:r>
    </w:p>
    <w:p w14:paraId="10946466" w14:textId="77777777" w:rsidR="00664A9C" w:rsidRDefault="003C723E">
      <w:pPr>
        <w:spacing w:after="0"/>
      </w:pPr>
      <w:r>
        <w:rPr>
          <w:rFonts w:ascii="Arial" w:hAnsi="Arial"/>
        </w:rPr>
        <w:t>And I think one thing</w:t>
      </w:r>
    </w:p>
    <w:p w14:paraId="27DC5E3E" w14:textId="77777777" w:rsidR="00664A9C" w:rsidRDefault="00664A9C">
      <w:pPr>
        <w:spacing w:after="0"/>
      </w:pPr>
    </w:p>
    <w:p w14:paraId="4C184B69" w14:textId="77777777" w:rsidR="00664A9C" w:rsidRDefault="003C723E">
      <w:pPr>
        <w:spacing w:after="0"/>
      </w:pPr>
      <w:r>
        <w:rPr>
          <w:rFonts w:ascii="Arial" w:hAnsi="Arial"/>
          <w:color w:val="5D7284"/>
        </w:rPr>
        <w:t>15:12</w:t>
      </w:r>
    </w:p>
    <w:p w14:paraId="5B11E1A5" w14:textId="77777777" w:rsidR="00664A9C" w:rsidRDefault="003C723E">
      <w:pPr>
        <w:spacing w:after="0"/>
      </w:pPr>
      <w:r>
        <w:rPr>
          <w:rFonts w:ascii="Arial" w:hAnsi="Arial"/>
        </w:rPr>
        <w:t>that I really tend to think about is true inclusion is when we make space for you to show up at your as your whole self, when you feel like just who you are, you are enough. And that systems</w:t>
      </w:r>
      <w:r>
        <w:rPr>
          <w:rFonts w:ascii="Arial" w:hAnsi="Arial"/>
        </w:rPr>
        <w:t xml:space="preserve"> support you, and living out your authentic truth. So that's kind of how I generally think about it at large. I'm not sure if that totally answered your question. I hope it did some.</w:t>
      </w:r>
    </w:p>
    <w:p w14:paraId="580A635D" w14:textId="77777777" w:rsidR="00664A9C" w:rsidRDefault="00664A9C">
      <w:pPr>
        <w:spacing w:after="0"/>
      </w:pPr>
    </w:p>
    <w:p w14:paraId="2192BA42" w14:textId="77777777" w:rsidR="00664A9C" w:rsidRDefault="003C723E">
      <w:pPr>
        <w:spacing w:after="0"/>
      </w:pPr>
      <w:r>
        <w:rPr>
          <w:rFonts w:ascii="Arial" w:hAnsi="Arial"/>
          <w:color w:val="5D7284"/>
        </w:rPr>
        <w:t>15:37</w:t>
      </w:r>
    </w:p>
    <w:p w14:paraId="150036CB" w14:textId="77777777" w:rsidR="00664A9C" w:rsidRDefault="003C723E">
      <w:pPr>
        <w:spacing w:after="0"/>
      </w:pPr>
      <w:r>
        <w:rPr>
          <w:rFonts w:ascii="Arial" w:hAnsi="Arial"/>
        </w:rPr>
        <w:t xml:space="preserve">It absolutely does. And it makes me think about my experiences as </w:t>
      </w:r>
      <w:r>
        <w:rPr>
          <w:rFonts w:ascii="Arial" w:hAnsi="Arial"/>
        </w:rPr>
        <w:t>a gay man. And how I in recent years, you know, I was kind of a late bloomer, I didn't really come out until I'm in my early 20s. And slowly, I have wanted to be more committed to sort of social justice causes in the LGBTQ plus community. And sometimes the</w:t>
      </w:r>
      <w:r>
        <w:rPr>
          <w:rFonts w:ascii="Arial" w:hAnsi="Arial"/>
        </w:rPr>
        <w:t>re is the feeling that I'm not you know, I maybe it's just the story I tell myself, or it's the met some messages that I hear, but sometimes I hear, you're not gay enough, you're not queer enough. And so, you know, that can cause those feelings of loneline</w:t>
      </w:r>
      <w:r>
        <w:rPr>
          <w:rFonts w:ascii="Arial" w:hAnsi="Arial"/>
        </w:rPr>
        <w:t>ss, because it's like, I spent my whole life struggling with this, I come out, I feel like, you know, now I can be, I can be more a part of this community that I've sort of always wanted to be, but was too afraid. And I get there. And I'm not enough. And I</w:t>
      </w:r>
      <w:r>
        <w:rPr>
          <w:rFonts w:ascii="Arial" w:hAnsi="Arial"/>
        </w:rPr>
        <w:t xml:space="preserve"> can, I can't even imagine what that must be like, you know, I mean, I'm privileged in the fact that I'm, that I'm a white gay man. But I can't imagine what that must be like for people of color, who also identify in some way, shape or form as on the LGBTQ</w:t>
      </w:r>
      <w:r>
        <w:rPr>
          <w:rFonts w:ascii="Arial" w:hAnsi="Arial"/>
        </w:rPr>
        <w:t xml:space="preserve"> plus spectrum.</w:t>
      </w:r>
    </w:p>
    <w:p w14:paraId="4442C1CB" w14:textId="77777777" w:rsidR="00664A9C" w:rsidRDefault="00664A9C">
      <w:pPr>
        <w:spacing w:after="0"/>
      </w:pPr>
    </w:p>
    <w:p w14:paraId="50115D7D" w14:textId="77777777" w:rsidR="00664A9C" w:rsidRDefault="003C723E">
      <w:pPr>
        <w:spacing w:after="0"/>
      </w:pPr>
      <w:r>
        <w:rPr>
          <w:rFonts w:ascii="Arial" w:hAnsi="Arial"/>
          <w:color w:val="5D7284"/>
        </w:rPr>
        <w:t>16:48</w:t>
      </w:r>
    </w:p>
    <w:p w14:paraId="453C6EF5" w14:textId="77777777" w:rsidR="00664A9C" w:rsidRDefault="003C723E">
      <w:pPr>
        <w:spacing w:after="0"/>
      </w:pPr>
      <w:r>
        <w:rPr>
          <w:rFonts w:ascii="Arial" w:hAnsi="Arial"/>
        </w:rPr>
        <w:t>And it's hard because at times, I think we've all felt that deep loneliness,</w:t>
      </w:r>
    </w:p>
    <w:p w14:paraId="3A799215" w14:textId="77777777" w:rsidR="00664A9C" w:rsidRDefault="00664A9C">
      <w:pPr>
        <w:spacing w:after="0"/>
      </w:pPr>
    </w:p>
    <w:p w14:paraId="64E60ABD" w14:textId="77777777" w:rsidR="00664A9C" w:rsidRDefault="003C723E">
      <w:pPr>
        <w:spacing w:after="0"/>
      </w:pPr>
      <w:r>
        <w:rPr>
          <w:rFonts w:ascii="Arial" w:hAnsi="Arial"/>
          <w:color w:val="5D7284"/>
        </w:rPr>
        <w:t>16:51</w:t>
      </w:r>
    </w:p>
    <w:p w14:paraId="6836F011" w14:textId="77777777" w:rsidR="00664A9C" w:rsidRDefault="003C723E">
      <w:pPr>
        <w:spacing w:after="0"/>
      </w:pPr>
      <w:r>
        <w:rPr>
          <w:rFonts w:ascii="Arial" w:hAnsi="Arial"/>
        </w:rPr>
        <w:lastRenderedPageBreak/>
        <w:t>but</w:t>
      </w:r>
    </w:p>
    <w:p w14:paraId="1EA49C3C" w14:textId="77777777" w:rsidR="00664A9C" w:rsidRDefault="00664A9C">
      <w:pPr>
        <w:spacing w:after="0"/>
      </w:pPr>
    </w:p>
    <w:p w14:paraId="2C0A7E64" w14:textId="77777777" w:rsidR="00664A9C" w:rsidRDefault="003C723E">
      <w:pPr>
        <w:spacing w:after="0"/>
      </w:pPr>
      <w:r>
        <w:rPr>
          <w:rFonts w:ascii="Arial" w:hAnsi="Arial"/>
          <w:color w:val="5D7284"/>
        </w:rPr>
        <w:t>16:52</w:t>
      </w:r>
    </w:p>
    <w:p w14:paraId="299F9EF1" w14:textId="77777777" w:rsidR="00664A9C" w:rsidRDefault="003C723E">
      <w:pPr>
        <w:spacing w:after="0"/>
      </w:pPr>
      <w:r>
        <w:rPr>
          <w:rFonts w:ascii="Arial" w:hAnsi="Arial"/>
        </w:rPr>
        <w:t xml:space="preserve">we've certainly all excluded, and we come with baggage, our lives come with certain biases that have inherently been instilled into us in </w:t>
      </w:r>
      <w:r>
        <w:rPr>
          <w:rFonts w:ascii="Arial" w:hAnsi="Arial"/>
        </w:rPr>
        <w:t>us about what we believe to be true about the world. So you and I have also talked a lot about what does it mean to be queer and</w:t>
      </w:r>
    </w:p>
    <w:p w14:paraId="6BA14A81" w14:textId="77777777" w:rsidR="00664A9C" w:rsidRDefault="00664A9C">
      <w:pPr>
        <w:spacing w:after="0"/>
      </w:pPr>
    </w:p>
    <w:p w14:paraId="25B43798" w14:textId="77777777" w:rsidR="00664A9C" w:rsidRDefault="003C723E">
      <w:pPr>
        <w:spacing w:after="0"/>
      </w:pPr>
      <w:r>
        <w:rPr>
          <w:rFonts w:ascii="Arial" w:hAnsi="Arial"/>
          <w:color w:val="5D7284"/>
        </w:rPr>
        <w:t>17:11</w:t>
      </w:r>
    </w:p>
    <w:p w14:paraId="0DC57818" w14:textId="77777777" w:rsidR="00664A9C" w:rsidRDefault="003C723E">
      <w:pPr>
        <w:spacing w:after="0"/>
      </w:pPr>
      <w:r>
        <w:rPr>
          <w:rFonts w:ascii="Arial" w:hAnsi="Arial"/>
        </w:rPr>
        <w:t>religious.</w:t>
      </w:r>
    </w:p>
    <w:p w14:paraId="6B9CFB32" w14:textId="77777777" w:rsidR="00664A9C" w:rsidRDefault="00664A9C">
      <w:pPr>
        <w:spacing w:after="0"/>
      </w:pPr>
    </w:p>
    <w:p w14:paraId="005D9C23" w14:textId="77777777" w:rsidR="00664A9C" w:rsidRDefault="003C723E">
      <w:pPr>
        <w:spacing w:after="0"/>
      </w:pPr>
      <w:r>
        <w:rPr>
          <w:rFonts w:ascii="Arial" w:hAnsi="Arial"/>
          <w:color w:val="5D7284"/>
        </w:rPr>
        <w:t>17:12</w:t>
      </w:r>
    </w:p>
    <w:p w14:paraId="223B9EA4" w14:textId="77777777" w:rsidR="00664A9C" w:rsidRDefault="003C723E">
      <w:pPr>
        <w:spacing w:after="0"/>
      </w:pPr>
      <w:r>
        <w:rPr>
          <w:rFonts w:ascii="Arial" w:hAnsi="Arial"/>
        </w:rPr>
        <w:t>And I think that that is a space that is really hard for many folks to occupy. Because in Christian co</w:t>
      </w:r>
      <w:r>
        <w:rPr>
          <w:rFonts w:ascii="Arial" w:hAnsi="Arial"/>
        </w:rPr>
        <w:t>mmunities, sometimes holding a queer identity isn't really accepted. And so that can create a certain bias into you to not come out not not give your space, yourself space to maybe</w:t>
      </w:r>
    </w:p>
    <w:p w14:paraId="6441CEB2" w14:textId="77777777" w:rsidR="00664A9C" w:rsidRDefault="00664A9C">
      <w:pPr>
        <w:spacing w:after="0"/>
      </w:pPr>
    </w:p>
    <w:p w14:paraId="4BA37814" w14:textId="77777777" w:rsidR="00664A9C" w:rsidRDefault="003C723E">
      <w:pPr>
        <w:spacing w:after="0"/>
      </w:pPr>
      <w:r>
        <w:rPr>
          <w:rFonts w:ascii="Arial" w:hAnsi="Arial"/>
          <w:color w:val="5D7284"/>
        </w:rPr>
        <w:t>17:34</w:t>
      </w:r>
    </w:p>
    <w:p w14:paraId="594262F1" w14:textId="77777777" w:rsidR="00664A9C" w:rsidRDefault="003C723E">
      <w:pPr>
        <w:spacing w:after="0"/>
      </w:pPr>
      <w:r>
        <w:rPr>
          <w:rFonts w:ascii="Arial" w:hAnsi="Arial"/>
        </w:rPr>
        <w:t>have that reckoning.</w:t>
      </w:r>
    </w:p>
    <w:p w14:paraId="62DAA2EC" w14:textId="77777777" w:rsidR="00664A9C" w:rsidRDefault="00664A9C">
      <w:pPr>
        <w:spacing w:after="0"/>
      </w:pPr>
    </w:p>
    <w:p w14:paraId="78A91CBC" w14:textId="77777777" w:rsidR="00664A9C" w:rsidRDefault="003C723E">
      <w:pPr>
        <w:spacing w:after="0"/>
      </w:pPr>
      <w:r>
        <w:rPr>
          <w:rFonts w:ascii="Arial" w:hAnsi="Arial"/>
          <w:color w:val="5D7284"/>
        </w:rPr>
        <w:t>17:36</w:t>
      </w:r>
    </w:p>
    <w:p w14:paraId="0AC052CF" w14:textId="77777777" w:rsidR="00664A9C" w:rsidRDefault="003C723E">
      <w:pPr>
        <w:spacing w:after="0"/>
      </w:pPr>
      <w:r>
        <w:rPr>
          <w:rFonts w:ascii="Arial" w:hAnsi="Arial"/>
        </w:rPr>
        <w:t xml:space="preserve">Well, also in the queer </w:t>
      </w:r>
      <w:r>
        <w:rPr>
          <w:rFonts w:ascii="Arial" w:hAnsi="Arial"/>
        </w:rPr>
        <w:t>community, sometimes it can be hard to be a religious</w:t>
      </w:r>
    </w:p>
    <w:p w14:paraId="0F358214" w14:textId="77777777" w:rsidR="00664A9C" w:rsidRDefault="00664A9C">
      <w:pPr>
        <w:spacing w:after="0"/>
      </w:pPr>
    </w:p>
    <w:p w14:paraId="12CBF98F" w14:textId="77777777" w:rsidR="00664A9C" w:rsidRDefault="003C723E">
      <w:pPr>
        <w:spacing w:after="0"/>
      </w:pPr>
      <w:r>
        <w:rPr>
          <w:rFonts w:ascii="Arial" w:hAnsi="Arial"/>
          <w:color w:val="5D7284"/>
        </w:rPr>
        <w:t>17:39</w:t>
      </w:r>
    </w:p>
    <w:p w14:paraId="36319095" w14:textId="77777777" w:rsidR="00664A9C" w:rsidRDefault="003C723E">
      <w:pPr>
        <w:spacing w:after="0"/>
      </w:pPr>
      <w:r>
        <w:rPr>
          <w:rFonts w:ascii="Arial" w:hAnsi="Arial"/>
        </w:rPr>
        <w:t>person, because most queer folks have</w:t>
      </w:r>
    </w:p>
    <w:p w14:paraId="26846F5C" w14:textId="77777777" w:rsidR="00664A9C" w:rsidRDefault="00664A9C">
      <w:pPr>
        <w:spacing w:after="0"/>
      </w:pPr>
    </w:p>
    <w:p w14:paraId="41B0DDFC" w14:textId="77777777" w:rsidR="00664A9C" w:rsidRDefault="003C723E">
      <w:pPr>
        <w:spacing w:after="0"/>
      </w:pPr>
      <w:r>
        <w:rPr>
          <w:rFonts w:ascii="Arial" w:hAnsi="Arial"/>
          <w:color w:val="5D7284"/>
        </w:rPr>
        <w:t>17:42</w:t>
      </w:r>
    </w:p>
    <w:p w14:paraId="3940E3EA" w14:textId="77777777" w:rsidR="00664A9C" w:rsidRDefault="003C723E">
      <w:pPr>
        <w:spacing w:after="0"/>
      </w:pPr>
      <w:r>
        <w:rPr>
          <w:rFonts w:ascii="Arial" w:hAnsi="Arial"/>
        </w:rPr>
        <w:t>really negative experiences with the church, I can attest to that. So we all have, or I shouldn't say just the church, I think that it's true for many</w:t>
      </w:r>
      <w:r>
        <w:rPr>
          <w:rFonts w:ascii="Arial" w:hAnsi="Arial"/>
        </w:rPr>
        <w:t xml:space="preserve"> religious communities. But I think that we all have different biases, whether that is a bias that we hold against ourselves, that makes us feel like we're not enough, or whether that's a bias that we hold against other people and create space between us a</w:t>
      </w:r>
      <w:r>
        <w:rPr>
          <w:rFonts w:ascii="Arial" w:hAnsi="Arial"/>
        </w:rPr>
        <w:t>nd them to protect ourselves from that difference. And I think that it's the naming of those things first, and the acknowledgement of those beliefs about difference, that give us room to start to see the work that we need to do to actually change the way t</w:t>
      </w:r>
      <w:r>
        <w:rPr>
          <w:rFonts w:ascii="Arial" w:hAnsi="Arial"/>
        </w:rPr>
        <w:t>hat people feel</w:t>
      </w:r>
    </w:p>
    <w:p w14:paraId="097459E8" w14:textId="77777777" w:rsidR="00664A9C" w:rsidRDefault="00664A9C">
      <w:pPr>
        <w:spacing w:after="0"/>
      </w:pPr>
    </w:p>
    <w:p w14:paraId="4FA9E136" w14:textId="77777777" w:rsidR="00664A9C" w:rsidRDefault="003C723E">
      <w:pPr>
        <w:spacing w:after="0"/>
      </w:pPr>
      <w:r>
        <w:rPr>
          <w:rFonts w:ascii="Arial" w:hAnsi="Arial"/>
          <w:color w:val="5D7284"/>
        </w:rPr>
        <w:t>18:23</w:t>
      </w:r>
    </w:p>
    <w:p w14:paraId="4331BCD8" w14:textId="77777777" w:rsidR="00664A9C" w:rsidRDefault="003C723E">
      <w:pPr>
        <w:spacing w:after="0"/>
      </w:pPr>
      <w:r>
        <w:rPr>
          <w:rFonts w:ascii="Arial" w:hAnsi="Arial"/>
        </w:rPr>
        <w:t>included.</w:t>
      </w:r>
    </w:p>
    <w:p w14:paraId="66267758" w14:textId="77777777" w:rsidR="00664A9C" w:rsidRDefault="00664A9C">
      <w:pPr>
        <w:spacing w:after="0"/>
      </w:pPr>
    </w:p>
    <w:p w14:paraId="6CBD52BE" w14:textId="77777777" w:rsidR="00664A9C" w:rsidRDefault="003C723E">
      <w:pPr>
        <w:spacing w:after="0"/>
      </w:pPr>
      <w:r>
        <w:rPr>
          <w:rFonts w:ascii="Arial" w:hAnsi="Arial"/>
          <w:color w:val="5D7284"/>
        </w:rPr>
        <w:t>18:25</w:t>
      </w:r>
    </w:p>
    <w:p w14:paraId="361C32D1" w14:textId="77777777" w:rsidR="00664A9C" w:rsidRDefault="003C723E">
      <w:pPr>
        <w:spacing w:after="0"/>
      </w:pPr>
      <w:r>
        <w:rPr>
          <w:rFonts w:ascii="Arial" w:hAnsi="Arial"/>
        </w:rPr>
        <w:t>And I think that's moving from an ideology around diversity, to one of deep inclusion that focuses on a sense of belonging, making people feel like they are enough and also giving them space, that you send that messa</w:t>
      </w:r>
      <w:r>
        <w:rPr>
          <w:rFonts w:ascii="Arial" w:hAnsi="Arial"/>
        </w:rPr>
        <w:t>ge so clearly, and it's communicated so strongly, that folks are enough that they can also then do their own self work, to begin to feel like they are enough to</w:t>
      </w:r>
    </w:p>
    <w:p w14:paraId="72D65610" w14:textId="77777777" w:rsidR="00664A9C" w:rsidRDefault="00664A9C">
      <w:pPr>
        <w:spacing w:after="0"/>
      </w:pPr>
    </w:p>
    <w:p w14:paraId="23B0915C" w14:textId="77777777" w:rsidR="00664A9C" w:rsidRDefault="003C723E">
      <w:pPr>
        <w:spacing w:after="0"/>
      </w:pPr>
      <w:r>
        <w:rPr>
          <w:rFonts w:ascii="Arial" w:hAnsi="Arial"/>
          <w:color w:val="5D7284"/>
        </w:rPr>
        <w:t>18:55</w:t>
      </w:r>
    </w:p>
    <w:p w14:paraId="47C53F7A" w14:textId="77777777" w:rsidR="00664A9C" w:rsidRDefault="003C723E">
      <w:pPr>
        <w:spacing w:after="0"/>
      </w:pPr>
      <w:r>
        <w:rPr>
          <w:rFonts w:ascii="Arial" w:hAnsi="Arial"/>
        </w:rPr>
        <w:lastRenderedPageBreak/>
        <w:t xml:space="preserve">think the naming of these things is a very powerful thing, based on my experiences, and </w:t>
      </w:r>
      <w:r>
        <w:rPr>
          <w:rFonts w:ascii="Arial" w:hAnsi="Arial"/>
        </w:rPr>
        <w:t>that makes me think about another question too. This is what is the work of leadership in that? What is I tend to drift away from a seeing as a singular person who has to do this but rather a collective but what is, you know, some some practical sort of st</w:t>
      </w:r>
      <w:r>
        <w:rPr>
          <w:rFonts w:ascii="Arial" w:hAnsi="Arial"/>
        </w:rPr>
        <w:t>eps that each of us can take to sort of work towards some of these things?</w:t>
      </w:r>
    </w:p>
    <w:p w14:paraId="752108FA" w14:textId="77777777" w:rsidR="00664A9C" w:rsidRDefault="00664A9C">
      <w:pPr>
        <w:spacing w:after="0"/>
      </w:pPr>
    </w:p>
    <w:p w14:paraId="0F6260F9" w14:textId="77777777" w:rsidR="00664A9C" w:rsidRDefault="003C723E">
      <w:pPr>
        <w:spacing w:after="0"/>
      </w:pPr>
      <w:r>
        <w:rPr>
          <w:rFonts w:ascii="Arial" w:hAnsi="Arial"/>
          <w:color w:val="5D7284"/>
        </w:rPr>
        <w:t>19:21</w:t>
      </w:r>
    </w:p>
    <w:p w14:paraId="4C2EF790" w14:textId="77777777" w:rsidR="00664A9C" w:rsidRDefault="003C723E">
      <w:pPr>
        <w:spacing w:after="0"/>
      </w:pPr>
      <w:r>
        <w:rPr>
          <w:rFonts w:ascii="Arial" w:hAnsi="Arial"/>
        </w:rPr>
        <w:t>Well, inherently in leadership there's followership. Right, right. And so there's people that we're nurturing relationship with and stewarding stewarding those relationships,</w:t>
      </w:r>
      <w:r>
        <w:rPr>
          <w:rFonts w:ascii="Arial" w:hAnsi="Arial"/>
        </w:rPr>
        <w:t xml:space="preserve"> creating space in which people</w:t>
      </w:r>
    </w:p>
    <w:p w14:paraId="40DC379D" w14:textId="77777777" w:rsidR="00664A9C" w:rsidRDefault="00664A9C">
      <w:pPr>
        <w:spacing w:after="0"/>
      </w:pPr>
    </w:p>
    <w:p w14:paraId="5B4E55E1" w14:textId="77777777" w:rsidR="00664A9C" w:rsidRDefault="003C723E">
      <w:pPr>
        <w:spacing w:after="0"/>
      </w:pPr>
      <w:r>
        <w:rPr>
          <w:rFonts w:ascii="Arial" w:hAnsi="Arial"/>
          <w:color w:val="5D7284"/>
        </w:rPr>
        <w:t>19:37</w:t>
      </w:r>
    </w:p>
    <w:p w14:paraId="67417C64" w14:textId="77777777" w:rsidR="00664A9C" w:rsidRDefault="003C723E">
      <w:pPr>
        <w:spacing w:after="0"/>
      </w:pPr>
      <w:r>
        <w:rPr>
          <w:rFonts w:ascii="Arial" w:hAnsi="Arial"/>
        </w:rPr>
        <w:t>trust us.</w:t>
      </w:r>
    </w:p>
    <w:p w14:paraId="564DF87F" w14:textId="77777777" w:rsidR="00664A9C" w:rsidRDefault="00664A9C">
      <w:pPr>
        <w:spacing w:after="0"/>
      </w:pPr>
    </w:p>
    <w:p w14:paraId="0842F6C2" w14:textId="77777777" w:rsidR="00664A9C" w:rsidRDefault="003C723E">
      <w:pPr>
        <w:spacing w:after="0"/>
      </w:pPr>
      <w:r>
        <w:rPr>
          <w:rFonts w:ascii="Arial" w:hAnsi="Arial"/>
          <w:color w:val="5D7284"/>
        </w:rPr>
        <w:t>19:38</w:t>
      </w:r>
    </w:p>
    <w:p w14:paraId="0C01230F" w14:textId="77777777" w:rsidR="00664A9C" w:rsidRDefault="003C723E">
      <w:pPr>
        <w:spacing w:after="0"/>
      </w:pPr>
      <w:r>
        <w:rPr>
          <w:rFonts w:ascii="Arial" w:hAnsi="Arial"/>
        </w:rPr>
        <w:t>And it is impossible to create mechanisms for trust.</w:t>
      </w:r>
    </w:p>
    <w:p w14:paraId="22AA9ADE" w14:textId="77777777" w:rsidR="00664A9C" w:rsidRDefault="00664A9C">
      <w:pPr>
        <w:spacing w:after="0"/>
      </w:pPr>
    </w:p>
    <w:p w14:paraId="0603F4C5" w14:textId="77777777" w:rsidR="00664A9C" w:rsidRDefault="003C723E">
      <w:pPr>
        <w:spacing w:after="0"/>
      </w:pPr>
      <w:r>
        <w:rPr>
          <w:rFonts w:ascii="Arial" w:hAnsi="Arial"/>
          <w:color w:val="5D7284"/>
        </w:rPr>
        <w:t>19:43</w:t>
      </w:r>
    </w:p>
    <w:p w14:paraId="60D1CCEE" w14:textId="77777777" w:rsidR="00664A9C" w:rsidRDefault="003C723E">
      <w:pPr>
        <w:spacing w:after="0"/>
      </w:pPr>
      <w:r>
        <w:rPr>
          <w:rFonts w:ascii="Arial" w:hAnsi="Arial"/>
        </w:rPr>
        <w:t>If</w:t>
      </w:r>
    </w:p>
    <w:p w14:paraId="6BAFBC78" w14:textId="77777777" w:rsidR="00664A9C" w:rsidRDefault="00664A9C">
      <w:pPr>
        <w:spacing w:after="0"/>
      </w:pPr>
    </w:p>
    <w:p w14:paraId="4FDE4B04" w14:textId="77777777" w:rsidR="00664A9C" w:rsidRDefault="003C723E">
      <w:pPr>
        <w:spacing w:after="0"/>
      </w:pPr>
      <w:r>
        <w:rPr>
          <w:rFonts w:ascii="Arial" w:hAnsi="Arial"/>
          <w:color w:val="5D7284"/>
        </w:rPr>
        <w:t>19:45</w:t>
      </w:r>
    </w:p>
    <w:p w14:paraId="1DF0C95F" w14:textId="77777777" w:rsidR="00664A9C" w:rsidRDefault="003C723E">
      <w:pPr>
        <w:spacing w:after="0"/>
      </w:pPr>
      <w:r>
        <w:rPr>
          <w:rFonts w:ascii="Arial" w:hAnsi="Arial"/>
        </w:rPr>
        <w:t>you don't make people feel like they belong.</w:t>
      </w:r>
    </w:p>
    <w:p w14:paraId="396A1116" w14:textId="77777777" w:rsidR="00664A9C" w:rsidRDefault="00664A9C">
      <w:pPr>
        <w:spacing w:after="0"/>
      </w:pPr>
    </w:p>
    <w:p w14:paraId="351E4F16" w14:textId="77777777" w:rsidR="00664A9C" w:rsidRDefault="003C723E">
      <w:pPr>
        <w:spacing w:after="0"/>
      </w:pPr>
      <w:r>
        <w:rPr>
          <w:rFonts w:ascii="Arial" w:hAnsi="Arial"/>
          <w:color w:val="5D7284"/>
        </w:rPr>
        <w:t>19:48</w:t>
      </w:r>
    </w:p>
    <w:p w14:paraId="66CCCD84" w14:textId="77777777" w:rsidR="00664A9C" w:rsidRDefault="003C723E">
      <w:pPr>
        <w:spacing w:after="0"/>
      </w:pPr>
      <w:r>
        <w:rPr>
          <w:rFonts w:ascii="Arial" w:hAnsi="Arial"/>
        </w:rPr>
        <w:t xml:space="preserve">And so I think the core of it is, who are the people that you're </w:t>
      </w:r>
      <w:r>
        <w:rPr>
          <w:rFonts w:ascii="Arial" w:hAnsi="Arial"/>
        </w:rPr>
        <w:t>leading, and Do you know them? Do you actually know them? I think the longer that I do this work. I can't family feel like I'm learning from the folks around me, because narrative or story changes</w:t>
      </w:r>
    </w:p>
    <w:p w14:paraId="59F52894" w14:textId="77777777" w:rsidR="00664A9C" w:rsidRDefault="00664A9C">
      <w:pPr>
        <w:spacing w:after="0"/>
      </w:pPr>
    </w:p>
    <w:p w14:paraId="2D2297A0" w14:textId="77777777" w:rsidR="00664A9C" w:rsidRDefault="003C723E">
      <w:pPr>
        <w:spacing w:after="0"/>
      </w:pPr>
      <w:r>
        <w:rPr>
          <w:rFonts w:ascii="Arial" w:hAnsi="Arial"/>
          <w:color w:val="5D7284"/>
        </w:rPr>
        <w:t>20:07</w:t>
      </w:r>
    </w:p>
    <w:p w14:paraId="231F9125" w14:textId="77777777" w:rsidR="00664A9C" w:rsidRDefault="003C723E">
      <w:pPr>
        <w:spacing w:after="0"/>
      </w:pPr>
      <w:r>
        <w:rPr>
          <w:rFonts w:ascii="Arial" w:hAnsi="Arial"/>
        </w:rPr>
        <w:t>us.</w:t>
      </w:r>
    </w:p>
    <w:p w14:paraId="0D0FFEE1" w14:textId="77777777" w:rsidR="00664A9C" w:rsidRDefault="00664A9C">
      <w:pPr>
        <w:spacing w:after="0"/>
      </w:pPr>
    </w:p>
    <w:p w14:paraId="39B1A753" w14:textId="77777777" w:rsidR="00664A9C" w:rsidRDefault="003C723E">
      <w:pPr>
        <w:spacing w:after="0"/>
      </w:pPr>
      <w:r>
        <w:rPr>
          <w:rFonts w:ascii="Arial" w:hAnsi="Arial"/>
          <w:color w:val="5D7284"/>
        </w:rPr>
        <w:t>20:08</w:t>
      </w:r>
    </w:p>
    <w:p w14:paraId="6F6CEDB9" w14:textId="77777777" w:rsidR="00664A9C" w:rsidRDefault="003C723E">
      <w:pPr>
        <w:spacing w:after="0"/>
      </w:pPr>
      <w:r>
        <w:rPr>
          <w:rFonts w:ascii="Arial" w:hAnsi="Arial"/>
        </w:rPr>
        <w:t>When I hear stories about how an individu</w:t>
      </w:r>
      <w:r>
        <w:rPr>
          <w:rFonts w:ascii="Arial" w:hAnsi="Arial"/>
        </w:rPr>
        <w:t>al operates in the world, and how the world and particular experiences, make them feel like they either deeply, deeply belong, or are radically in excluded, that gives me new information to make something happen. And so I think first, it's in leadership, o</w:t>
      </w:r>
      <w:r>
        <w:rPr>
          <w:rFonts w:ascii="Arial" w:hAnsi="Arial"/>
        </w:rPr>
        <w:t>ur responsibility to listen, I think it's our responsibility to ask good questions, and deeply grapple with the importance of nowness. To get to know people to get to know them and their experience, and really deep and thoughtful ways. So that would be the</w:t>
      </w:r>
      <w:r>
        <w:rPr>
          <w:rFonts w:ascii="Arial" w:hAnsi="Arial"/>
        </w:rPr>
        <w:t xml:space="preserve"> first one is to listen and learn about your people. The second one that I think is really important, is to educate yourself. I know we talked about at the beginning, that it's really valuable to have mentors that hold space for you in your own learning if</w:t>
      </w:r>
      <w:r>
        <w:rPr>
          <w:rFonts w:ascii="Arial" w:hAnsi="Arial"/>
        </w:rPr>
        <w:t xml:space="preserve"> they're able to. And I think we all need folks who can do that. But because of the world we live in, there are also many individuals who have undergone a lot of trauma, because of deeply broken systems that have made them feel excluded, or I'm going to be</w:t>
      </w:r>
      <w:r>
        <w:rPr>
          <w:rFonts w:ascii="Arial" w:hAnsi="Arial"/>
        </w:rPr>
        <w:t xml:space="preserve">tter use the word oppressed, because that that is at times what it is. And so, I think that it's important if you say that you're committed to these things that </w:t>
      </w:r>
      <w:r>
        <w:rPr>
          <w:rFonts w:ascii="Arial" w:hAnsi="Arial"/>
        </w:rPr>
        <w:lastRenderedPageBreak/>
        <w:t xml:space="preserve">you do some of your own work. For example, I can't say that, like, I'm committed to becoming a </w:t>
      </w:r>
      <w:r>
        <w:rPr>
          <w:rFonts w:ascii="Arial" w:hAnsi="Arial"/>
        </w:rPr>
        <w:t>healthier version</w:t>
      </w:r>
    </w:p>
    <w:p w14:paraId="40E8B27D" w14:textId="77777777" w:rsidR="00664A9C" w:rsidRDefault="00664A9C">
      <w:pPr>
        <w:spacing w:after="0"/>
      </w:pPr>
    </w:p>
    <w:p w14:paraId="3A144EFC" w14:textId="77777777" w:rsidR="00664A9C" w:rsidRDefault="003C723E">
      <w:pPr>
        <w:spacing w:after="0"/>
      </w:pPr>
      <w:r>
        <w:rPr>
          <w:rFonts w:ascii="Arial" w:hAnsi="Arial"/>
          <w:color w:val="5D7284"/>
        </w:rPr>
        <w:t>21:40</w:t>
      </w:r>
    </w:p>
    <w:p w14:paraId="3826F0C4" w14:textId="77777777" w:rsidR="00664A9C" w:rsidRDefault="003C723E">
      <w:pPr>
        <w:spacing w:after="0"/>
      </w:pPr>
      <w:r>
        <w:rPr>
          <w:rFonts w:ascii="Arial" w:hAnsi="Arial"/>
        </w:rPr>
        <w:t>of myself,</w:t>
      </w:r>
    </w:p>
    <w:p w14:paraId="48EF532A" w14:textId="77777777" w:rsidR="00664A9C" w:rsidRDefault="00664A9C">
      <w:pPr>
        <w:spacing w:after="0"/>
      </w:pPr>
    </w:p>
    <w:p w14:paraId="2056426F" w14:textId="77777777" w:rsidR="00664A9C" w:rsidRDefault="003C723E">
      <w:pPr>
        <w:spacing w:after="0"/>
      </w:pPr>
      <w:r>
        <w:rPr>
          <w:rFonts w:ascii="Arial" w:hAnsi="Arial"/>
          <w:color w:val="5D7284"/>
        </w:rPr>
        <w:t>21:43</w:t>
      </w:r>
    </w:p>
    <w:p w14:paraId="283F5D70" w14:textId="77777777" w:rsidR="00664A9C" w:rsidRDefault="003C723E">
      <w:pPr>
        <w:spacing w:after="0"/>
      </w:pPr>
      <w:r>
        <w:rPr>
          <w:rFonts w:ascii="Arial" w:hAnsi="Arial"/>
        </w:rPr>
        <w:t>and not go to the gym, there's work to get things done. If you are saying that you're committed to diversity and inclusion work, you need</w:t>
      </w:r>
    </w:p>
    <w:p w14:paraId="21F0659C" w14:textId="77777777" w:rsidR="00664A9C" w:rsidRDefault="00664A9C">
      <w:pPr>
        <w:spacing w:after="0"/>
      </w:pPr>
    </w:p>
    <w:p w14:paraId="1E76D5EF" w14:textId="77777777" w:rsidR="00664A9C" w:rsidRDefault="003C723E">
      <w:pPr>
        <w:spacing w:after="0"/>
      </w:pPr>
      <w:r>
        <w:rPr>
          <w:rFonts w:ascii="Arial" w:hAnsi="Arial"/>
          <w:color w:val="5D7284"/>
        </w:rPr>
        <w:t>21:52</w:t>
      </w:r>
    </w:p>
    <w:p w14:paraId="4FF9F782" w14:textId="77777777" w:rsidR="00664A9C" w:rsidRDefault="003C723E">
      <w:pPr>
        <w:spacing w:after="0"/>
      </w:pPr>
      <w:r>
        <w:rPr>
          <w:rFonts w:ascii="Arial" w:hAnsi="Arial"/>
        </w:rPr>
        <w:t>to be doing the work.</w:t>
      </w:r>
    </w:p>
    <w:p w14:paraId="43990D38" w14:textId="77777777" w:rsidR="00664A9C" w:rsidRDefault="00664A9C">
      <w:pPr>
        <w:spacing w:after="0"/>
      </w:pPr>
    </w:p>
    <w:p w14:paraId="619CF2C3" w14:textId="77777777" w:rsidR="00664A9C" w:rsidRDefault="003C723E">
      <w:pPr>
        <w:spacing w:after="0"/>
      </w:pPr>
      <w:r>
        <w:rPr>
          <w:rFonts w:ascii="Arial" w:hAnsi="Arial"/>
          <w:color w:val="5D7284"/>
        </w:rPr>
        <w:t>21:53</w:t>
      </w:r>
    </w:p>
    <w:p w14:paraId="5D19FF60" w14:textId="77777777" w:rsidR="00664A9C" w:rsidRDefault="003C723E">
      <w:pPr>
        <w:spacing w:after="0"/>
      </w:pPr>
      <w:r>
        <w:rPr>
          <w:rFonts w:ascii="Arial" w:hAnsi="Arial"/>
        </w:rPr>
        <w:t>And I think that part of that comes wit</w:t>
      </w:r>
      <w:r>
        <w:rPr>
          <w:rFonts w:ascii="Arial" w:hAnsi="Arial"/>
        </w:rPr>
        <w:t>h looking for materials. I mean, there's many resources, even if you just start with your Google search, right, to learn about those biases, that you're beginning to name itself. So when you start to do the work of kind of thinking about what is your perce</w:t>
      </w:r>
      <w:r>
        <w:rPr>
          <w:rFonts w:ascii="Arial" w:hAnsi="Arial"/>
        </w:rPr>
        <w:t>ption of other What</w:t>
      </w:r>
    </w:p>
    <w:p w14:paraId="4966EC3A" w14:textId="77777777" w:rsidR="00664A9C" w:rsidRDefault="00664A9C">
      <w:pPr>
        <w:spacing w:after="0"/>
      </w:pPr>
    </w:p>
    <w:p w14:paraId="0C814B8F" w14:textId="77777777" w:rsidR="00664A9C" w:rsidRDefault="003C723E">
      <w:pPr>
        <w:spacing w:after="0"/>
      </w:pPr>
      <w:r>
        <w:rPr>
          <w:rFonts w:ascii="Arial" w:hAnsi="Arial"/>
          <w:color w:val="5D7284"/>
        </w:rPr>
        <w:t>22:10</w:t>
      </w:r>
    </w:p>
    <w:p w14:paraId="573C624C" w14:textId="77777777" w:rsidR="00664A9C" w:rsidRDefault="003C723E">
      <w:pPr>
        <w:spacing w:after="0"/>
      </w:pPr>
      <w:r>
        <w:rPr>
          <w:rFonts w:ascii="Arial" w:hAnsi="Arial"/>
        </w:rPr>
        <w:t>is your perception of difference</w:t>
      </w:r>
    </w:p>
    <w:p w14:paraId="4293E409" w14:textId="77777777" w:rsidR="00664A9C" w:rsidRDefault="00664A9C">
      <w:pPr>
        <w:spacing w:after="0"/>
      </w:pPr>
    </w:p>
    <w:p w14:paraId="3EA012B9" w14:textId="77777777" w:rsidR="00664A9C" w:rsidRDefault="003C723E">
      <w:pPr>
        <w:spacing w:after="0"/>
      </w:pPr>
      <w:r>
        <w:rPr>
          <w:rFonts w:ascii="Arial" w:hAnsi="Arial"/>
          <w:color w:val="5D7284"/>
        </w:rPr>
        <w:t>22:12</w:t>
      </w:r>
    </w:p>
    <w:p w14:paraId="1DFB1ACD" w14:textId="77777777" w:rsidR="00664A9C" w:rsidRDefault="003C723E">
      <w:pPr>
        <w:spacing w:after="0"/>
      </w:pPr>
      <w:r>
        <w:rPr>
          <w:rFonts w:ascii="Arial" w:hAnsi="Arial"/>
        </w:rPr>
        <w:t>in different areas, and then start there as a place for learning</w:t>
      </w:r>
    </w:p>
    <w:p w14:paraId="453FEAE9" w14:textId="77777777" w:rsidR="00664A9C" w:rsidRDefault="00664A9C">
      <w:pPr>
        <w:spacing w:after="0"/>
      </w:pPr>
    </w:p>
    <w:p w14:paraId="4023CE93" w14:textId="77777777" w:rsidR="00664A9C" w:rsidRDefault="003C723E">
      <w:pPr>
        <w:spacing w:after="0"/>
      </w:pPr>
      <w:r>
        <w:rPr>
          <w:rFonts w:ascii="Arial" w:hAnsi="Arial"/>
          <w:color w:val="5D7284"/>
        </w:rPr>
        <w:t>22:17</w:t>
      </w:r>
    </w:p>
    <w:p w14:paraId="38B8C6C1" w14:textId="77777777" w:rsidR="00664A9C" w:rsidRDefault="003C723E">
      <w:pPr>
        <w:spacing w:after="0"/>
      </w:pPr>
      <w:r>
        <w:rPr>
          <w:rFonts w:ascii="Arial" w:hAnsi="Arial"/>
        </w:rPr>
        <w:t xml:space="preserve">listeners who are listening to this podcast, Lauren, and I go to the same gym, we've been getting up at, you </w:t>
      </w:r>
      <w:r>
        <w:rPr>
          <w:rFonts w:ascii="Arial" w:hAnsi="Arial"/>
        </w:rPr>
        <w:t>don't want to know what time we get up place, but we show up. And if one of us doesn't show up, we hold the other person accountable. And that's important to think about for social identity and social justice work is it's not just a singular thing. Yes, yo</w:t>
      </w:r>
      <w:r>
        <w:rPr>
          <w:rFonts w:ascii="Arial" w:hAnsi="Arial"/>
        </w:rPr>
        <w:t>u have to do the work yourself. But you also have to bring people into that with you. Mm hmm.</w:t>
      </w:r>
    </w:p>
    <w:p w14:paraId="23AD9C6D" w14:textId="77777777" w:rsidR="00664A9C" w:rsidRDefault="00664A9C">
      <w:pPr>
        <w:spacing w:after="0"/>
      </w:pPr>
    </w:p>
    <w:p w14:paraId="5656D1EB" w14:textId="77777777" w:rsidR="00664A9C" w:rsidRDefault="003C723E">
      <w:pPr>
        <w:spacing w:after="0"/>
      </w:pPr>
      <w:r>
        <w:rPr>
          <w:rFonts w:ascii="Arial" w:hAnsi="Arial"/>
          <w:color w:val="5D7284"/>
        </w:rPr>
        <w:t>22:44</w:t>
      </w:r>
    </w:p>
    <w:p w14:paraId="5BC019C8" w14:textId="77777777" w:rsidR="00664A9C" w:rsidRDefault="003C723E">
      <w:pPr>
        <w:spacing w:after="0"/>
      </w:pPr>
      <w:r>
        <w:rPr>
          <w:rFonts w:ascii="Arial" w:hAnsi="Arial"/>
        </w:rPr>
        <w:t xml:space="preserve">And one thing if we're going to stay on this analogy, which I'm I'm game for. But when Austin and I are at our workout in the morning, and our coach comes </w:t>
      </w:r>
      <w:r>
        <w:rPr>
          <w:rFonts w:ascii="Arial" w:hAnsi="Arial"/>
        </w:rPr>
        <w:t>over to us and corrects our form, we take that feedback and are deeply destroyed by it. And then we figure out how we show up better next time. I think we have drastically become more sensitive to feedback. And not always seen that as a place for our deepe</w:t>
      </w:r>
      <w:r>
        <w:rPr>
          <w:rFonts w:ascii="Arial" w:hAnsi="Arial"/>
        </w:rPr>
        <w:t>st learning. And I think it's important in this work, too, that when someone tells you, hey, what you're doing could hurt yourself or hurt other people. That you just hear that and make an adaptation to figure out maybe what harm you've already caused that</w:t>
      </w:r>
      <w:r>
        <w:rPr>
          <w:rFonts w:ascii="Arial" w:hAnsi="Arial"/>
        </w:rPr>
        <w:t xml:space="preserve"> you have to reconcile and repair, but to what you can</w:t>
      </w:r>
    </w:p>
    <w:p w14:paraId="73A9FFB2" w14:textId="77777777" w:rsidR="00664A9C" w:rsidRDefault="00664A9C">
      <w:pPr>
        <w:spacing w:after="0"/>
      </w:pPr>
    </w:p>
    <w:p w14:paraId="5BC33B09" w14:textId="77777777" w:rsidR="00664A9C" w:rsidRDefault="003C723E">
      <w:pPr>
        <w:spacing w:after="0"/>
      </w:pPr>
      <w:r>
        <w:rPr>
          <w:rFonts w:ascii="Arial" w:hAnsi="Arial"/>
          <w:color w:val="5D7284"/>
        </w:rPr>
        <w:t>23:32</w:t>
      </w:r>
    </w:p>
    <w:p w14:paraId="6BBCAD58" w14:textId="77777777" w:rsidR="00664A9C" w:rsidRDefault="003C723E">
      <w:pPr>
        <w:spacing w:after="0"/>
      </w:pPr>
      <w:r>
        <w:rPr>
          <w:rFonts w:ascii="Arial" w:hAnsi="Arial"/>
        </w:rPr>
        <w:t>do to change the way your feet move forward.</w:t>
      </w:r>
    </w:p>
    <w:p w14:paraId="40530A72" w14:textId="77777777" w:rsidR="00664A9C" w:rsidRDefault="00664A9C">
      <w:pPr>
        <w:spacing w:after="0"/>
      </w:pPr>
    </w:p>
    <w:p w14:paraId="4CC48C75" w14:textId="77777777" w:rsidR="00664A9C" w:rsidRDefault="003C723E">
      <w:pPr>
        <w:spacing w:after="0"/>
      </w:pPr>
      <w:r>
        <w:rPr>
          <w:rFonts w:ascii="Arial" w:hAnsi="Arial"/>
          <w:color w:val="5D7284"/>
        </w:rPr>
        <w:lastRenderedPageBreak/>
        <w:t>23:35</w:t>
      </w:r>
    </w:p>
    <w:p w14:paraId="2B4D4490" w14:textId="77777777" w:rsidR="00664A9C" w:rsidRDefault="003C723E">
      <w:pPr>
        <w:spacing w:after="0"/>
      </w:pPr>
      <w:r>
        <w:rPr>
          <w:rFonts w:ascii="Arial" w:hAnsi="Arial"/>
        </w:rPr>
        <w:t xml:space="preserve">Yeah, the feedback thing is so important. And I feel like we are in a place in the larger society where you're right. People are very </w:t>
      </w:r>
      <w:r>
        <w:rPr>
          <w:rFonts w:ascii="Arial" w:hAnsi="Arial"/>
        </w:rPr>
        <w:t>sensitive to feedback. There's resentment that builds up but in truth, if it's a trusting relationship, and that individual or that group is making you feel like you have a belonging, a sense of inclusion, which I do feel in that in that gym, that feedback</w:t>
      </w:r>
      <w:r>
        <w:rPr>
          <w:rFonts w:ascii="Arial" w:hAnsi="Arial"/>
        </w:rPr>
        <w:t xml:space="preserve"> is supposed to be helpful. It's supposed to cause further motivation towards internal growth and change and things like that.</w:t>
      </w:r>
    </w:p>
    <w:p w14:paraId="4E4C1CE8" w14:textId="77777777" w:rsidR="00664A9C" w:rsidRDefault="00664A9C">
      <w:pPr>
        <w:spacing w:after="0"/>
      </w:pPr>
    </w:p>
    <w:p w14:paraId="58FDCCE4" w14:textId="77777777" w:rsidR="00664A9C" w:rsidRDefault="003C723E">
      <w:pPr>
        <w:spacing w:after="0"/>
      </w:pPr>
      <w:r>
        <w:rPr>
          <w:rFonts w:ascii="Arial" w:hAnsi="Arial"/>
          <w:color w:val="5D7284"/>
        </w:rPr>
        <w:t>24:10</w:t>
      </w:r>
    </w:p>
    <w:p w14:paraId="1BAA3427" w14:textId="77777777" w:rsidR="00664A9C" w:rsidRDefault="003C723E">
      <w:pPr>
        <w:spacing w:after="0"/>
      </w:pPr>
      <w:r>
        <w:rPr>
          <w:rFonts w:ascii="Arial" w:hAnsi="Arial"/>
        </w:rPr>
        <w:t>And I mean, here's the thing. I have lots of thoughts about this. But it is radicals to me that being called a racist, has</w:t>
      </w:r>
      <w:r>
        <w:rPr>
          <w:rFonts w:ascii="Arial" w:hAnsi="Arial"/>
        </w:rPr>
        <w:t xml:space="preserve"> become the most offensive word of our time. I think that that if being called a racist, offends you that deeply, you might have some internal work to do. Yeah. Because somebody, maybe maybe someone should have said, Hey, when you do this, it comes off a l</w:t>
      </w:r>
      <w:r>
        <w:rPr>
          <w:rFonts w:ascii="Arial" w:hAnsi="Arial"/>
        </w:rPr>
        <w:t xml:space="preserve">ittle bit racist, but I'm sorry, the person who's probably feeling that way. What you're doing is probably hitting them at a point of trigger or a point of trauma. I don't know that it's their personal responsibility to have to soften that blow. So how do </w:t>
      </w:r>
      <w:r>
        <w:rPr>
          <w:rFonts w:ascii="Arial" w:hAnsi="Arial"/>
        </w:rPr>
        <w:t>we like think about the truth in something and start from We hear from other folks and nurtured in a way we can digest, I think we have to do that self work. Like maybe someone gives you feedback and it feels really harsh at first. But how do you pick up t</w:t>
      </w:r>
      <w:r>
        <w:rPr>
          <w:rFonts w:ascii="Arial" w:hAnsi="Arial"/>
        </w:rPr>
        <w:t>he truth in it and work</w:t>
      </w:r>
    </w:p>
    <w:p w14:paraId="6B9F702A" w14:textId="77777777" w:rsidR="00664A9C" w:rsidRDefault="00664A9C">
      <w:pPr>
        <w:spacing w:after="0"/>
      </w:pPr>
    </w:p>
    <w:p w14:paraId="5E9EFDB5" w14:textId="77777777" w:rsidR="00664A9C" w:rsidRDefault="003C723E">
      <w:pPr>
        <w:spacing w:after="0"/>
      </w:pPr>
      <w:r>
        <w:rPr>
          <w:rFonts w:ascii="Arial" w:hAnsi="Arial"/>
          <w:color w:val="5D7284"/>
        </w:rPr>
        <w:t>25:11</w:t>
      </w:r>
    </w:p>
    <w:p w14:paraId="1477EBBD" w14:textId="77777777" w:rsidR="00664A9C" w:rsidRDefault="003C723E">
      <w:pPr>
        <w:spacing w:after="0"/>
      </w:pPr>
      <w:r>
        <w:rPr>
          <w:rFonts w:ascii="Arial" w:hAnsi="Arial"/>
        </w:rPr>
        <w:t>your way back through</w:t>
      </w:r>
    </w:p>
    <w:p w14:paraId="579B631D" w14:textId="77777777" w:rsidR="00664A9C" w:rsidRDefault="00664A9C">
      <w:pPr>
        <w:spacing w:after="0"/>
      </w:pPr>
    </w:p>
    <w:p w14:paraId="7F3624E0" w14:textId="77777777" w:rsidR="00664A9C" w:rsidRDefault="003C723E">
      <w:pPr>
        <w:spacing w:after="0"/>
      </w:pPr>
      <w:r>
        <w:rPr>
          <w:rFonts w:ascii="Arial" w:hAnsi="Arial"/>
          <w:color w:val="5D7284"/>
        </w:rPr>
        <w:t>25:12</w:t>
      </w:r>
    </w:p>
    <w:p w14:paraId="5B31A14E" w14:textId="77777777" w:rsidR="00664A9C" w:rsidRDefault="003C723E">
      <w:pPr>
        <w:spacing w:after="0"/>
      </w:pPr>
      <w:r>
        <w:rPr>
          <w:rFonts w:ascii="Arial" w:hAnsi="Arial"/>
        </w:rPr>
        <w:t>it, to take something from it? Because obviously, and we talked about early on, true inclusion is about how somebody feels right feeling like there's room to be yourself. It's the feeling that you</w:t>
      </w:r>
      <w:r>
        <w:rPr>
          <w:rFonts w:ascii="Arial" w:hAnsi="Arial"/>
        </w:rPr>
        <w:t xml:space="preserve"> are enough. So if somebody is reacting to something you did, or say, chances are, you're not cultivating a space</w:t>
      </w:r>
    </w:p>
    <w:p w14:paraId="1A0617F6" w14:textId="77777777" w:rsidR="00664A9C" w:rsidRDefault="00664A9C">
      <w:pPr>
        <w:spacing w:after="0"/>
      </w:pPr>
    </w:p>
    <w:p w14:paraId="76D1FE0C" w14:textId="77777777" w:rsidR="00664A9C" w:rsidRDefault="003C723E">
      <w:pPr>
        <w:spacing w:after="0"/>
      </w:pPr>
      <w:r>
        <w:rPr>
          <w:rFonts w:ascii="Arial" w:hAnsi="Arial"/>
          <w:color w:val="5D7284"/>
        </w:rPr>
        <w:t>25:34</w:t>
      </w:r>
    </w:p>
    <w:p w14:paraId="710C0FB6" w14:textId="77777777" w:rsidR="00664A9C" w:rsidRDefault="003C723E">
      <w:pPr>
        <w:spacing w:after="0"/>
      </w:pPr>
      <w:r>
        <w:rPr>
          <w:rFonts w:ascii="Arial" w:hAnsi="Arial"/>
        </w:rPr>
        <w:t>for them to feel like they are enough.</w:t>
      </w:r>
    </w:p>
    <w:p w14:paraId="76C3B4F8" w14:textId="77777777" w:rsidR="00664A9C" w:rsidRDefault="00664A9C">
      <w:pPr>
        <w:spacing w:after="0"/>
      </w:pPr>
    </w:p>
    <w:p w14:paraId="4D029809" w14:textId="77777777" w:rsidR="00664A9C" w:rsidRDefault="003C723E">
      <w:pPr>
        <w:spacing w:after="0"/>
      </w:pPr>
      <w:r>
        <w:rPr>
          <w:rFonts w:ascii="Arial" w:hAnsi="Arial"/>
          <w:color w:val="5D7284"/>
        </w:rPr>
        <w:t>25:36</w:t>
      </w:r>
    </w:p>
    <w:p w14:paraId="778F7A8A" w14:textId="77777777" w:rsidR="00664A9C" w:rsidRDefault="003C723E">
      <w:pPr>
        <w:spacing w:after="0"/>
      </w:pPr>
      <w:r>
        <w:rPr>
          <w:rFonts w:ascii="Arial" w:hAnsi="Arial"/>
        </w:rPr>
        <w:t>Yeah, you've made them feel like they weren't enough, or you made them feel like, you kno</w:t>
      </w:r>
      <w:r>
        <w:rPr>
          <w:rFonts w:ascii="Arial" w:hAnsi="Arial"/>
        </w:rPr>
        <w:t>w, they felt excluded or lonely. And whatever you did, or said,</w:t>
      </w:r>
    </w:p>
    <w:p w14:paraId="565D0834" w14:textId="77777777" w:rsidR="00664A9C" w:rsidRDefault="00664A9C">
      <w:pPr>
        <w:spacing w:after="0"/>
      </w:pPr>
    </w:p>
    <w:p w14:paraId="4A108756" w14:textId="77777777" w:rsidR="00664A9C" w:rsidRDefault="003C723E">
      <w:pPr>
        <w:spacing w:after="0"/>
      </w:pPr>
      <w:r>
        <w:rPr>
          <w:rFonts w:ascii="Arial" w:hAnsi="Arial"/>
          <w:color w:val="5D7284"/>
        </w:rPr>
        <w:t>25:45</w:t>
      </w:r>
    </w:p>
    <w:p w14:paraId="7724BCEA" w14:textId="77777777" w:rsidR="00664A9C" w:rsidRDefault="003C723E">
      <w:pPr>
        <w:spacing w:after="0"/>
      </w:pPr>
      <w:r>
        <w:rPr>
          <w:rFonts w:ascii="Arial" w:hAnsi="Arial"/>
        </w:rPr>
        <w:t xml:space="preserve">and what can you do? That's the question you should ask yourself. And I think that sometimes you have a relationship with somebody else that maybe is meaningful enough. And you have </w:t>
      </w:r>
      <w:r>
        <w:rPr>
          <w:rFonts w:ascii="Arial" w:hAnsi="Arial"/>
        </w:rPr>
        <w:t>that rapport that you can ask them to, how would you like me to proceed forward as we walk in this together? But if you don't, you don't have to go do some of that</w:t>
      </w:r>
    </w:p>
    <w:p w14:paraId="57705292" w14:textId="77777777" w:rsidR="00664A9C" w:rsidRDefault="00664A9C">
      <w:pPr>
        <w:spacing w:after="0"/>
      </w:pPr>
    </w:p>
    <w:p w14:paraId="0B1C84BB" w14:textId="77777777" w:rsidR="00664A9C" w:rsidRDefault="003C723E">
      <w:pPr>
        <w:spacing w:after="0"/>
      </w:pPr>
      <w:r>
        <w:rPr>
          <w:rFonts w:ascii="Arial" w:hAnsi="Arial"/>
          <w:color w:val="5D7284"/>
        </w:rPr>
        <w:t>26:03</w:t>
      </w:r>
    </w:p>
    <w:p w14:paraId="601CBDAB" w14:textId="77777777" w:rsidR="00664A9C" w:rsidRDefault="003C723E">
      <w:pPr>
        <w:spacing w:after="0"/>
      </w:pPr>
      <w:r>
        <w:rPr>
          <w:rFonts w:ascii="Arial" w:hAnsi="Arial"/>
        </w:rPr>
        <w:t>self work?</w:t>
      </w:r>
    </w:p>
    <w:p w14:paraId="49A52AC1" w14:textId="77777777" w:rsidR="00664A9C" w:rsidRDefault="00664A9C">
      <w:pPr>
        <w:spacing w:after="0"/>
      </w:pPr>
    </w:p>
    <w:p w14:paraId="6065FB96" w14:textId="77777777" w:rsidR="00664A9C" w:rsidRDefault="003C723E">
      <w:pPr>
        <w:spacing w:after="0"/>
      </w:pPr>
      <w:r>
        <w:rPr>
          <w:rFonts w:ascii="Arial" w:hAnsi="Arial"/>
          <w:color w:val="5D7284"/>
        </w:rPr>
        <w:t>26:04</w:t>
      </w:r>
    </w:p>
    <w:p w14:paraId="4371A2A7" w14:textId="77777777" w:rsidR="00664A9C" w:rsidRDefault="003C723E">
      <w:pPr>
        <w:spacing w:after="0"/>
      </w:pPr>
      <w:r>
        <w:rPr>
          <w:rFonts w:ascii="Arial" w:hAnsi="Arial"/>
        </w:rPr>
        <w:lastRenderedPageBreak/>
        <w:t>Yeah. And that's the nuances of this whole thing is like, yeah, you</w:t>
      </w:r>
      <w:r>
        <w:rPr>
          <w:rFonts w:ascii="Arial" w:hAnsi="Arial"/>
        </w:rPr>
        <w:t xml:space="preserve"> may get that feedback. And the person who gave you that feedback, it could be very revelatory for you may not even have communicated in the best way. But you need to, like you said, parse out and find what is the truth and that that I need that I need to </w:t>
      </w:r>
      <w:r>
        <w:rPr>
          <w:rFonts w:ascii="Arial" w:hAnsi="Arial"/>
        </w:rPr>
        <w:t>do the work. Mm hmm.</w:t>
      </w:r>
    </w:p>
    <w:p w14:paraId="7979AF7D" w14:textId="77777777" w:rsidR="00664A9C" w:rsidRDefault="00664A9C">
      <w:pPr>
        <w:spacing w:after="0"/>
      </w:pPr>
    </w:p>
    <w:p w14:paraId="4C4E51E9" w14:textId="77777777" w:rsidR="00664A9C" w:rsidRDefault="003C723E">
      <w:pPr>
        <w:spacing w:after="0"/>
      </w:pPr>
      <w:r>
        <w:rPr>
          <w:rFonts w:ascii="Arial" w:hAnsi="Arial"/>
          <w:color w:val="5D7284"/>
        </w:rPr>
        <w:t>26:24</w:t>
      </w:r>
    </w:p>
    <w:p w14:paraId="73A92917" w14:textId="77777777" w:rsidR="00664A9C" w:rsidRDefault="003C723E">
      <w:pPr>
        <w:spacing w:after="0"/>
      </w:pPr>
      <w:r>
        <w:rPr>
          <w:rFonts w:ascii="Arial" w:hAnsi="Arial"/>
        </w:rPr>
        <w:t>And I think one thing about social change, that's important to think about in terms of this, just shifting from the ideology around leadership, I know we talked about the first point of like, knowing your followers, the second p</w:t>
      </w:r>
      <w:r>
        <w:rPr>
          <w:rFonts w:ascii="Arial" w:hAnsi="Arial"/>
        </w:rPr>
        <w:t>oint is doing your own work, educating yourself. Well, the third, if you talk about this action step,</w:t>
      </w:r>
    </w:p>
    <w:p w14:paraId="3B9A4234" w14:textId="77777777" w:rsidR="00664A9C" w:rsidRDefault="00664A9C">
      <w:pPr>
        <w:spacing w:after="0"/>
      </w:pPr>
    </w:p>
    <w:p w14:paraId="27EA9FA1" w14:textId="77777777" w:rsidR="00664A9C" w:rsidRDefault="003C723E">
      <w:pPr>
        <w:spacing w:after="0"/>
      </w:pPr>
      <w:r>
        <w:rPr>
          <w:rFonts w:ascii="Arial" w:hAnsi="Arial"/>
          <w:color w:val="5D7284"/>
        </w:rPr>
        <w:t>26:41</w:t>
      </w:r>
    </w:p>
    <w:p w14:paraId="6EFABC0D" w14:textId="77777777" w:rsidR="00664A9C" w:rsidRDefault="003C723E">
      <w:pPr>
        <w:spacing w:after="0"/>
      </w:pPr>
      <w:r>
        <w:rPr>
          <w:rFonts w:ascii="Arial" w:hAnsi="Arial"/>
        </w:rPr>
        <w:t>so let's take</w:t>
      </w:r>
    </w:p>
    <w:p w14:paraId="240D3363" w14:textId="77777777" w:rsidR="00664A9C" w:rsidRDefault="00664A9C">
      <w:pPr>
        <w:spacing w:after="0"/>
      </w:pPr>
    </w:p>
    <w:p w14:paraId="29792FC3" w14:textId="77777777" w:rsidR="00664A9C" w:rsidRDefault="003C723E">
      <w:pPr>
        <w:spacing w:after="0"/>
      </w:pPr>
      <w:r>
        <w:rPr>
          <w:rFonts w:ascii="Arial" w:hAnsi="Arial"/>
          <w:color w:val="5D7284"/>
        </w:rPr>
        <w:t>26:42</w:t>
      </w:r>
    </w:p>
    <w:p w14:paraId="292A1AAB" w14:textId="77777777" w:rsidR="00664A9C" w:rsidRDefault="003C723E">
      <w:pPr>
        <w:spacing w:after="0"/>
      </w:pPr>
      <w:r>
        <w:rPr>
          <w:rFonts w:ascii="Arial" w:hAnsi="Arial"/>
        </w:rPr>
        <w:t>that one. Let's just do 123. To keep it simple. The third point being action oriented, what's effective? What can I control? A</w:t>
      </w:r>
      <w:r>
        <w:rPr>
          <w:rFonts w:ascii="Arial" w:hAnsi="Arial"/>
        </w:rPr>
        <w:t>nd so I think it's important to ask yourself that question, after you do some of your own education is like, what can you control? Well, you may be able to repair a relationship with someone that might be something in your control, in terms of like prompti</w:t>
      </w:r>
      <w:r>
        <w:rPr>
          <w:rFonts w:ascii="Arial" w:hAnsi="Arial"/>
        </w:rPr>
        <w:t>ng that conversation is in your control, but how somebody receives you, if they've been hurt by</w:t>
      </w:r>
    </w:p>
    <w:p w14:paraId="4F4DC8E5" w14:textId="77777777" w:rsidR="00664A9C" w:rsidRDefault="00664A9C">
      <w:pPr>
        <w:spacing w:after="0"/>
      </w:pPr>
    </w:p>
    <w:p w14:paraId="7620CA90" w14:textId="77777777" w:rsidR="00664A9C" w:rsidRDefault="003C723E">
      <w:pPr>
        <w:spacing w:after="0"/>
      </w:pPr>
      <w:r>
        <w:rPr>
          <w:rFonts w:ascii="Arial" w:hAnsi="Arial"/>
          <w:color w:val="5D7284"/>
        </w:rPr>
        <w:t>27:06</w:t>
      </w:r>
    </w:p>
    <w:p w14:paraId="6307DA31" w14:textId="77777777" w:rsidR="00664A9C" w:rsidRDefault="003C723E">
      <w:pPr>
        <w:spacing w:after="0"/>
      </w:pPr>
      <w:r>
        <w:rPr>
          <w:rFonts w:ascii="Arial" w:hAnsi="Arial"/>
        </w:rPr>
        <w:t>you, that's not in your control.</w:t>
      </w:r>
    </w:p>
    <w:p w14:paraId="3F4A6896" w14:textId="77777777" w:rsidR="00664A9C" w:rsidRDefault="00664A9C">
      <w:pPr>
        <w:spacing w:after="0"/>
      </w:pPr>
    </w:p>
    <w:p w14:paraId="249B13B7" w14:textId="77777777" w:rsidR="00664A9C" w:rsidRDefault="003C723E">
      <w:pPr>
        <w:spacing w:after="0"/>
      </w:pPr>
      <w:r>
        <w:rPr>
          <w:rFonts w:ascii="Arial" w:hAnsi="Arial"/>
          <w:color w:val="5D7284"/>
        </w:rPr>
        <w:t>27:08</w:t>
      </w:r>
    </w:p>
    <w:p w14:paraId="6C50296C" w14:textId="77777777" w:rsidR="00664A9C" w:rsidRDefault="003C723E">
      <w:pPr>
        <w:spacing w:after="0"/>
      </w:pPr>
      <w:r>
        <w:rPr>
          <w:rFonts w:ascii="Arial" w:hAnsi="Arial"/>
        </w:rPr>
        <w:t>And you might have to live with the fact that some of the like relationships you've damaged are beyond your</w:t>
      </w:r>
    </w:p>
    <w:p w14:paraId="5A51FB2F" w14:textId="77777777" w:rsidR="00664A9C" w:rsidRDefault="00664A9C">
      <w:pPr>
        <w:spacing w:after="0"/>
      </w:pPr>
    </w:p>
    <w:p w14:paraId="161E2A18" w14:textId="77777777" w:rsidR="00664A9C" w:rsidRDefault="003C723E">
      <w:pPr>
        <w:spacing w:after="0"/>
      </w:pPr>
      <w:r>
        <w:rPr>
          <w:rFonts w:ascii="Arial" w:hAnsi="Arial"/>
          <w:color w:val="5D7284"/>
        </w:rPr>
        <w:t>27:1</w:t>
      </w:r>
      <w:r>
        <w:rPr>
          <w:rFonts w:ascii="Arial" w:hAnsi="Arial"/>
          <w:color w:val="5D7284"/>
        </w:rPr>
        <w:t>3</w:t>
      </w:r>
    </w:p>
    <w:p w14:paraId="1E41A367" w14:textId="77777777" w:rsidR="00664A9C" w:rsidRDefault="003C723E">
      <w:pPr>
        <w:spacing w:after="0"/>
      </w:pPr>
      <w:r>
        <w:rPr>
          <w:rFonts w:ascii="Arial" w:hAnsi="Arial"/>
        </w:rPr>
        <w:t>repair, you can only spend</w:t>
      </w:r>
    </w:p>
    <w:p w14:paraId="5726613C" w14:textId="77777777" w:rsidR="00664A9C" w:rsidRDefault="00664A9C">
      <w:pPr>
        <w:spacing w:after="0"/>
      </w:pPr>
    </w:p>
    <w:p w14:paraId="766D2B30" w14:textId="77777777" w:rsidR="00664A9C" w:rsidRDefault="003C723E">
      <w:pPr>
        <w:spacing w:after="0"/>
      </w:pPr>
      <w:r>
        <w:rPr>
          <w:rFonts w:ascii="Arial" w:hAnsi="Arial"/>
          <w:color w:val="5D7284"/>
        </w:rPr>
        <w:t>27:15</w:t>
      </w:r>
    </w:p>
    <w:p w14:paraId="551EBBF5" w14:textId="77777777" w:rsidR="00664A9C" w:rsidRDefault="003C723E">
      <w:pPr>
        <w:spacing w:after="0"/>
      </w:pPr>
      <w:r>
        <w:rPr>
          <w:rFonts w:ascii="Arial" w:hAnsi="Arial"/>
        </w:rPr>
        <w:t>so much energy there. I think in terms of</w:t>
      </w:r>
    </w:p>
    <w:p w14:paraId="171D9906" w14:textId="77777777" w:rsidR="00664A9C" w:rsidRDefault="00664A9C">
      <w:pPr>
        <w:spacing w:after="0"/>
      </w:pPr>
    </w:p>
    <w:p w14:paraId="658427AF" w14:textId="77777777" w:rsidR="00664A9C" w:rsidRDefault="003C723E">
      <w:pPr>
        <w:spacing w:after="0"/>
      </w:pPr>
      <w:r>
        <w:rPr>
          <w:rFonts w:ascii="Arial" w:hAnsi="Arial"/>
          <w:color w:val="5D7284"/>
        </w:rPr>
        <w:t>27:19</w:t>
      </w:r>
    </w:p>
    <w:p w14:paraId="19F360BC" w14:textId="77777777" w:rsidR="00664A9C" w:rsidRDefault="003C723E">
      <w:pPr>
        <w:spacing w:after="0"/>
      </w:pPr>
      <w:r>
        <w:rPr>
          <w:rFonts w:ascii="Arial" w:hAnsi="Arial"/>
        </w:rPr>
        <w:t>this canceled culture,</w:t>
      </w:r>
    </w:p>
    <w:p w14:paraId="28D2BEF3" w14:textId="77777777" w:rsidR="00664A9C" w:rsidRDefault="00664A9C">
      <w:pPr>
        <w:spacing w:after="0"/>
      </w:pPr>
    </w:p>
    <w:p w14:paraId="37F44206" w14:textId="77777777" w:rsidR="00664A9C" w:rsidRDefault="003C723E">
      <w:pPr>
        <w:spacing w:after="0"/>
      </w:pPr>
      <w:r>
        <w:rPr>
          <w:rFonts w:ascii="Arial" w:hAnsi="Arial"/>
          <w:color w:val="5D7284"/>
        </w:rPr>
        <w:t>27:21</w:t>
      </w:r>
    </w:p>
    <w:p w14:paraId="3095C08A" w14:textId="77777777" w:rsidR="00664A9C" w:rsidRDefault="003C723E">
      <w:pPr>
        <w:spacing w:after="0"/>
      </w:pPr>
      <w:r>
        <w:rPr>
          <w:rFonts w:ascii="Arial" w:hAnsi="Arial"/>
        </w:rPr>
        <w:t xml:space="preserve">I'm not sure if I believe that that's that effective, toward a social change. I mean, I'm happy to have a conversation. If some of you are </w:t>
      </w:r>
      <w:r>
        <w:rPr>
          <w:rFonts w:ascii="Arial" w:hAnsi="Arial"/>
        </w:rPr>
        <w:t>who are listening, I will pay for coffee, we can sit on the lawn socially distant, and maybe get it delivered to us in this COVID world. But I'm not convinced that the world that I want to see that I'm going to be able to get there by cutting people out wh</w:t>
      </w:r>
      <w:r>
        <w:rPr>
          <w:rFonts w:ascii="Arial" w:hAnsi="Arial"/>
        </w:rPr>
        <w:t>o disagree with me, I think that I'm probably more likely or have more control towards a different end for us all by bringing people into conversations, where they're open to be challenged. And that comes off in with trust and rapport.</w:t>
      </w:r>
    </w:p>
    <w:p w14:paraId="7C08383C" w14:textId="77777777" w:rsidR="00664A9C" w:rsidRDefault="00664A9C">
      <w:pPr>
        <w:spacing w:after="0"/>
      </w:pPr>
    </w:p>
    <w:p w14:paraId="62624849" w14:textId="77777777" w:rsidR="00664A9C" w:rsidRDefault="003C723E">
      <w:pPr>
        <w:spacing w:after="0"/>
      </w:pPr>
      <w:r>
        <w:rPr>
          <w:rFonts w:ascii="Arial" w:hAnsi="Arial"/>
          <w:color w:val="5D7284"/>
        </w:rPr>
        <w:t>27:56</w:t>
      </w:r>
    </w:p>
    <w:p w14:paraId="6F7C0756" w14:textId="77777777" w:rsidR="00664A9C" w:rsidRDefault="003C723E">
      <w:pPr>
        <w:spacing w:after="0"/>
      </w:pPr>
      <w:r>
        <w:rPr>
          <w:rFonts w:ascii="Arial" w:hAnsi="Arial"/>
        </w:rPr>
        <w:t>That is the m</w:t>
      </w:r>
      <w:r>
        <w:rPr>
          <w:rFonts w:ascii="Arial" w:hAnsi="Arial"/>
        </w:rPr>
        <w:t>issing piece in a lot of this is the trust and rapport and seeing some of these things play out over social media, you definitely see this flare of canceled culture of people, just unfriending people blocking people and just saying, you know, maybe the per</w:t>
      </w:r>
      <w:r>
        <w:rPr>
          <w:rFonts w:ascii="Arial" w:hAnsi="Arial"/>
        </w:rPr>
        <w:t xml:space="preserve">son has a drastically different viewpoint, you know, but right, the question is really the world that we want to see the one the world that we want to live in? Is it going to be a one where there is only one way of thinking, and that is problematic? In my </w:t>
      </w:r>
      <w:r>
        <w:rPr>
          <w:rFonts w:ascii="Arial" w:hAnsi="Arial"/>
        </w:rPr>
        <w:t>opinion?</w:t>
      </w:r>
    </w:p>
    <w:p w14:paraId="043260E3" w14:textId="77777777" w:rsidR="00664A9C" w:rsidRDefault="00664A9C">
      <w:pPr>
        <w:spacing w:after="0"/>
      </w:pPr>
    </w:p>
    <w:p w14:paraId="1BBB94A5" w14:textId="77777777" w:rsidR="00664A9C" w:rsidRDefault="003C723E">
      <w:pPr>
        <w:spacing w:after="0"/>
      </w:pPr>
      <w:r>
        <w:rPr>
          <w:rFonts w:ascii="Arial" w:hAnsi="Arial"/>
          <w:color w:val="5D7284"/>
        </w:rPr>
        <w:t>28:31</w:t>
      </w:r>
    </w:p>
    <w:p w14:paraId="06424FEB" w14:textId="77777777" w:rsidR="00664A9C" w:rsidRDefault="003C723E">
      <w:pPr>
        <w:spacing w:after="0"/>
      </w:pPr>
      <w:r>
        <w:rPr>
          <w:rFonts w:ascii="Arial" w:hAnsi="Arial"/>
        </w:rPr>
        <w:t>Yeah. And it's hard. I mean, I think jury's still out on whether or not social media will be the best and worst thing for social change long term. I mean, I think we've seen a lot of good for them. And I know that you talk about that in cla</w:t>
      </w:r>
      <w:r>
        <w:rPr>
          <w:rFonts w:ascii="Arial" w:hAnsi="Arial"/>
        </w:rPr>
        <w:t>ss, about where there's good that's come out of that, and where there's deep challenge and things that have consequences attached to that. But I think the reality is that a lot of that you using social media as a mechanism for social change has its limitat</w:t>
      </w:r>
      <w:r>
        <w:rPr>
          <w:rFonts w:ascii="Arial" w:hAnsi="Arial"/>
        </w:rPr>
        <w:t>ions, and where that's probably going to most be most effective is in folks that you already have previous relationships with.</w:t>
      </w:r>
    </w:p>
    <w:p w14:paraId="390092E8" w14:textId="77777777" w:rsidR="00664A9C" w:rsidRDefault="00664A9C">
      <w:pPr>
        <w:spacing w:after="0"/>
      </w:pPr>
    </w:p>
    <w:p w14:paraId="6610B262" w14:textId="77777777" w:rsidR="00664A9C" w:rsidRDefault="003C723E">
      <w:pPr>
        <w:spacing w:after="0"/>
      </w:pPr>
      <w:r>
        <w:rPr>
          <w:rFonts w:ascii="Arial" w:hAnsi="Arial"/>
          <w:color w:val="5D7284"/>
        </w:rPr>
        <w:t>29:09</w:t>
      </w:r>
    </w:p>
    <w:p w14:paraId="29984D38" w14:textId="77777777" w:rsidR="00664A9C" w:rsidRDefault="003C723E">
      <w:pPr>
        <w:spacing w:after="0"/>
      </w:pPr>
      <w:r>
        <w:rPr>
          <w:rFonts w:ascii="Arial" w:hAnsi="Arial"/>
        </w:rPr>
        <w:t>Absolutely,</w:t>
      </w:r>
    </w:p>
    <w:p w14:paraId="52D71B3C" w14:textId="77777777" w:rsidR="00664A9C" w:rsidRDefault="00664A9C">
      <w:pPr>
        <w:spacing w:after="0"/>
      </w:pPr>
    </w:p>
    <w:p w14:paraId="213CA7FD" w14:textId="77777777" w:rsidR="00664A9C" w:rsidRDefault="003C723E">
      <w:pPr>
        <w:spacing w:after="0"/>
      </w:pPr>
      <w:r>
        <w:rPr>
          <w:rFonts w:ascii="Arial" w:hAnsi="Arial"/>
          <w:color w:val="5D7284"/>
        </w:rPr>
        <w:t>29:10</w:t>
      </w:r>
    </w:p>
    <w:p w14:paraId="2F054A8F" w14:textId="77777777" w:rsidR="00664A9C" w:rsidRDefault="003C723E">
      <w:pPr>
        <w:spacing w:after="0"/>
      </w:pPr>
      <w:r>
        <w:rPr>
          <w:rFonts w:ascii="Arial" w:hAnsi="Arial"/>
        </w:rPr>
        <w:t>yeah, that trust you. And so I think it's in that trust that we open ourselves up, and we don't have to</w:t>
      </w:r>
      <w:r>
        <w:rPr>
          <w:rFonts w:ascii="Arial" w:hAnsi="Arial"/>
        </w:rPr>
        <w:t xml:space="preserve"> prove that we're enough. And, and not having to prove, I think there's actually a core atmosphere of inclusion that has to exist between co learners to be able to do this work and a really like vulnerable way. Because I think that I inherently have to fig</w:t>
      </w:r>
      <w:r>
        <w:rPr>
          <w:rFonts w:ascii="Arial" w:hAnsi="Arial"/>
        </w:rPr>
        <w:t>ure out itself, at least himself, if not with others, that I am enough. And that doing this work, it's okay. If I really like if I can name problems in my own thinking and that new information changes me that is deep intelligence to let new information sha</w:t>
      </w:r>
      <w:r>
        <w:rPr>
          <w:rFonts w:ascii="Arial" w:hAnsi="Arial"/>
        </w:rPr>
        <w:t xml:space="preserve">pe you and change you. And so I think sometimes we feel so like deep in our convictions. I remember I had said and did a lot of embarrassing things in middle school in high school about like, this meeting needs to be right about everything. And now I like </w:t>
      </w:r>
      <w:r>
        <w:rPr>
          <w:rFonts w:ascii="Arial" w:hAnsi="Arial"/>
        </w:rPr>
        <w:t>probably a view that is like some of the deepest stupidity and Frank terms, because I think it's when you don't realize how much other people know about the world that you don't know that you are limiting yourself to a particular like subset of information</w:t>
      </w:r>
      <w:r>
        <w:rPr>
          <w:rFonts w:ascii="Arial" w:hAnsi="Arial"/>
        </w:rPr>
        <w:t>. That is like the root of unintelligence Hmm.</w:t>
      </w:r>
    </w:p>
    <w:p w14:paraId="790A2BE2" w14:textId="77777777" w:rsidR="00664A9C" w:rsidRDefault="00664A9C">
      <w:pPr>
        <w:spacing w:after="0"/>
      </w:pPr>
    </w:p>
    <w:p w14:paraId="16427870" w14:textId="77777777" w:rsidR="00664A9C" w:rsidRDefault="003C723E">
      <w:pPr>
        <w:spacing w:after="0"/>
      </w:pPr>
      <w:r>
        <w:rPr>
          <w:rFonts w:ascii="Arial" w:hAnsi="Arial"/>
          <w:color w:val="5D7284"/>
        </w:rPr>
        <w:t>30:32</w:t>
      </w:r>
    </w:p>
    <w:p w14:paraId="0F131391" w14:textId="77777777" w:rsidR="00664A9C" w:rsidRDefault="003C723E">
      <w:pPr>
        <w:spacing w:after="0"/>
      </w:pPr>
      <w:r>
        <w:rPr>
          <w:rFonts w:ascii="Arial" w:hAnsi="Arial"/>
        </w:rPr>
        <w:t xml:space="preserve">And, you know, you and I have talked about our our spiritual and faith or religious backgrounds, and a lot of the the texts that I read is as often focused on not knowing as the end result of some of </w:t>
      </w:r>
      <w:r>
        <w:rPr>
          <w:rFonts w:ascii="Arial" w:hAnsi="Arial"/>
        </w:rPr>
        <w:t>this, but wrestling with the questions. And that that is where the, that is where the transformation happens for folks.</w:t>
      </w:r>
    </w:p>
    <w:p w14:paraId="69E261F6" w14:textId="77777777" w:rsidR="00664A9C" w:rsidRDefault="00664A9C">
      <w:pPr>
        <w:spacing w:after="0"/>
      </w:pPr>
    </w:p>
    <w:p w14:paraId="2CD514BA" w14:textId="77777777" w:rsidR="00664A9C" w:rsidRDefault="003C723E">
      <w:pPr>
        <w:spacing w:after="0"/>
      </w:pPr>
      <w:r>
        <w:rPr>
          <w:rFonts w:ascii="Arial" w:hAnsi="Arial"/>
          <w:color w:val="5D7284"/>
        </w:rPr>
        <w:t>30:53</w:t>
      </w:r>
    </w:p>
    <w:p w14:paraId="0588EECD" w14:textId="77777777" w:rsidR="00664A9C" w:rsidRDefault="003C723E">
      <w:pPr>
        <w:spacing w:after="0"/>
      </w:pPr>
      <w:r>
        <w:rPr>
          <w:rFonts w:ascii="Arial" w:hAnsi="Arial"/>
        </w:rPr>
        <w:t>Which is so funny, because even in my own religious like journey, it's really interesting to be at a place for not even one relig</w:t>
      </w:r>
      <w:r>
        <w:rPr>
          <w:rFonts w:ascii="Arial" w:hAnsi="Arial"/>
        </w:rPr>
        <w:t xml:space="preserve">ion felt like it was enough to like, fulfill this sense of eagerness and understanding about the world. So now we would say like, I think we all have different truths to speak to and would </w:t>
      </w:r>
      <w:r>
        <w:rPr>
          <w:rFonts w:ascii="Arial" w:hAnsi="Arial"/>
        </w:rPr>
        <w:lastRenderedPageBreak/>
        <w:t>probably fall to a more like, Universalist theology. And that I thi</w:t>
      </w:r>
      <w:r>
        <w:rPr>
          <w:rFonts w:ascii="Arial" w:hAnsi="Arial"/>
        </w:rPr>
        <w:t>nk that the way that we name a spiritual being is different in the way that we give language to that is different. But I think a lot of people have this same aim. And I think that that covers like a lot of our shared human experience. And so I think it has</w:t>
      </w:r>
      <w:r>
        <w:rPr>
          <w:rFonts w:ascii="Arial" w:hAnsi="Arial"/>
        </w:rPr>
        <w:t xml:space="preserve"> been good to continue to like open my mind to those truths. I sometimes use an illustration for folks, I think it's like being at an aquarium. And when you're so committed to saying, like, I see this animal, it only has two eyes and a fin, but you're only</w:t>
      </w:r>
      <w:r>
        <w:rPr>
          <w:rFonts w:ascii="Arial" w:hAnsi="Arial"/>
        </w:rPr>
        <w:t xml:space="preserve"> seeing the two dimensional version of that animal. And then your friend is on the other side and sees another two dimensional, like image of that animal. And that person is telling you not only do they have like a dorsal fin, they also have like little si</w:t>
      </w:r>
      <w:r>
        <w:rPr>
          <w:rFonts w:ascii="Arial" w:hAnsi="Arial"/>
        </w:rPr>
        <w:t>de flippers. And when you can use like those shared experiences to gain perspective, I think that's another important word to talk about his perspective, I think it gives us a deeper clarity on the human experience, and how ultimately, we can come together</w:t>
      </w:r>
      <w:r>
        <w:rPr>
          <w:rFonts w:ascii="Arial" w:hAnsi="Arial"/>
        </w:rPr>
        <w:t xml:space="preserve"> to make folks feel like they can be their authentic self.</w:t>
      </w:r>
    </w:p>
    <w:p w14:paraId="713DF008" w14:textId="77777777" w:rsidR="00664A9C" w:rsidRDefault="00664A9C">
      <w:pPr>
        <w:spacing w:after="0"/>
      </w:pPr>
    </w:p>
    <w:p w14:paraId="702E60A2" w14:textId="77777777" w:rsidR="00664A9C" w:rsidRDefault="003C723E">
      <w:pPr>
        <w:spacing w:after="0"/>
      </w:pPr>
      <w:r>
        <w:rPr>
          <w:rFonts w:ascii="Arial" w:hAnsi="Arial"/>
          <w:color w:val="5D7284"/>
        </w:rPr>
        <w:t>32:26</w:t>
      </w:r>
    </w:p>
    <w:p w14:paraId="3E3E1F43" w14:textId="77777777" w:rsidR="00664A9C" w:rsidRDefault="003C723E">
      <w:pPr>
        <w:spacing w:after="0"/>
      </w:pPr>
      <w:r>
        <w:rPr>
          <w:rFonts w:ascii="Arial" w:hAnsi="Arial"/>
        </w:rPr>
        <w:t>Absolutely. So Lauren, why don't you talk a little bit about the things we've covered have been really profound, and will really cause a lot of reflection in our students. But we know, the p</w:t>
      </w:r>
      <w:r>
        <w:rPr>
          <w:rFonts w:ascii="Arial" w:hAnsi="Arial"/>
        </w:rPr>
        <w:t>olitical climate we live in the COVID world we live in, there are a lot of barriers to diversity and inclusion. So can you maybe name some of those barriers? And maybe how we can begin to work through them?</w:t>
      </w:r>
    </w:p>
    <w:p w14:paraId="70422348" w14:textId="77777777" w:rsidR="00664A9C" w:rsidRDefault="00664A9C">
      <w:pPr>
        <w:spacing w:after="0"/>
      </w:pPr>
    </w:p>
    <w:p w14:paraId="3450681C" w14:textId="77777777" w:rsidR="00664A9C" w:rsidRDefault="003C723E">
      <w:pPr>
        <w:spacing w:after="0"/>
      </w:pPr>
      <w:r>
        <w:rPr>
          <w:rFonts w:ascii="Arial" w:hAnsi="Arial"/>
          <w:color w:val="5D7284"/>
        </w:rPr>
        <w:t>32:54</w:t>
      </w:r>
    </w:p>
    <w:p w14:paraId="0BB6C3D4" w14:textId="77777777" w:rsidR="00664A9C" w:rsidRDefault="003C723E">
      <w:pPr>
        <w:spacing w:after="0"/>
      </w:pPr>
      <w:r>
        <w:rPr>
          <w:rFonts w:ascii="Arial" w:hAnsi="Arial"/>
        </w:rPr>
        <w:t xml:space="preserve">That is a very tough question. </w:t>
      </w:r>
      <w:r>
        <w:rPr>
          <w:rFonts w:ascii="Arial" w:hAnsi="Arial"/>
        </w:rPr>
        <w:t>Because I think that so you all know, I hope that you maybe learn something out of the things that I shared so far, but know that I also learn a lot from each of you. And I feel like this is something I'm trying to work on my own learning, because sometime</w:t>
      </w:r>
      <w:r>
        <w:rPr>
          <w:rFonts w:ascii="Arial" w:hAnsi="Arial"/>
        </w:rPr>
        <w:t>s it feels really easy in the current world we live in, I think COVID I think the political climate, I think there's a lot of reasons why division actually feels quite common right now, and quite intense. And so sometimes in that, I find myself losing hope</w:t>
      </w:r>
      <w:r>
        <w:rPr>
          <w:rFonts w:ascii="Arial" w:hAnsi="Arial"/>
        </w:rPr>
        <w:t xml:space="preserve"> around what next options look like for us to come together. And this pretty broken, real real of like hanging in right now. Things that I'm thinking about things that are maybe modeled more in my work, is this building relationships and building trust wit</w:t>
      </w:r>
      <w:r>
        <w:rPr>
          <w:rFonts w:ascii="Arial" w:hAnsi="Arial"/>
        </w:rPr>
        <w:t>h folks who are different than you. I think that there's something deeply powerful and that and sometimes we don't give a lot of credit to what it looks like to have hard conversations with folks that we live with. I bet many of you at this point in the ye</w:t>
      </w:r>
      <w:r>
        <w:rPr>
          <w:rFonts w:ascii="Arial" w:hAnsi="Arial"/>
        </w:rPr>
        <w:t>ar what time will they be listening to</w:t>
      </w:r>
    </w:p>
    <w:p w14:paraId="7D8364B1" w14:textId="77777777" w:rsidR="00664A9C" w:rsidRDefault="00664A9C">
      <w:pPr>
        <w:spacing w:after="0"/>
      </w:pPr>
    </w:p>
    <w:p w14:paraId="34BAE1D9" w14:textId="77777777" w:rsidR="00664A9C" w:rsidRDefault="003C723E">
      <w:pPr>
        <w:spacing w:after="0"/>
      </w:pPr>
      <w:r>
        <w:rPr>
          <w:rFonts w:ascii="Arial" w:hAnsi="Arial"/>
          <w:color w:val="5D7284"/>
        </w:rPr>
        <w:t>34:09</w:t>
      </w:r>
    </w:p>
    <w:p w14:paraId="00770BF1" w14:textId="77777777" w:rsidR="00664A9C" w:rsidRDefault="003C723E">
      <w:pPr>
        <w:spacing w:after="0"/>
      </w:pPr>
      <w:r>
        <w:rPr>
          <w:rFonts w:ascii="Arial" w:hAnsi="Arial"/>
        </w:rPr>
        <w:t>this? She's like midway through the semester.</w:t>
      </w:r>
    </w:p>
    <w:p w14:paraId="7211C250" w14:textId="77777777" w:rsidR="00664A9C" w:rsidRDefault="00664A9C">
      <w:pPr>
        <w:spacing w:after="0"/>
      </w:pPr>
    </w:p>
    <w:p w14:paraId="2E5865E2" w14:textId="77777777" w:rsidR="00664A9C" w:rsidRDefault="003C723E">
      <w:pPr>
        <w:spacing w:after="0"/>
      </w:pPr>
      <w:r>
        <w:rPr>
          <w:rFonts w:ascii="Arial" w:hAnsi="Arial"/>
          <w:color w:val="5D7284"/>
        </w:rPr>
        <w:t>34:11</w:t>
      </w:r>
    </w:p>
    <w:p w14:paraId="104966FF" w14:textId="77777777" w:rsidR="00664A9C" w:rsidRDefault="003C723E">
      <w:pPr>
        <w:spacing w:after="0"/>
      </w:pPr>
      <w:r>
        <w:rPr>
          <w:rFonts w:ascii="Arial" w:hAnsi="Arial"/>
        </w:rPr>
        <w:t>Okay, chances are most of you have had a roommate conflict already by now and your roommate has probably done something really annoying that really paved you</w:t>
      </w:r>
      <w:r>
        <w:rPr>
          <w:rFonts w:ascii="Arial" w:hAnsi="Arial"/>
        </w:rPr>
        <w:t xml:space="preserve"> and you didn't have the energy to say something. Well, I think that we change when people have the energy to say something don't</w:t>
      </w:r>
    </w:p>
    <w:p w14:paraId="6B00FA95" w14:textId="77777777" w:rsidR="00664A9C" w:rsidRDefault="00664A9C">
      <w:pPr>
        <w:spacing w:after="0"/>
      </w:pPr>
    </w:p>
    <w:p w14:paraId="1F9A1DF1" w14:textId="77777777" w:rsidR="00664A9C" w:rsidRDefault="003C723E">
      <w:pPr>
        <w:spacing w:after="0"/>
      </w:pPr>
      <w:r>
        <w:rPr>
          <w:rFonts w:ascii="Arial" w:hAnsi="Arial"/>
          <w:color w:val="5D7284"/>
        </w:rPr>
        <w:t>34:28</w:t>
      </w:r>
    </w:p>
    <w:p w14:paraId="767B6B1B" w14:textId="77777777" w:rsidR="00664A9C" w:rsidRDefault="003C723E">
      <w:pPr>
        <w:spacing w:after="0"/>
      </w:pPr>
      <w:r>
        <w:rPr>
          <w:rFonts w:ascii="Arial" w:hAnsi="Arial"/>
        </w:rPr>
        <w:t>do what I did. When I was an undergrad I had a roommate who would leave. He would cook this fish at night before he wen</w:t>
      </w:r>
      <w:r>
        <w:rPr>
          <w:rFonts w:ascii="Arial" w:hAnsi="Arial"/>
        </w:rPr>
        <w:t xml:space="preserve">t to bed and eat it he would eat really late okay. And he would leave the tin foil with the pan on the oven on top of the oven and would not clean it or throw it away. And it would smell like </w:t>
      </w:r>
      <w:r>
        <w:rPr>
          <w:rFonts w:ascii="Arial" w:hAnsi="Arial"/>
        </w:rPr>
        <w:lastRenderedPageBreak/>
        <w:t>nasty fish. At night as I was trying to sleep. I instead of tryi</w:t>
      </w:r>
      <w:r>
        <w:rPr>
          <w:rFonts w:ascii="Arial" w:hAnsi="Arial"/>
        </w:rPr>
        <w:t>ng to invite him in to have this difficult conversation. Okay about the fishy smell. I wrote a very passive aggressive message on the whiteboard on the fridge. And we ended up not really talking to each other much after that. So don't do that.</w:t>
      </w:r>
    </w:p>
    <w:p w14:paraId="77C8F2BA" w14:textId="77777777" w:rsidR="00664A9C" w:rsidRDefault="00664A9C">
      <w:pPr>
        <w:spacing w:after="0"/>
      </w:pPr>
    </w:p>
    <w:p w14:paraId="7314B697" w14:textId="77777777" w:rsidR="00664A9C" w:rsidRDefault="003C723E">
      <w:pPr>
        <w:spacing w:after="0"/>
      </w:pPr>
      <w:r>
        <w:rPr>
          <w:rFonts w:ascii="Arial" w:hAnsi="Arial"/>
          <w:color w:val="5D7284"/>
        </w:rPr>
        <w:t>35:06</w:t>
      </w:r>
    </w:p>
    <w:p w14:paraId="7CADA3C8" w14:textId="77777777" w:rsidR="00664A9C" w:rsidRDefault="003C723E">
      <w:pPr>
        <w:spacing w:after="0"/>
      </w:pPr>
      <w:r>
        <w:rPr>
          <w:rFonts w:ascii="Arial" w:hAnsi="Arial"/>
        </w:rPr>
        <w:t>Yeah,</w:t>
      </w:r>
      <w:r>
        <w:rPr>
          <w:rFonts w:ascii="Arial" w:hAnsi="Arial"/>
        </w:rPr>
        <w:t xml:space="preserve"> or the worst cases, those explosive texts, where you finally decided it's important enough to talk about, but you probably should have acted before it was like someone accidentally stepping on your toe. And then it was nobody's fault, but just like a comm</w:t>
      </w:r>
      <w:r>
        <w:rPr>
          <w:rFonts w:ascii="Arial" w:hAnsi="Arial"/>
        </w:rPr>
        <w:t>on misunderstanding. And then it becomes a big deal. When you like, let it happen 10 times over someone steps on your toe 10 times and you don't say, Oh, well, the 10th time you're gonna be like, get the EFF off my toe. Um, so I think some of it is like na</w:t>
      </w:r>
      <w:r>
        <w:rPr>
          <w:rFonts w:ascii="Arial" w:hAnsi="Arial"/>
        </w:rPr>
        <w:t xml:space="preserve">ming those things when we can when we see things calling out harmful communication. I also think there's a reality that it is a hard time to live in a world where I'm gonna botch it. So I want to be careful. But there's a James Baldwin, quote, of like, we </w:t>
      </w:r>
      <w:r>
        <w:rPr>
          <w:rFonts w:ascii="Arial" w:hAnsi="Arial"/>
        </w:rPr>
        <w:t>can disagree. As long as like our disagreement, doesn't mean more or less, he gets to the point mean that you are against myself, my body and like,</w:t>
      </w:r>
    </w:p>
    <w:p w14:paraId="2C712346" w14:textId="77777777" w:rsidR="00664A9C" w:rsidRDefault="00664A9C">
      <w:pPr>
        <w:spacing w:after="0"/>
      </w:pPr>
    </w:p>
    <w:p w14:paraId="0B62F266" w14:textId="77777777" w:rsidR="00664A9C" w:rsidRDefault="003C723E">
      <w:pPr>
        <w:spacing w:after="0"/>
      </w:pPr>
      <w:r>
        <w:rPr>
          <w:rFonts w:ascii="Arial" w:hAnsi="Arial"/>
          <w:color w:val="5D7284"/>
        </w:rPr>
        <w:t>36:07</w:t>
      </w:r>
    </w:p>
    <w:p w14:paraId="6DF9EED8" w14:textId="77777777" w:rsidR="00664A9C" w:rsidRDefault="003C723E">
      <w:pPr>
        <w:spacing w:after="0"/>
      </w:pPr>
      <w:r>
        <w:rPr>
          <w:rFonts w:ascii="Arial" w:hAnsi="Arial"/>
        </w:rPr>
        <w:t>my humanity. Yeah.</w:t>
      </w:r>
    </w:p>
    <w:p w14:paraId="284CD2BA" w14:textId="77777777" w:rsidR="00664A9C" w:rsidRDefault="00664A9C">
      <w:pPr>
        <w:spacing w:after="0"/>
      </w:pPr>
    </w:p>
    <w:p w14:paraId="263CDF98" w14:textId="77777777" w:rsidR="00664A9C" w:rsidRDefault="003C723E">
      <w:pPr>
        <w:spacing w:after="0"/>
      </w:pPr>
      <w:r>
        <w:rPr>
          <w:rFonts w:ascii="Arial" w:hAnsi="Arial"/>
          <w:color w:val="5D7284"/>
        </w:rPr>
        <w:t>36:08</w:t>
      </w:r>
    </w:p>
    <w:p w14:paraId="085AA2A3" w14:textId="77777777" w:rsidR="00664A9C" w:rsidRDefault="003C723E">
      <w:pPr>
        <w:spacing w:after="0"/>
      </w:pPr>
      <w:r>
        <w:rPr>
          <w:rFonts w:ascii="Arial" w:hAnsi="Arial"/>
        </w:rPr>
        <w:t>And so. And I love James Baldwin. If you haven't read the Invisible Man, yo</w:t>
      </w:r>
      <w:r>
        <w:rPr>
          <w:rFonts w:ascii="Arial" w:hAnsi="Arial"/>
        </w:rPr>
        <w:t xml:space="preserve">u need to. But I think with that, it's like, it's hard to know, what it looks like for folks that are deeply rooted in hateful ideologies around other people, I think we are seeing that become more prevalent in the world that we live in. And I don't think </w:t>
      </w:r>
      <w:r>
        <w:rPr>
          <w:rFonts w:ascii="Arial" w:hAnsi="Arial"/>
        </w:rPr>
        <w:t xml:space="preserve">that it is more prevalent, I think that I would highlight my usage of the word seeing it. Yeah, kind of that conversation on social media and what it has like brought to light, and how aware it is making a lot of people's hate. And that is a hard place to </w:t>
      </w:r>
      <w:r>
        <w:rPr>
          <w:rFonts w:ascii="Arial" w:hAnsi="Arial"/>
        </w:rPr>
        <w:t>know where to go from there. I know that we can call it what it is, I know that we can name it out, I know some of us can do the really hard work, the really deep work of still trying to make relationships with folks that have some of those ideologies, I t</w:t>
      </w:r>
      <w:r>
        <w:rPr>
          <w:rFonts w:ascii="Arial" w:hAnsi="Arial"/>
        </w:rPr>
        <w:t xml:space="preserve">hink it's certainly a lot safer for folks to occupy that space, who have some shared identities. I don't expect somebody to educate my white Midwestern family on biases that they may hold towards the other. That is my responsibility that sits with me if I </w:t>
      </w:r>
      <w:r>
        <w:rPr>
          <w:rFonts w:ascii="Arial" w:hAnsi="Arial"/>
        </w:rPr>
        <w:t>care about that work that sits with me to find people who I can have some of those conversations with, I can have some of those corrective moments with because we have shared community, whether that's physical, whether that's identity based on location bas</w:t>
      </w:r>
      <w:r>
        <w:rPr>
          <w:rFonts w:ascii="Arial" w:hAnsi="Arial"/>
        </w:rPr>
        <w:t>ed, I think that gives you some credibility, credibility to do some of that work. But I think that another thing I would stress is the importance and social change of organizing. And one thing, I think there's kind of two extremes right now, I think that b</w:t>
      </w:r>
      <w:r>
        <w:rPr>
          <w:rFonts w:ascii="Arial" w:hAnsi="Arial"/>
        </w:rPr>
        <w:t xml:space="preserve">eing liberal is trendy, or being progressive, is trendy. And I think that danger, and that is if you're not organizing, if you're not that kind of like the third point that I said earlier about action, if you're not bringing it to a point where you can be </w:t>
      </w:r>
      <w:r>
        <w:rPr>
          <w:rFonts w:ascii="Arial" w:hAnsi="Arial"/>
        </w:rPr>
        <w:t>effective in something, it really frankly, doesn't matter what you believe, you're still continuing to perpetuate the same systems. And so I think that if we're going to change this world, in this really divided political climate, some of that comes with o</w:t>
      </w:r>
      <w:r>
        <w:rPr>
          <w:rFonts w:ascii="Arial" w:hAnsi="Arial"/>
        </w:rPr>
        <w:t xml:space="preserve">rganizing, and educating. I'm a deep believer and that the poor people's campaign, and then I think that we have told poor white people to believe a particular truth about poor people of color. And what has done is created this deep, deep seated division. </w:t>
      </w:r>
      <w:r>
        <w:rPr>
          <w:rFonts w:ascii="Arial" w:hAnsi="Arial"/>
        </w:rPr>
        <w:t xml:space="preserve">And I think the reality is if they if we recognize as a society, the same needs for all folks and got them the help that they needed and create </w:t>
      </w:r>
      <w:r>
        <w:rPr>
          <w:rFonts w:ascii="Arial" w:hAnsi="Arial"/>
        </w:rPr>
        <w:lastRenderedPageBreak/>
        <w:t xml:space="preserve">a new narratives around the truth that we tell students, the way that we educate in classrooms. The way that we </w:t>
      </w:r>
      <w:r>
        <w:rPr>
          <w:rFonts w:ascii="Arial" w:hAnsi="Arial"/>
        </w:rPr>
        <w:t>hold news and media, I think that that is a place for changed. Hmm.</w:t>
      </w:r>
    </w:p>
    <w:p w14:paraId="181E0795" w14:textId="77777777" w:rsidR="00664A9C" w:rsidRDefault="00664A9C">
      <w:pPr>
        <w:spacing w:after="0"/>
      </w:pPr>
    </w:p>
    <w:p w14:paraId="531593BA" w14:textId="77777777" w:rsidR="00664A9C" w:rsidRDefault="003C723E">
      <w:pPr>
        <w:spacing w:after="0"/>
      </w:pPr>
      <w:r>
        <w:rPr>
          <w:rFonts w:ascii="Arial" w:hAnsi="Arial"/>
          <w:color w:val="5D7284"/>
        </w:rPr>
        <w:t>39:19</w:t>
      </w:r>
    </w:p>
    <w:p w14:paraId="7DD13409" w14:textId="77777777" w:rsidR="00664A9C" w:rsidRDefault="003C723E">
      <w:pPr>
        <w:spacing w:after="0"/>
      </w:pPr>
      <w:r>
        <w:rPr>
          <w:rFonts w:ascii="Arial" w:hAnsi="Arial"/>
        </w:rPr>
        <w:t>Yeah, and I think you know, like I can I can relate with your with your family experience, like you're like you said, like your white Midwestern family like mine as a white Southern</w:t>
      </w:r>
      <w:r>
        <w:rPr>
          <w:rFonts w:ascii="Arial" w:hAnsi="Arial"/>
        </w:rPr>
        <w:t xml:space="preserve"> family. But we do have I think some of the barriers and this is some folks, you know, who want to do this work maybe with other people want to be bridge builders and stuff, but they don't have that community that that shared relationship with folks and ex</w:t>
      </w:r>
      <w:r>
        <w:rPr>
          <w:rFonts w:ascii="Arial" w:hAnsi="Arial"/>
        </w:rPr>
        <w:t>perience I had over the summer was we had, and you saw my family, you've met my family, but there was a time when my dad, we started talking about, you know, racism at the dinner table, not something we normally talk about.</w:t>
      </w:r>
    </w:p>
    <w:p w14:paraId="5DC64BEE" w14:textId="77777777" w:rsidR="00664A9C" w:rsidRDefault="00664A9C">
      <w:pPr>
        <w:spacing w:after="0"/>
      </w:pPr>
    </w:p>
    <w:p w14:paraId="1B5BE3AC" w14:textId="77777777" w:rsidR="00664A9C" w:rsidRDefault="003C723E">
      <w:pPr>
        <w:spacing w:after="0"/>
      </w:pPr>
      <w:r>
        <w:rPr>
          <w:rFonts w:ascii="Arial" w:hAnsi="Arial"/>
          <w:color w:val="5D7284"/>
        </w:rPr>
        <w:t>39:56</w:t>
      </w:r>
    </w:p>
    <w:p w14:paraId="2F39FAC7" w14:textId="77777777" w:rsidR="00664A9C" w:rsidRDefault="003C723E">
      <w:pPr>
        <w:spacing w:after="0"/>
      </w:pPr>
      <w:r>
        <w:rPr>
          <w:rFonts w:ascii="Arial" w:hAnsi="Arial"/>
        </w:rPr>
        <w:t>It was because I was ther</w:t>
      </w:r>
      <w:r>
        <w:rPr>
          <w:rFonts w:ascii="Arial" w:hAnsi="Arial"/>
        </w:rPr>
        <w:t>e.</w:t>
      </w:r>
    </w:p>
    <w:p w14:paraId="5E566E19" w14:textId="77777777" w:rsidR="00664A9C" w:rsidRDefault="00664A9C">
      <w:pPr>
        <w:spacing w:after="0"/>
      </w:pPr>
    </w:p>
    <w:p w14:paraId="34CA8BB3" w14:textId="77777777" w:rsidR="00664A9C" w:rsidRDefault="003C723E">
      <w:pPr>
        <w:spacing w:after="0"/>
      </w:pPr>
      <w:r>
        <w:rPr>
          <w:rFonts w:ascii="Arial" w:hAnsi="Arial"/>
          <w:color w:val="5D7284"/>
        </w:rPr>
        <w:t>40:00</w:t>
      </w:r>
    </w:p>
    <w:p w14:paraId="595E2AF7" w14:textId="77777777" w:rsidR="00664A9C" w:rsidRDefault="003C723E">
      <w:pPr>
        <w:spacing w:after="0"/>
      </w:pPr>
      <w:r>
        <w:rPr>
          <w:rFonts w:ascii="Arial" w:hAnsi="Arial"/>
        </w:rPr>
        <w:t>But it was a profound thing. But we have that relationship.</w:t>
      </w:r>
    </w:p>
    <w:p w14:paraId="0CA336E0" w14:textId="77777777" w:rsidR="00664A9C" w:rsidRDefault="00664A9C">
      <w:pPr>
        <w:spacing w:after="0"/>
      </w:pPr>
    </w:p>
    <w:p w14:paraId="6C7CED7D" w14:textId="77777777" w:rsidR="00664A9C" w:rsidRDefault="003C723E">
      <w:pPr>
        <w:spacing w:after="0"/>
      </w:pPr>
      <w:r>
        <w:rPr>
          <w:rFonts w:ascii="Arial" w:hAnsi="Arial"/>
          <w:color w:val="5D7284"/>
        </w:rPr>
        <w:t>40:05</w:t>
      </w:r>
    </w:p>
    <w:p w14:paraId="0FAFC482" w14:textId="77777777" w:rsidR="00664A9C" w:rsidRDefault="003C723E">
      <w:pPr>
        <w:spacing w:after="0"/>
      </w:pPr>
      <w:r>
        <w:rPr>
          <w:rFonts w:ascii="Arial" w:hAnsi="Arial"/>
        </w:rPr>
        <w:t xml:space="preserve">And part of I think of why that conversation, felt approachable for your family, and for those of you who are trying to start social change from the inside of your home, and </w:t>
      </w:r>
      <w:r>
        <w:rPr>
          <w:rFonts w:ascii="Arial" w:hAnsi="Arial"/>
        </w:rPr>
        <w:t xml:space="preserve">hope that that magnifies out to which I really believe that it can it dies. Part of I think your parents willingness to engage in that conversation with us, was our willingness to ask some questions. So ask people, because I think when people start to say </w:t>
      </w:r>
      <w:r>
        <w:rPr>
          <w:rFonts w:ascii="Arial" w:hAnsi="Arial"/>
        </w:rPr>
        <w:t xml:space="preserve">things out loud, and gain more clarity on some of their own beliefs, that ding ding ding cognitive dissonance. Wait, I say that I believe x and I'm doing y or perpetuating z. I think that when folks can name when those things are disintegrated. I think it </w:t>
      </w:r>
      <w:r>
        <w:rPr>
          <w:rFonts w:ascii="Arial" w:hAnsi="Arial"/>
        </w:rPr>
        <w:t>gives them a starting place to recognize that they have some work to do. And I think that when we ask people questions, that grace that kind of comes through that, instead of that, like accusation of death, making a declaration, I think sometimes gives peo</w:t>
      </w:r>
      <w:r>
        <w:rPr>
          <w:rFonts w:ascii="Arial" w:hAnsi="Arial"/>
        </w:rPr>
        <w:t>ple an appropriate catalyst to come to the conversation.</w:t>
      </w:r>
    </w:p>
    <w:p w14:paraId="65125883" w14:textId="77777777" w:rsidR="00664A9C" w:rsidRDefault="00664A9C">
      <w:pPr>
        <w:spacing w:after="0"/>
      </w:pPr>
    </w:p>
    <w:p w14:paraId="0BDA76A7" w14:textId="77777777" w:rsidR="00664A9C" w:rsidRDefault="003C723E">
      <w:pPr>
        <w:spacing w:after="0"/>
      </w:pPr>
      <w:r>
        <w:rPr>
          <w:rFonts w:ascii="Arial" w:hAnsi="Arial"/>
          <w:color w:val="5D7284"/>
        </w:rPr>
        <w:t>41:12</w:t>
      </w:r>
    </w:p>
    <w:p w14:paraId="5706AF12" w14:textId="77777777" w:rsidR="00664A9C" w:rsidRDefault="003C723E">
      <w:pPr>
        <w:spacing w:after="0"/>
      </w:pPr>
      <w:r>
        <w:rPr>
          <w:rFonts w:ascii="Arial" w:hAnsi="Arial"/>
        </w:rPr>
        <w:t>And listeners, Lauren is a expert, question asker</w:t>
      </w:r>
    </w:p>
    <w:p w14:paraId="36772D8A" w14:textId="77777777" w:rsidR="00664A9C" w:rsidRDefault="00664A9C">
      <w:pPr>
        <w:spacing w:after="0"/>
      </w:pPr>
    </w:p>
    <w:p w14:paraId="151AE578" w14:textId="77777777" w:rsidR="00664A9C" w:rsidRDefault="003C723E">
      <w:pPr>
        <w:spacing w:after="0"/>
      </w:pPr>
      <w:r>
        <w:rPr>
          <w:rFonts w:ascii="Arial" w:hAnsi="Arial"/>
          <w:color w:val="5D7284"/>
        </w:rPr>
        <w:t>41:16</w:t>
      </w:r>
    </w:p>
    <w:p w14:paraId="43E1FA5F" w14:textId="77777777" w:rsidR="00664A9C" w:rsidRDefault="003C723E">
      <w:pPr>
        <w:spacing w:after="0"/>
      </w:pPr>
      <w:r>
        <w:rPr>
          <w:rFonts w:ascii="Arial" w:hAnsi="Arial"/>
        </w:rPr>
        <w:t>prior to the</w:t>
      </w:r>
    </w:p>
    <w:p w14:paraId="4F4ED6D1" w14:textId="77777777" w:rsidR="00664A9C" w:rsidRDefault="00664A9C">
      <w:pPr>
        <w:spacing w:after="0"/>
      </w:pPr>
    </w:p>
    <w:p w14:paraId="1E93F4A2" w14:textId="77777777" w:rsidR="00664A9C" w:rsidRDefault="003C723E">
      <w:pPr>
        <w:spacing w:after="0"/>
      </w:pPr>
      <w:r>
        <w:rPr>
          <w:rFonts w:ascii="Arial" w:hAnsi="Arial"/>
          <w:color w:val="5D7284"/>
        </w:rPr>
        <w:t>41:18</w:t>
      </w:r>
    </w:p>
    <w:p w14:paraId="2D1CA320" w14:textId="77777777" w:rsidR="00664A9C" w:rsidRDefault="003C723E">
      <w:pPr>
        <w:spacing w:after="0"/>
      </w:pPr>
      <w:r>
        <w:rPr>
          <w:rFonts w:ascii="Arial" w:hAnsi="Arial"/>
        </w:rPr>
        <w:t xml:space="preserve">job description, so if you ask her to get coffee, ask her how to ask questions, because it's impressive. So I have </w:t>
      </w:r>
      <w:r>
        <w:rPr>
          <w:rFonts w:ascii="Arial" w:hAnsi="Arial"/>
        </w:rPr>
        <w:t>one last question. We are about to go into the fall semester of what has been so far a bit of a struggle of the year. Okay. 2020. What advice do you have for students with online learning or with building community with trying to promote these things of di</w:t>
      </w:r>
      <w:r>
        <w:rPr>
          <w:rFonts w:ascii="Arial" w:hAnsi="Arial"/>
        </w:rPr>
        <w:t>versity and inclusion in their, maybe at their homes or in their residence halls? What some, what's some advice that you have for, for moving forward?</w:t>
      </w:r>
    </w:p>
    <w:p w14:paraId="3EAAC5E9" w14:textId="77777777" w:rsidR="00664A9C" w:rsidRDefault="00664A9C">
      <w:pPr>
        <w:spacing w:after="0"/>
      </w:pPr>
    </w:p>
    <w:p w14:paraId="387759D5" w14:textId="77777777" w:rsidR="00664A9C" w:rsidRDefault="003C723E">
      <w:pPr>
        <w:spacing w:after="0"/>
      </w:pPr>
      <w:r>
        <w:rPr>
          <w:rFonts w:ascii="Arial" w:hAnsi="Arial"/>
          <w:color w:val="5D7284"/>
        </w:rPr>
        <w:lastRenderedPageBreak/>
        <w:t>41:53</w:t>
      </w:r>
    </w:p>
    <w:p w14:paraId="55BE0038" w14:textId="77777777" w:rsidR="00664A9C" w:rsidRDefault="003C723E">
      <w:pPr>
        <w:spacing w:after="0"/>
      </w:pPr>
      <w:r>
        <w:rPr>
          <w:rFonts w:ascii="Arial" w:hAnsi="Arial"/>
        </w:rPr>
        <w:t>Hmm, so this is gonna start off sounding really shallow, but I mean it, because I think that it is</w:t>
      </w:r>
      <w:r>
        <w:rPr>
          <w:rFonts w:ascii="Arial" w:hAnsi="Arial"/>
        </w:rPr>
        <w:t xml:space="preserve"> the root of social change and a lot of ways, and that is pursue your friend crushes. Look for good people, people who are doing good things for the world, people who are driven towards deep meaningful conversations and learning, find those people and like</w:t>
      </w:r>
      <w:r>
        <w:rPr>
          <w:rFonts w:ascii="Arial" w:hAnsi="Arial"/>
        </w:rPr>
        <w:t>, organize, because they're going to be the people who make you feel like you're enough. They're going to make people who are open to how they can better do that in the greater world. There folks who will be your network in the work that you do, whether th</w:t>
      </w:r>
      <w:r>
        <w:rPr>
          <w:rFonts w:ascii="Arial" w:hAnsi="Arial"/>
        </w:rPr>
        <w:t>ey choose the same industry or not, and will continue to refine you in your own leadership. So keep good friends close. I really think that friendships with folks who are different than us, but are refining friendships with folks who make us feel like in o</w:t>
      </w:r>
      <w:r>
        <w:rPr>
          <w:rFonts w:ascii="Arial" w:hAnsi="Arial"/>
        </w:rPr>
        <w:t>ur whole selves, we belong and we're enough. Those friendships are really hard to come by. They take a lot of work. And I also think they tend to come when you are the type of friend you want others to be to you. So really model that commitment to other pe</w:t>
      </w:r>
      <w:r>
        <w:rPr>
          <w:rFonts w:ascii="Arial" w:hAnsi="Arial"/>
        </w:rPr>
        <w:t>ople. But don't just flock towards convenience. I know my first year in college, I was friends had this group of women on my floor. Also interesting fact, Lauren was a very popular name in my time. So there was six Lauren's on my floor of 24 women, which i</w:t>
      </w:r>
      <w:r>
        <w:rPr>
          <w:rFonts w:ascii="Arial" w:hAnsi="Arial"/>
        </w:rPr>
        <w:t>s really crazy to have one and four, be Lauren. And three of us were Lauren Elizabeth, but part of this story is I didn't really like anybody in my floor. Not that they weren't good people. Not that they weren't kind, but I didn't get like jazzed about sha</w:t>
      </w:r>
      <w:r>
        <w:rPr>
          <w:rFonts w:ascii="Arial" w:hAnsi="Arial"/>
        </w:rPr>
        <w:t xml:space="preserve">red learning. Like that we were asking each other really deep and meaningful things. But you know, I settled there, watched a lot of Jersey Shore, really just melted some of my good brainwaves away, and felt really unsatisfied and really lonely and that a </w:t>
      </w:r>
      <w:r>
        <w:rPr>
          <w:rFonts w:ascii="Arial" w:hAnsi="Arial"/>
        </w:rPr>
        <w:t>numbness. So I would say find people that make you feel like this deeper commitment to the work together. I think it makes all the difference. So I would say in a coven world where it feels really challenging to build that connection, be really committed t</w:t>
      </w:r>
      <w:r>
        <w:rPr>
          <w:rFonts w:ascii="Arial" w:hAnsi="Arial"/>
        </w:rPr>
        <w:t xml:space="preserve">o lead in the way that you create conditions for that to happen for yourself, and for other people around you because I think it will make a world of difference for folks to feel this togetherness and a time where there are so many divisions between us. I </w:t>
      </w:r>
      <w:r>
        <w:rPr>
          <w:rFonts w:ascii="Arial" w:hAnsi="Arial"/>
        </w:rPr>
        <w:t>know</w:t>
      </w:r>
    </w:p>
    <w:p w14:paraId="751B34E4" w14:textId="77777777" w:rsidR="00664A9C" w:rsidRDefault="00664A9C">
      <w:pPr>
        <w:spacing w:after="0"/>
      </w:pPr>
    </w:p>
    <w:p w14:paraId="2FC8F2C9" w14:textId="77777777" w:rsidR="00664A9C" w:rsidRDefault="003C723E">
      <w:pPr>
        <w:spacing w:after="0"/>
      </w:pPr>
      <w:r>
        <w:rPr>
          <w:rFonts w:ascii="Arial" w:hAnsi="Arial"/>
          <w:color w:val="5D7284"/>
        </w:rPr>
        <w:t>44:35</w:t>
      </w:r>
    </w:p>
    <w:p w14:paraId="4B16C87C" w14:textId="77777777" w:rsidR="00664A9C" w:rsidRDefault="003C723E">
      <w:pPr>
        <w:spacing w:after="0"/>
      </w:pPr>
      <w:r>
        <w:rPr>
          <w:rFonts w:ascii="Arial" w:hAnsi="Arial"/>
        </w:rPr>
        <w:t>you've mentioned you have a mentor friend colleague that has done a lot of research around friendship.</w:t>
      </w:r>
    </w:p>
    <w:p w14:paraId="4416111E" w14:textId="77777777" w:rsidR="00664A9C" w:rsidRDefault="00664A9C">
      <w:pPr>
        <w:spacing w:after="0"/>
      </w:pPr>
    </w:p>
    <w:p w14:paraId="1D9B7E19" w14:textId="77777777" w:rsidR="00664A9C" w:rsidRDefault="003C723E">
      <w:pPr>
        <w:spacing w:after="0"/>
      </w:pPr>
      <w:r>
        <w:rPr>
          <w:rFonts w:ascii="Arial" w:hAnsi="Arial"/>
          <w:color w:val="5D7284"/>
        </w:rPr>
        <w:t>44:42</w:t>
      </w:r>
    </w:p>
    <w:p w14:paraId="71414285" w14:textId="77777777" w:rsidR="00664A9C" w:rsidRDefault="003C723E">
      <w:pPr>
        <w:spacing w:after="0"/>
      </w:pPr>
      <w:r>
        <w:rPr>
          <w:rFonts w:ascii="Arial" w:hAnsi="Arial"/>
        </w:rPr>
        <w:t>Oh yeah, Dr. McCabe look her up. She studies college student friendship.</w:t>
      </w:r>
    </w:p>
    <w:p w14:paraId="6FA1E66B" w14:textId="77777777" w:rsidR="00664A9C" w:rsidRDefault="00664A9C">
      <w:pPr>
        <w:spacing w:after="0"/>
      </w:pPr>
    </w:p>
    <w:p w14:paraId="31118BAF" w14:textId="77777777" w:rsidR="00664A9C" w:rsidRDefault="003C723E">
      <w:pPr>
        <w:spacing w:after="0"/>
      </w:pPr>
      <w:r>
        <w:rPr>
          <w:rFonts w:ascii="Arial" w:hAnsi="Arial"/>
          <w:color w:val="5D7284"/>
        </w:rPr>
        <w:t>44:47</w:t>
      </w:r>
    </w:p>
    <w:p w14:paraId="0928994F" w14:textId="77777777" w:rsidR="00664A9C" w:rsidRDefault="003C723E">
      <w:pPr>
        <w:spacing w:after="0"/>
      </w:pPr>
      <w:r>
        <w:rPr>
          <w:rFonts w:ascii="Arial" w:hAnsi="Arial"/>
        </w:rPr>
        <w:t>And yeah, I mean, I can attest to the convenience thin</w:t>
      </w:r>
      <w:r>
        <w:rPr>
          <w:rFonts w:ascii="Arial" w:hAnsi="Arial"/>
        </w:rPr>
        <w:t>g myself. I am grateful for the experience. That was my fraternity years. Okay, there were that was a bit of a rollercoaster ride. I did make some laughs friendships out of that. But my honest motivation to join that was, I was scared in a new college envi</w:t>
      </w:r>
      <w:r>
        <w:rPr>
          <w:rFonts w:ascii="Arial" w:hAnsi="Arial"/>
        </w:rPr>
        <w:t>ronment. And I wanted to meet people very quickly. And what was the easiest thing to do? It wasn't for me to go to the plaza of the Americas, where there was a lot of different organizations and different people and in promoting different causes and stuff.</w:t>
      </w:r>
      <w:r>
        <w:rPr>
          <w:rFonts w:ascii="Arial" w:hAnsi="Arial"/>
        </w:rPr>
        <w:t xml:space="preserve"> It was in the fraternity house where I showed up, and I saw a bunch of people that look like me. And we shoot the breeze and Oh, you want to bid. Okay, and I got in. And that was that. And there wasn't a lot of that shared learning that you're talking abo</w:t>
      </w:r>
      <w:r>
        <w:rPr>
          <w:rFonts w:ascii="Arial" w:hAnsi="Arial"/>
        </w:rPr>
        <w:t xml:space="preserve">ut, you know, there just really wasn't now those were, you know, those were some formative years for me. And I did make some lasting, you know, one of my best male friends came from that experience, </w:t>
      </w:r>
      <w:r>
        <w:rPr>
          <w:rFonts w:ascii="Arial" w:hAnsi="Arial"/>
        </w:rPr>
        <w:lastRenderedPageBreak/>
        <w:t>because we were both sort of seen as outsiders in the fra</w:t>
      </w:r>
      <w:r>
        <w:rPr>
          <w:rFonts w:ascii="Arial" w:hAnsi="Arial"/>
        </w:rPr>
        <w:t>ternity. But that convenience thing that gets us that gets us all,</w:t>
      </w:r>
    </w:p>
    <w:p w14:paraId="758E3247" w14:textId="77777777" w:rsidR="00664A9C" w:rsidRDefault="00664A9C">
      <w:pPr>
        <w:spacing w:after="0"/>
      </w:pPr>
    </w:p>
    <w:p w14:paraId="6B2BD20A" w14:textId="77777777" w:rsidR="00664A9C" w:rsidRDefault="003C723E">
      <w:pPr>
        <w:spacing w:after="0"/>
      </w:pPr>
      <w:r>
        <w:rPr>
          <w:rFonts w:ascii="Arial" w:hAnsi="Arial"/>
          <w:color w:val="5D7284"/>
        </w:rPr>
        <w:t>45:56</w:t>
      </w:r>
    </w:p>
    <w:p w14:paraId="0B25BA67" w14:textId="77777777" w:rsidR="00664A9C" w:rsidRDefault="003C723E">
      <w:pPr>
        <w:spacing w:after="0"/>
      </w:pPr>
      <w:r>
        <w:rPr>
          <w:rFonts w:ascii="Arial" w:hAnsi="Arial"/>
        </w:rPr>
        <w:t>well, and really meaningful relationships ought to come with mutuality. Like, there needs to be some exchange of good, as Plato would say, I believe it's a philosopher who talks abou</w:t>
      </w:r>
      <w:r>
        <w:rPr>
          <w:rFonts w:ascii="Arial" w:hAnsi="Arial"/>
        </w:rPr>
        <w:t>t our neediness and our yearning for the ultimate good and that we are always really pursuing that good. And that the benefit or the incentive, and something that that is our human nature to do that. So people are going to be not committed friends, if you'</w:t>
      </w:r>
      <w:r>
        <w:rPr>
          <w:rFonts w:ascii="Arial" w:hAnsi="Arial"/>
        </w:rPr>
        <w:t>re not also offering that mutuality, and you're not going to get good friends, if they're not offering that mutuality back to you. The incentive might be to look like you're cool, or look like you have to put together. But I don't know that that's the ince</w:t>
      </w:r>
      <w:r>
        <w:rPr>
          <w:rFonts w:ascii="Arial" w:hAnsi="Arial"/>
        </w:rPr>
        <w:t>ntive you want to gain. My oldest friend right now is like in her 70s, she could be my grandma. But I love her because there's this like this mutuality that exists of like, so fun for me to come to her house and do manual labor. Wow, I gained some of her w</w:t>
      </w:r>
      <w:r>
        <w:rPr>
          <w:rFonts w:ascii="Arial" w:hAnsi="Arial"/>
        </w:rPr>
        <w:t>isdom, some of her experience some of her perspective, and she's become a deep friend. And I wouldn't think of that as like, Oh, I'm so good. That's an act of service. No, it's just a deep mutuality, like, I can train my body, and she can give me some of h</w:t>
      </w:r>
      <w:r>
        <w:rPr>
          <w:rFonts w:ascii="Arial" w:hAnsi="Arial"/>
        </w:rPr>
        <w:t>er mind. And we have this really, like mutually beneficial and silly relationship. But how are you figuring out those spots of like, common exchange with friends in a way that feels like deeply life giving? And I think that that, that that's where a lot of</w:t>
      </w:r>
      <w:r>
        <w:rPr>
          <w:rFonts w:ascii="Arial" w:hAnsi="Arial"/>
        </w:rPr>
        <w:t xml:space="preserve"> this work starts.</w:t>
      </w:r>
    </w:p>
    <w:p w14:paraId="416CC321" w14:textId="77777777" w:rsidR="00664A9C" w:rsidRDefault="00664A9C">
      <w:pPr>
        <w:spacing w:after="0"/>
      </w:pPr>
    </w:p>
    <w:p w14:paraId="0486AE4C" w14:textId="77777777" w:rsidR="00664A9C" w:rsidRDefault="003C723E">
      <w:pPr>
        <w:spacing w:after="0"/>
      </w:pPr>
      <w:r>
        <w:rPr>
          <w:rFonts w:ascii="Arial" w:hAnsi="Arial"/>
          <w:color w:val="5D7284"/>
        </w:rPr>
        <w:t>47:27</w:t>
      </w:r>
    </w:p>
    <w:p w14:paraId="3DD93CE7" w14:textId="77777777" w:rsidR="00664A9C" w:rsidRDefault="003C723E">
      <w:pPr>
        <w:spacing w:after="0"/>
      </w:pPr>
      <w:r>
        <w:rPr>
          <w:rFonts w:ascii="Arial" w:hAnsi="Arial"/>
        </w:rPr>
        <w:t xml:space="preserve">Yeah. So good. I totally I totally agree. So before we leave today, I would like to ask you, some just get to know you questions to allow our students to a little window into you into you and your life. So since the pandemic hit, </w:t>
      </w:r>
      <w:r>
        <w:rPr>
          <w:rFonts w:ascii="Arial" w:hAnsi="Arial"/>
        </w:rPr>
        <w:t>many of us have been spending our time doing things a lot different than before. So have you started any new projects, developing new habits, maybe, or just thought about some things differently, since the pandemic started?</w:t>
      </w:r>
    </w:p>
    <w:p w14:paraId="52023299" w14:textId="77777777" w:rsidR="00664A9C" w:rsidRDefault="00664A9C">
      <w:pPr>
        <w:spacing w:after="0"/>
      </w:pPr>
    </w:p>
    <w:p w14:paraId="395BF8C4" w14:textId="77777777" w:rsidR="00664A9C" w:rsidRDefault="003C723E">
      <w:pPr>
        <w:spacing w:after="0"/>
      </w:pPr>
      <w:r>
        <w:rPr>
          <w:rFonts w:ascii="Arial" w:hAnsi="Arial"/>
          <w:color w:val="5D7284"/>
        </w:rPr>
        <w:t>47:57</w:t>
      </w:r>
    </w:p>
    <w:p w14:paraId="1863413C" w14:textId="77777777" w:rsidR="00664A9C" w:rsidRDefault="003C723E">
      <w:pPr>
        <w:spacing w:after="0"/>
      </w:pPr>
      <w:r>
        <w:rPr>
          <w:rFonts w:ascii="Arial" w:hAnsi="Arial"/>
        </w:rPr>
        <w:t xml:space="preserve">Yes, to maybe all of </w:t>
      </w:r>
      <w:r>
        <w:rPr>
          <w:rFonts w:ascii="Arial" w:hAnsi="Arial"/>
        </w:rPr>
        <w:t xml:space="preserve">those. That's also just so you know, I'm just going to pick on him because I'm going to practice the giving feedback, we'll see if he includes this or not. But when you ask multiple questions that have different ends for someone, it's really hard for them </w:t>
      </w:r>
      <w:r>
        <w:rPr>
          <w:rFonts w:ascii="Arial" w:hAnsi="Arial"/>
        </w:rPr>
        <w:t xml:space="preserve">to track with answering all of the three different questions that you ask them. So let me see what I can call them fear, I would say, yes, some things have changed. And I'm also evolving some of the ways that I think about things, I would say, I have felt </w:t>
      </w:r>
      <w:r>
        <w:rPr>
          <w:rFonts w:ascii="Arial" w:hAnsi="Arial"/>
        </w:rPr>
        <w:t>really the gift of time. So this has been a really challenging season. But I have felt like I have more flexibility and time to commit to something. So I have felt deeply beneficial to my ankles. And one of them being working out one of them named being ju</w:t>
      </w:r>
      <w:r>
        <w:rPr>
          <w:rFonts w:ascii="Arial" w:hAnsi="Arial"/>
        </w:rPr>
        <w:t>st generally having more movement in my life and feeling more human and just by Bobby, and I would say cooking more and baking more that there's like having space to do that. And recognizing that it is in the caring of myself that I can care more deeply fo</w:t>
      </w:r>
      <w:r>
        <w:rPr>
          <w:rFonts w:ascii="Arial" w:hAnsi="Arial"/>
        </w:rPr>
        <w:t xml:space="preserve">r other people. But I've never been good at that. I've never been a leader that by nature models like excellent self care. So nobody would ever who's nobody would ever say that. That's something my model who's worked with me before I try. And I talk about </w:t>
      </w:r>
      <w:r>
        <w:rPr>
          <w:rFonts w:ascii="Arial" w:hAnsi="Arial"/>
        </w:rPr>
        <w:t>the importance of modeling, but I'm not there. In terms of like, I like the way that I'm thinking about world. I mean, I think that it's been a really challenging season because we only see all of what we were talking talking about amplified through this l</w:t>
      </w:r>
      <w:r>
        <w:rPr>
          <w:rFonts w:ascii="Arial" w:hAnsi="Arial"/>
        </w:rPr>
        <w:t xml:space="preserve">ike pandemic, right, like, I think it's been really almost like this heavy. Also, in </w:t>
      </w:r>
      <w:r>
        <w:rPr>
          <w:rFonts w:ascii="Arial" w:hAnsi="Arial"/>
        </w:rPr>
        <w:lastRenderedPageBreak/>
        <w:t>some ways. It's been energizing in some ways. I've never felt such a deep way in the world. And I think that's because of this like deep loneliness that comes from exclusi</w:t>
      </w:r>
      <w:r>
        <w:rPr>
          <w:rFonts w:ascii="Arial" w:hAnsi="Arial"/>
        </w:rPr>
        <w:t>on is only mean like catalyze. So, like we know that folks of color both black and brown communities are disproportionately impacted by the pandemic because of the like jobs in Hold, and don't have the ability to always opt into the privilege of staying ho</w:t>
      </w:r>
      <w:r>
        <w:rPr>
          <w:rFonts w:ascii="Arial" w:hAnsi="Arial"/>
        </w:rPr>
        <w:t>me to having smallness of community. And I'm going to be transparent. And maybe some of you are these folks. I think I've also only seen high end people's disrespect for one another. Like,</w:t>
      </w:r>
    </w:p>
    <w:p w14:paraId="32CA5FF5" w14:textId="77777777" w:rsidR="00664A9C" w:rsidRDefault="00664A9C">
      <w:pPr>
        <w:spacing w:after="0"/>
      </w:pPr>
    </w:p>
    <w:p w14:paraId="18D00695" w14:textId="77777777" w:rsidR="00664A9C" w:rsidRDefault="003C723E">
      <w:pPr>
        <w:spacing w:after="0"/>
      </w:pPr>
      <w:r>
        <w:rPr>
          <w:rFonts w:ascii="Arial" w:hAnsi="Arial"/>
          <w:color w:val="5D7284"/>
        </w:rPr>
        <w:t>50:19</w:t>
      </w:r>
    </w:p>
    <w:p w14:paraId="7F994E07" w14:textId="77777777" w:rsidR="00664A9C" w:rsidRDefault="003C723E">
      <w:pPr>
        <w:spacing w:after="0"/>
      </w:pPr>
      <w:r>
        <w:rPr>
          <w:rFonts w:ascii="Arial" w:hAnsi="Arial"/>
        </w:rPr>
        <w:t>yeah, I agree,</w:t>
      </w:r>
    </w:p>
    <w:p w14:paraId="375362D2" w14:textId="77777777" w:rsidR="00664A9C" w:rsidRDefault="00664A9C">
      <w:pPr>
        <w:spacing w:after="0"/>
      </w:pPr>
    </w:p>
    <w:p w14:paraId="1502EAEF" w14:textId="77777777" w:rsidR="00664A9C" w:rsidRDefault="003C723E">
      <w:pPr>
        <w:spacing w:after="0"/>
      </w:pPr>
      <w:r>
        <w:rPr>
          <w:rFonts w:ascii="Arial" w:hAnsi="Arial"/>
          <w:color w:val="5D7284"/>
        </w:rPr>
        <w:t>50:20</w:t>
      </w:r>
    </w:p>
    <w:p w14:paraId="2BFB81BB" w14:textId="77777777" w:rsidR="00664A9C" w:rsidRDefault="003C723E">
      <w:pPr>
        <w:spacing w:after="0"/>
      </w:pPr>
      <w:r>
        <w:rPr>
          <w:rFonts w:ascii="Arial" w:hAnsi="Arial"/>
        </w:rPr>
        <w:t>I'm sorry. But if you can't wear a mas</w:t>
      </w:r>
      <w:r>
        <w:rPr>
          <w:rFonts w:ascii="Arial" w:hAnsi="Arial"/>
        </w:rPr>
        <w:t>k, because you're not like, respecting another person's like, we know that mask you people will safer if you're like, I can't wear a mask because I can't breathe. There's plenty of research that says it's not true. And also, I think that it doesn't make yo</w:t>
      </w:r>
      <w:r>
        <w:rPr>
          <w:rFonts w:ascii="Arial" w:hAnsi="Arial"/>
        </w:rPr>
        <w:t xml:space="preserve">u very considerate of how other people are doing, I think is that deep othering. So when I'm going to the grocery store, and I see all of these, like high schoolers, or low income folks working at the grocery store, with their masks on probably carrying a </w:t>
      </w:r>
      <w:r>
        <w:rPr>
          <w:rFonts w:ascii="Arial" w:hAnsi="Arial"/>
        </w:rPr>
        <w:t>lot of anxiety about what it looks like to work on frontlines during a pandemic, and not really being named in the same way or acknowledged as nurses or doctors or things of that sort. But having a lot of that same exposure. It pisses me off, and doesn't m</w:t>
      </w:r>
      <w:r>
        <w:rPr>
          <w:rFonts w:ascii="Arial" w:hAnsi="Arial"/>
        </w:rPr>
        <w:t>ake me think great things about humanity. When I see a guy without a mask, trying to sample things at the deli. So I think I feel like I've seen the best and worst of humanity in a really like small time. I feel like it's been hard to and challenging to co</w:t>
      </w:r>
      <w:r>
        <w:rPr>
          <w:rFonts w:ascii="Arial" w:hAnsi="Arial"/>
        </w:rPr>
        <w:t>pe with. In terms of not having that can be handy to restore some of that hope.</w:t>
      </w:r>
    </w:p>
    <w:p w14:paraId="6AACB188" w14:textId="77777777" w:rsidR="00664A9C" w:rsidRDefault="00664A9C">
      <w:pPr>
        <w:spacing w:after="0"/>
      </w:pPr>
    </w:p>
    <w:p w14:paraId="7E239CFF" w14:textId="77777777" w:rsidR="00664A9C" w:rsidRDefault="003C723E">
      <w:pPr>
        <w:spacing w:after="0"/>
      </w:pPr>
      <w:r>
        <w:rPr>
          <w:rFonts w:ascii="Arial" w:hAnsi="Arial"/>
          <w:color w:val="5D7284"/>
        </w:rPr>
        <w:t>51:34</w:t>
      </w:r>
    </w:p>
    <w:p w14:paraId="374AE6BC" w14:textId="77777777" w:rsidR="00664A9C" w:rsidRDefault="003C723E">
      <w:pPr>
        <w:spacing w:after="0"/>
      </w:pPr>
      <w:r>
        <w:rPr>
          <w:rFonts w:ascii="Arial" w:hAnsi="Arial"/>
        </w:rPr>
        <w:t>I have to say is sporadic is my question was you did answer all of them very well. Whoo, whoo. Lauren, what are you reading right now? Oh, I</w:t>
      </w:r>
    </w:p>
    <w:p w14:paraId="4F829D20" w14:textId="77777777" w:rsidR="00664A9C" w:rsidRDefault="00664A9C">
      <w:pPr>
        <w:spacing w:after="0"/>
      </w:pPr>
    </w:p>
    <w:p w14:paraId="60D2C4DE" w14:textId="77777777" w:rsidR="00664A9C" w:rsidRDefault="003C723E">
      <w:pPr>
        <w:spacing w:after="0"/>
      </w:pPr>
      <w:r>
        <w:rPr>
          <w:rFonts w:ascii="Arial" w:hAnsi="Arial"/>
          <w:color w:val="5D7284"/>
        </w:rPr>
        <w:t>51:45</w:t>
      </w:r>
    </w:p>
    <w:p w14:paraId="10D7563D" w14:textId="77777777" w:rsidR="00664A9C" w:rsidRDefault="003C723E">
      <w:pPr>
        <w:spacing w:after="0"/>
      </w:pPr>
      <w:r>
        <w:rPr>
          <w:rFonts w:ascii="Arial" w:hAnsi="Arial"/>
        </w:rPr>
        <w:t>honestly have</w:t>
      </w:r>
    </w:p>
    <w:p w14:paraId="3014109E" w14:textId="77777777" w:rsidR="00664A9C" w:rsidRDefault="00664A9C">
      <w:pPr>
        <w:spacing w:after="0"/>
      </w:pPr>
    </w:p>
    <w:p w14:paraId="0CCE488E" w14:textId="77777777" w:rsidR="00664A9C" w:rsidRDefault="003C723E">
      <w:pPr>
        <w:spacing w:after="0"/>
      </w:pPr>
      <w:r>
        <w:rPr>
          <w:rFonts w:ascii="Arial" w:hAnsi="Arial"/>
          <w:color w:val="5D7284"/>
        </w:rPr>
        <w:t>51:46</w:t>
      </w:r>
    </w:p>
    <w:p w14:paraId="60C22A2E" w14:textId="77777777" w:rsidR="00664A9C" w:rsidRDefault="003C723E">
      <w:pPr>
        <w:spacing w:after="0"/>
      </w:pPr>
      <w:r>
        <w:rPr>
          <w:rFonts w:ascii="Arial" w:hAnsi="Arial"/>
        </w:rPr>
        <w:t>been reading pretty slow lately. So I'm still have about 40 pages left of untamed by Glenn and Doyle, which I really love. And the book that really I read the fastest through the pandemic was educated, highly, highly, highly recommend. Also, if you read th</w:t>
      </w:r>
      <w:r>
        <w:rPr>
          <w:rFonts w:ascii="Arial" w:hAnsi="Arial"/>
        </w:rPr>
        <w:t>at, please reach out to me. It's so good by Tara Westover. So I think those would be the ones that I've been dabbling with. But I have a lot on my list. I have Abraham candy, how to be an anti racist on my list. And I would like to read also stamped from t</w:t>
      </w:r>
      <w:r>
        <w:rPr>
          <w:rFonts w:ascii="Arial" w:hAnsi="Arial"/>
        </w:rPr>
        <w:t>he beginning. Is that right? read that one. Okay, so my dad is currently reading that which, you know, we can also have a after show about that, but that's big deal.</w:t>
      </w:r>
    </w:p>
    <w:p w14:paraId="13D90234" w14:textId="77777777" w:rsidR="00664A9C" w:rsidRDefault="00664A9C">
      <w:pPr>
        <w:spacing w:after="0"/>
      </w:pPr>
    </w:p>
    <w:p w14:paraId="0736300E" w14:textId="77777777" w:rsidR="00664A9C" w:rsidRDefault="003C723E">
      <w:pPr>
        <w:spacing w:after="0"/>
      </w:pPr>
      <w:r>
        <w:rPr>
          <w:rFonts w:ascii="Arial" w:hAnsi="Arial"/>
          <w:color w:val="5D7284"/>
        </w:rPr>
        <w:t>52:33</w:t>
      </w:r>
    </w:p>
    <w:p w14:paraId="44DE2E2D" w14:textId="77777777" w:rsidR="00664A9C" w:rsidRDefault="003C723E">
      <w:pPr>
        <w:spacing w:after="0"/>
      </w:pPr>
      <w:r>
        <w:rPr>
          <w:rFonts w:ascii="Arial" w:hAnsi="Arial"/>
        </w:rPr>
        <w:t>bonus content, bonus content.</w:t>
      </w:r>
    </w:p>
    <w:p w14:paraId="1A9E4AD1" w14:textId="77777777" w:rsidR="00664A9C" w:rsidRDefault="00664A9C">
      <w:pPr>
        <w:spacing w:after="0"/>
      </w:pPr>
    </w:p>
    <w:p w14:paraId="45A8FEEE" w14:textId="77777777" w:rsidR="00664A9C" w:rsidRDefault="003C723E">
      <w:pPr>
        <w:spacing w:after="0"/>
      </w:pPr>
      <w:r>
        <w:rPr>
          <w:rFonts w:ascii="Arial" w:hAnsi="Arial"/>
          <w:color w:val="5D7284"/>
        </w:rPr>
        <w:t>52:36</w:t>
      </w:r>
    </w:p>
    <w:p w14:paraId="7F48C37A" w14:textId="77777777" w:rsidR="00664A9C" w:rsidRDefault="003C723E">
      <w:pPr>
        <w:spacing w:after="0"/>
      </w:pPr>
      <w:r>
        <w:rPr>
          <w:rFonts w:ascii="Arial" w:hAnsi="Arial"/>
        </w:rPr>
        <w:t>But yeah, that's kind of what's on my list. Ve</w:t>
      </w:r>
      <w:r>
        <w:rPr>
          <w:rFonts w:ascii="Arial" w:hAnsi="Arial"/>
        </w:rPr>
        <w:t>ry</w:t>
      </w:r>
    </w:p>
    <w:p w14:paraId="2580296A" w14:textId="77777777" w:rsidR="00664A9C" w:rsidRDefault="00664A9C">
      <w:pPr>
        <w:spacing w:after="0"/>
      </w:pPr>
    </w:p>
    <w:p w14:paraId="40C1985B" w14:textId="77777777" w:rsidR="00664A9C" w:rsidRDefault="003C723E">
      <w:pPr>
        <w:spacing w:after="0"/>
      </w:pPr>
      <w:r>
        <w:rPr>
          <w:rFonts w:ascii="Arial" w:hAnsi="Arial"/>
          <w:color w:val="5D7284"/>
        </w:rPr>
        <w:t>52:38</w:t>
      </w:r>
    </w:p>
    <w:p w14:paraId="5DFEB485" w14:textId="77777777" w:rsidR="00664A9C" w:rsidRDefault="003C723E">
      <w:pPr>
        <w:spacing w:after="0"/>
      </w:pPr>
      <w:r>
        <w:rPr>
          <w:rFonts w:ascii="Arial" w:hAnsi="Arial"/>
        </w:rPr>
        <w:t>good. last show you binge watched, or are currently binge watching.</w:t>
      </w:r>
    </w:p>
    <w:p w14:paraId="0F604DE0" w14:textId="77777777" w:rsidR="00664A9C" w:rsidRDefault="00664A9C">
      <w:pPr>
        <w:spacing w:after="0"/>
      </w:pPr>
    </w:p>
    <w:p w14:paraId="7C985201" w14:textId="77777777" w:rsidR="00664A9C" w:rsidRDefault="003C723E">
      <w:pPr>
        <w:spacing w:after="0"/>
      </w:pPr>
      <w:r>
        <w:rPr>
          <w:rFonts w:ascii="Arial" w:hAnsi="Arial"/>
          <w:color w:val="5D7284"/>
        </w:rPr>
        <w:t>52:44</w:t>
      </w:r>
    </w:p>
    <w:p w14:paraId="7A8EE313" w14:textId="77777777" w:rsidR="00664A9C" w:rsidRDefault="003C723E">
      <w:pPr>
        <w:spacing w:after="0"/>
      </w:pPr>
      <w:r>
        <w:rPr>
          <w:rFonts w:ascii="Arial" w:hAnsi="Arial"/>
        </w:rPr>
        <w:t xml:space="preserve">last show I binge watch was Indian Matchmaker, just gonna be honest, it's an excellent show, add some really good cultural perspective. And I was also going to give </w:t>
      </w:r>
      <w:r>
        <w:rPr>
          <w:rFonts w:ascii="Arial" w:hAnsi="Arial"/>
        </w:rPr>
        <w:t>Austin some like, a hard time about his roommate and the fish. A lot of times we come to conflict with different cultural perceptions, cultural perceptions of what normal is, I think that's a great show. In a really like, silly, funny, friendly way. It rea</w:t>
      </w:r>
      <w:r>
        <w:rPr>
          <w:rFonts w:ascii="Arial" w:hAnsi="Arial"/>
        </w:rPr>
        <w:t>lly brings or highlights this like difference of cultural, cultural norm. Sorry, yeah, yeah. struggling through my words at this point. Um, and so I think that that's always fun. And those things always intrigued me love a good little reality TV show about</w:t>
      </w:r>
      <w:r>
        <w:rPr>
          <w:rFonts w:ascii="Arial" w:hAnsi="Arial"/>
        </w:rPr>
        <w:t xml:space="preserve"> dating.</w:t>
      </w:r>
    </w:p>
    <w:p w14:paraId="56AA53B3" w14:textId="77777777" w:rsidR="00664A9C" w:rsidRDefault="00664A9C">
      <w:pPr>
        <w:spacing w:after="0"/>
      </w:pPr>
    </w:p>
    <w:p w14:paraId="5F59E759" w14:textId="77777777" w:rsidR="00664A9C" w:rsidRDefault="003C723E">
      <w:pPr>
        <w:spacing w:after="0"/>
      </w:pPr>
      <w:r>
        <w:rPr>
          <w:rFonts w:ascii="Arial" w:hAnsi="Arial"/>
          <w:color w:val="5D7284"/>
        </w:rPr>
        <w:t>53:30</w:t>
      </w:r>
    </w:p>
    <w:p w14:paraId="170D1BB3" w14:textId="77777777" w:rsidR="00664A9C" w:rsidRDefault="003C723E">
      <w:pPr>
        <w:spacing w:after="0"/>
      </w:pPr>
      <w:r>
        <w:rPr>
          <w:rFonts w:ascii="Arial" w:hAnsi="Arial"/>
        </w:rPr>
        <w:t>What is one thing you miss about the pre COVID? world?</w:t>
      </w:r>
    </w:p>
    <w:p w14:paraId="6CEC57C0" w14:textId="77777777" w:rsidR="00664A9C" w:rsidRDefault="00664A9C">
      <w:pPr>
        <w:spacing w:after="0"/>
      </w:pPr>
    </w:p>
    <w:p w14:paraId="41EF43A8" w14:textId="77777777" w:rsidR="00664A9C" w:rsidRDefault="003C723E">
      <w:pPr>
        <w:spacing w:after="0"/>
      </w:pPr>
      <w:r>
        <w:rPr>
          <w:rFonts w:ascii="Arial" w:hAnsi="Arial"/>
          <w:color w:val="5D7284"/>
        </w:rPr>
        <w:t>53:34</w:t>
      </w:r>
    </w:p>
    <w:p w14:paraId="130354E2" w14:textId="77777777" w:rsidR="00664A9C" w:rsidRDefault="003C723E">
      <w:pPr>
        <w:spacing w:after="0"/>
      </w:pPr>
      <w:r>
        <w:rPr>
          <w:rFonts w:ascii="Arial" w:hAnsi="Arial"/>
        </w:rPr>
        <w:t>Oh, I miss. So this has also been the to go back to your first series of three questions that you asked me and they get to know you series. I think one of the things that have be</w:t>
      </w:r>
      <w:r>
        <w:rPr>
          <w:rFonts w:ascii="Arial" w:hAnsi="Arial"/>
        </w:rPr>
        <w:t xml:space="preserve">en most challenging for me is that COVID it inherently is exclusive. So what I mean by that is people are being told keep your friend group small, try to hang out with that same network all the time, as to not put additional folks at risk. And that's like </w:t>
      </w:r>
      <w:r>
        <w:rPr>
          <w:rFonts w:ascii="Arial" w:hAnsi="Arial"/>
        </w:rPr>
        <w:t>really challenging for me.</w:t>
      </w:r>
    </w:p>
    <w:p w14:paraId="01DC1535" w14:textId="77777777" w:rsidR="00664A9C" w:rsidRDefault="00664A9C">
      <w:pPr>
        <w:spacing w:after="0"/>
      </w:pPr>
    </w:p>
    <w:p w14:paraId="73264115" w14:textId="77777777" w:rsidR="00664A9C" w:rsidRDefault="003C723E">
      <w:pPr>
        <w:spacing w:after="0"/>
      </w:pPr>
      <w:r>
        <w:rPr>
          <w:rFonts w:ascii="Arial" w:hAnsi="Arial"/>
          <w:color w:val="5D7284"/>
        </w:rPr>
        <w:t>54:07</w:t>
      </w:r>
    </w:p>
    <w:p w14:paraId="1D9BB0A1" w14:textId="77777777" w:rsidR="00664A9C" w:rsidRDefault="003C723E">
      <w:pPr>
        <w:spacing w:after="0"/>
      </w:pPr>
      <w:r>
        <w:rPr>
          <w:rFonts w:ascii="Arial" w:hAnsi="Arial"/>
        </w:rPr>
        <w:t>Because I like to meet new people, I like</w:t>
      </w:r>
    </w:p>
    <w:p w14:paraId="78D3CD8D" w14:textId="77777777" w:rsidR="00664A9C" w:rsidRDefault="00664A9C">
      <w:pPr>
        <w:spacing w:after="0"/>
      </w:pPr>
    </w:p>
    <w:p w14:paraId="70819BD9" w14:textId="77777777" w:rsidR="00664A9C" w:rsidRDefault="003C723E">
      <w:pPr>
        <w:spacing w:after="0"/>
      </w:pPr>
      <w:r>
        <w:rPr>
          <w:rFonts w:ascii="Arial" w:hAnsi="Arial"/>
          <w:color w:val="5D7284"/>
        </w:rPr>
        <w:t>54:10</w:t>
      </w:r>
    </w:p>
    <w:p w14:paraId="3744B6F7" w14:textId="77777777" w:rsidR="00664A9C" w:rsidRDefault="003C723E">
      <w:pPr>
        <w:spacing w:after="0"/>
      </w:pPr>
      <w:r>
        <w:rPr>
          <w:rFonts w:ascii="Arial" w:hAnsi="Arial"/>
        </w:rPr>
        <w:t>to spend time with people I like to engage in other relationships with others, I would really love to do more community service on the ground, but in some ways have to be li</w:t>
      </w:r>
      <w:r>
        <w:rPr>
          <w:rFonts w:ascii="Arial" w:hAnsi="Arial"/>
        </w:rPr>
        <w:t>ke limited to how and where I did that because some of the folks in so my circles are more vulnerable. And so I think the inability to commune and how that continues to perpetuate some of this, like exclusion that I'm trying to work against in my life to b</w:t>
      </w:r>
      <w:r>
        <w:rPr>
          <w:rFonts w:ascii="Arial" w:hAnsi="Arial"/>
        </w:rPr>
        <w:t xml:space="preserve">e radically hospitable. And avoid othering. It almost is like calling us into an othering. of like, of all you don't have time to bring that person or it's not safe for you to bring that person into your group or into your space right now. And that's hard </w:t>
      </w:r>
      <w:r>
        <w:rPr>
          <w:rFonts w:ascii="Arial" w:hAnsi="Arial"/>
        </w:rPr>
        <w:t>when we're doing Trying to like break through some of these like systems of our own thinking to have like a pandemic world actually create in US fear of the other. And so that makes me a little nervous.</w:t>
      </w:r>
    </w:p>
    <w:p w14:paraId="622BE131" w14:textId="77777777" w:rsidR="00664A9C" w:rsidRDefault="00664A9C">
      <w:pPr>
        <w:spacing w:after="0"/>
      </w:pPr>
    </w:p>
    <w:p w14:paraId="486B0F3C" w14:textId="77777777" w:rsidR="00664A9C" w:rsidRDefault="003C723E">
      <w:pPr>
        <w:spacing w:after="0"/>
      </w:pPr>
      <w:r>
        <w:rPr>
          <w:rFonts w:ascii="Arial" w:hAnsi="Arial"/>
          <w:color w:val="5D7284"/>
        </w:rPr>
        <w:t>55:12</w:t>
      </w:r>
    </w:p>
    <w:p w14:paraId="4E3442FE" w14:textId="77777777" w:rsidR="00664A9C" w:rsidRDefault="003C723E">
      <w:pPr>
        <w:spacing w:after="0"/>
      </w:pPr>
      <w:r>
        <w:rPr>
          <w:rFonts w:ascii="Arial" w:hAnsi="Arial"/>
        </w:rPr>
        <w:t>Yeah, that's a that's a great point and a inte</w:t>
      </w:r>
      <w:r>
        <w:rPr>
          <w:rFonts w:ascii="Arial" w:hAnsi="Arial"/>
        </w:rPr>
        <w:t>resting and true case study of diversity and inclusion with given the effects of COVID.</w:t>
      </w:r>
    </w:p>
    <w:p w14:paraId="45FAEE14" w14:textId="77777777" w:rsidR="00664A9C" w:rsidRDefault="00664A9C">
      <w:pPr>
        <w:spacing w:after="0"/>
      </w:pPr>
    </w:p>
    <w:p w14:paraId="468C4D02" w14:textId="77777777" w:rsidR="00664A9C" w:rsidRDefault="003C723E">
      <w:pPr>
        <w:spacing w:after="0"/>
      </w:pPr>
      <w:r>
        <w:rPr>
          <w:rFonts w:ascii="Arial" w:hAnsi="Arial"/>
          <w:color w:val="5D7284"/>
        </w:rPr>
        <w:t>55:24</w:t>
      </w:r>
    </w:p>
    <w:p w14:paraId="0F73141B" w14:textId="77777777" w:rsidR="00664A9C" w:rsidRDefault="003C723E">
      <w:pPr>
        <w:spacing w:after="0"/>
      </w:pPr>
      <w:r>
        <w:rPr>
          <w:rFonts w:ascii="Arial" w:hAnsi="Arial"/>
        </w:rPr>
        <w:t>Yeah, like, even I, this is also long story, but only only entertain you with part of it. But right before COVID, I was really deeply committed to getting to kno</w:t>
      </w:r>
      <w:r>
        <w:rPr>
          <w:rFonts w:ascii="Arial" w:hAnsi="Arial"/>
        </w:rPr>
        <w:t xml:space="preserve">w my neighbors, like physical neighbors. Like, I </w:t>
      </w:r>
      <w:r>
        <w:rPr>
          <w:rFonts w:ascii="Arial" w:hAnsi="Arial"/>
        </w:rPr>
        <w:lastRenderedPageBreak/>
        <w:t>think that we're losing a lot in the states of like, I'm not known, like, we don't really have a culture anymore where people know each other's neighbors. And I think we have a lot at risk, not knowing our o</w:t>
      </w:r>
      <w:r>
        <w:rPr>
          <w:rFonts w:ascii="Arial" w:hAnsi="Arial"/>
        </w:rPr>
        <w:t xml:space="preserve">wn communities. And so I've been really deeply committed to that work. And now it's like, I don't know where my neighbors have been. I don't know them that well, like, I don't know where they've been. I don't know how they're thinking about their own link </w:t>
      </w:r>
      <w:r>
        <w:rPr>
          <w:rFonts w:ascii="Arial" w:hAnsi="Arial"/>
        </w:rPr>
        <w:t>health and safety in a COVID world. And it doesn't feel safe for me to continue to like, dig into those connections. And that feels really hard. Because that feels counter intuitive to what I want to see in the world or what I want the world to be about.</w:t>
      </w:r>
    </w:p>
    <w:p w14:paraId="4CD70322" w14:textId="77777777" w:rsidR="00664A9C" w:rsidRDefault="00664A9C">
      <w:pPr>
        <w:spacing w:after="0"/>
      </w:pPr>
    </w:p>
    <w:p w14:paraId="6FA01973" w14:textId="77777777" w:rsidR="00664A9C" w:rsidRDefault="003C723E">
      <w:pPr>
        <w:spacing w:after="0"/>
      </w:pPr>
      <w:r>
        <w:rPr>
          <w:rFonts w:ascii="Arial" w:hAnsi="Arial"/>
          <w:color w:val="5D7284"/>
        </w:rPr>
        <w:t>56:19</w:t>
      </w:r>
    </w:p>
    <w:p w14:paraId="6BFD3268" w14:textId="77777777" w:rsidR="00664A9C" w:rsidRDefault="003C723E">
      <w:pPr>
        <w:spacing w:after="0"/>
      </w:pPr>
      <w:r>
        <w:rPr>
          <w:rFonts w:ascii="Arial" w:hAnsi="Arial"/>
        </w:rPr>
        <w:t xml:space="preserve">Yeah, absolutely. I, I and I, that makes me Just think about the, you know, the neighborhood that I live in a lot of these new apartment complexes, people are constantly coming and going and moving and shifting and you don't take the time. I mean, I </w:t>
      </w:r>
      <w:r>
        <w:rPr>
          <w:rFonts w:ascii="Arial" w:hAnsi="Arial"/>
        </w:rPr>
        <w:t>love meeting new people. But my next door neighbor isn't a place where I look to do that, honestly. So I respect that. Final question. What is one misconception people have about you or the work you do?</w:t>
      </w:r>
    </w:p>
    <w:p w14:paraId="6B83B3B1" w14:textId="77777777" w:rsidR="00664A9C" w:rsidRDefault="00664A9C">
      <w:pPr>
        <w:spacing w:after="0"/>
      </w:pPr>
    </w:p>
    <w:p w14:paraId="36918D81" w14:textId="77777777" w:rsidR="00664A9C" w:rsidRDefault="003C723E">
      <w:pPr>
        <w:spacing w:after="0"/>
      </w:pPr>
      <w:r>
        <w:rPr>
          <w:rFonts w:ascii="Arial" w:hAnsi="Arial"/>
          <w:color w:val="5D7284"/>
        </w:rPr>
        <w:t>56:48</w:t>
      </w:r>
    </w:p>
    <w:p w14:paraId="08EE5F9D" w14:textId="77777777" w:rsidR="00664A9C" w:rsidRDefault="003C723E">
      <w:pPr>
        <w:spacing w:after="0"/>
      </w:pPr>
      <w:r>
        <w:rPr>
          <w:rFonts w:ascii="Arial" w:hAnsi="Arial"/>
        </w:rPr>
        <w:t>That's so hard. There are so many. This is som</w:t>
      </w:r>
      <w:r>
        <w:rPr>
          <w:rFonts w:ascii="Arial" w:hAnsi="Arial"/>
        </w:rPr>
        <w:t>ething that even in just preparing for this episode I was talking to Austin about but I can certainly come off at times incredibly confident. And some people I think having that come from a woman read that is abrasive or brash, I think it's the word, my da</w:t>
      </w:r>
      <w:r>
        <w:rPr>
          <w:rFonts w:ascii="Arial" w:hAnsi="Arial"/>
        </w:rPr>
        <w:t>d shared it with me the other day, because he thinks he's perceived that way sometimes do. But that can be really challenging. I think I actually tend to be more insecure. Because my confidence sometimes in what I say is red is certainty. But in reality, I</w:t>
      </w:r>
      <w:r>
        <w:rPr>
          <w:rFonts w:ascii="Arial" w:hAnsi="Arial"/>
        </w:rPr>
        <w:t>'m pretty uncertain person. If you spend a lot of time around me, you frequently will hear me ask and it is not meant to be condescending. And I think some people read it as such,</w:t>
      </w:r>
    </w:p>
    <w:p w14:paraId="3BD6C408" w14:textId="77777777" w:rsidR="00664A9C" w:rsidRDefault="00664A9C">
      <w:pPr>
        <w:spacing w:after="0"/>
      </w:pPr>
    </w:p>
    <w:p w14:paraId="392B3103" w14:textId="77777777" w:rsidR="00664A9C" w:rsidRDefault="003C723E">
      <w:pPr>
        <w:spacing w:after="0"/>
      </w:pPr>
      <w:r>
        <w:rPr>
          <w:rFonts w:ascii="Arial" w:hAnsi="Arial"/>
          <w:color w:val="5D7284"/>
        </w:rPr>
        <w:t>57:35</w:t>
      </w:r>
    </w:p>
    <w:p w14:paraId="49040C37" w14:textId="77777777" w:rsidR="00664A9C" w:rsidRDefault="003C723E">
      <w:pPr>
        <w:spacing w:after="0"/>
      </w:pPr>
      <w:r>
        <w:rPr>
          <w:rFonts w:ascii="Arial" w:hAnsi="Arial"/>
        </w:rPr>
        <w:t>of like, does that make sense?</w:t>
      </w:r>
    </w:p>
    <w:p w14:paraId="3B5588CD" w14:textId="77777777" w:rsidR="00664A9C" w:rsidRDefault="00664A9C">
      <w:pPr>
        <w:spacing w:after="0"/>
      </w:pPr>
    </w:p>
    <w:p w14:paraId="5B6DECC0" w14:textId="77777777" w:rsidR="00664A9C" w:rsidRDefault="003C723E">
      <w:pPr>
        <w:spacing w:after="0"/>
      </w:pPr>
      <w:r>
        <w:rPr>
          <w:rFonts w:ascii="Arial" w:hAnsi="Arial"/>
          <w:color w:val="5D7284"/>
        </w:rPr>
        <w:t>57:38</w:t>
      </w:r>
    </w:p>
    <w:p w14:paraId="23205825" w14:textId="77777777" w:rsidR="00664A9C" w:rsidRDefault="003C723E">
      <w:pPr>
        <w:spacing w:after="0"/>
      </w:pPr>
      <w:r>
        <w:rPr>
          <w:rFonts w:ascii="Arial" w:hAnsi="Arial"/>
        </w:rPr>
        <w:t xml:space="preserve">And it's not because I </w:t>
      </w:r>
      <w:r>
        <w:rPr>
          <w:rFonts w:ascii="Arial" w:hAnsi="Arial"/>
        </w:rPr>
        <w:t>actually think you're not understanding me. It's because I worry that what I say to folks or what I communicate will be misconstrued. And I think it's a commonly have been misperceived maybe at times and that directness is having that be in sensitivity. An</w:t>
      </w:r>
      <w:r>
        <w:rPr>
          <w:rFonts w:ascii="Arial" w:hAnsi="Arial"/>
        </w:rPr>
        <w:t>d I feel a little bit like even in my own life kind of live in this cycle of being confident in the boldness of my like womanhood, to getting feedback that how I showed up, wasn't appropriate in a workplace or wasn't appropriate in a classroom or wasn't ap</w:t>
      </w:r>
      <w:r>
        <w:rPr>
          <w:rFonts w:ascii="Arial" w:hAnsi="Arial"/>
        </w:rPr>
        <w:t xml:space="preserve">propriate in the house. And then feeling insecure about that kind of harmony, harmony, harmony, harmony, doing some of the self work to realize like I am enough, it is okay to show up in who I am in space. Then like, okay, self work, self work, self work. </w:t>
      </w:r>
      <w:r>
        <w:rPr>
          <w:rFonts w:ascii="Arial" w:hAnsi="Arial"/>
        </w:rPr>
        <w:t>Okay, building a good sense of self speaking up again. And inside of that kind of goes through. And so I think that, that is probably one of the challenges in my work. And in my life is I think there's a lot of assumption about intention. And I think there</w:t>
      </w:r>
      <w:r>
        <w:rPr>
          <w:rFonts w:ascii="Arial" w:hAnsi="Arial"/>
        </w:rPr>
        <w:t>'s a lot of assumption in how I should show up to space as a woman.</w:t>
      </w:r>
    </w:p>
    <w:p w14:paraId="2AE2477A" w14:textId="77777777" w:rsidR="00664A9C" w:rsidRDefault="00664A9C">
      <w:pPr>
        <w:spacing w:after="0"/>
      </w:pPr>
    </w:p>
    <w:p w14:paraId="45DCEA76" w14:textId="77777777" w:rsidR="00664A9C" w:rsidRDefault="003C723E">
      <w:pPr>
        <w:spacing w:after="0"/>
      </w:pPr>
      <w:r>
        <w:rPr>
          <w:rFonts w:ascii="Arial" w:hAnsi="Arial"/>
          <w:color w:val="5D7284"/>
        </w:rPr>
        <w:t>58:54</w:t>
      </w:r>
    </w:p>
    <w:p w14:paraId="471B9439" w14:textId="77777777" w:rsidR="00664A9C" w:rsidRDefault="003C723E">
      <w:pPr>
        <w:spacing w:after="0"/>
      </w:pPr>
      <w:r>
        <w:rPr>
          <w:rFonts w:ascii="Arial" w:hAnsi="Arial"/>
        </w:rPr>
        <w:t>Thank you for sharing that. Well, I think that concludes our our episode. We've covered a lot today. We've had, I really enjoyed this conversation and just want to thank you for tak</w:t>
      </w:r>
      <w:r>
        <w:rPr>
          <w:rFonts w:ascii="Arial" w:hAnsi="Arial"/>
        </w:rPr>
        <w:t xml:space="preserve">ing the time out of your </w:t>
      </w:r>
      <w:r>
        <w:rPr>
          <w:rFonts w:ascii="Arial" w:hAnsi="Arial"/>
        </w:rPr>
        <w:lastRenderedPageBreak/>
        <w:t>day to share this space with me. And I hope that the students will will learn from this and it will prompt some reflection on their part.</w:t>
      </w:r>
    </w:p>
    <w:p w14:paraId="08122301" w14:textId="77777777" w:rsidR="00664A9C" w:rsidRDefault="00664A9C">
      <w:pPr>
        <w:spacing w:after="0"/>
      </w:pPr>
    </w:p>
    <w:p w14:paraId="3AD59E1A" w14:textId="77777777" w:rsidR="00664A9C" w:rsidRDefault="003C723E">
      <w:pPr>
        <w:spacing w:after="0"/>
      </w:pPr>
      <w:r>
        <w:rPr>
          <w:rFonts w:ascii="Arial" w:hAnsi="Arial"/>
          <w:color w:val="5D7284"/>
        </w:rPr>
        <w:t>59:17</w:t>
      </w:r>
    </w:p>
    <w:p w14:paraId="301F22E3" w14:textId="77777777" w:rsidR="00664A9C" w:rsidRDefault="003C723E">
      <w:pPr>
        <w:spacing w:after="0"/>
      </w:pPr>
      <w:r>
        <w:rPr>
          <w:rFonts w:ascii="Arial" w:hAnsi="Arial"/>
        </w:rPr>
        <w:t xml:space="preserve">Speaking of feedback, I expect a good reviews at the end of the term folks on my spot </w:t>
      </w:r>
      <w:r>
        <w:rPr>
          <w:rFonts w:ascii="Arial" w:hAnsi="Arial"/>
        </w:rPr>
        <w:t>emails, no, I'm just teasing. But if you hate it, this Don't tell me and if you loved it, I'll buy you coffee. Let's hang</w:t>
      </w:r>
    </w:p>
    <w:sectPr w:rsidR="00664A9C"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BF8508" w14:textId="77777777" w:rsidR="003C723E" w:rsidRDefault="003C723E">
      <w:pPr>
        <w:spacing w:after="0" w:line="240" w:lineRule="auto"/>
      </w:pPr>
      <w:r>
        <w:separator/>
      </w:r>
    </w:p>
  </w:endnote>
  <w:endnote w:type="continuationSeparator" w:id="0">
    <w:p w14:paraId="56599A81" w14:textId="77777777" w:rsidR="003C723E" w:rsidRDefault="003C72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72650680"/>
      <w:docPartObj>
        <w:docPartGallery w:val="Page Numbers (Bottom of Page)"/>
        <w:docPartUnique/>
      </w:docPartObj>
    </w:sdtPr>
    <w:sdtEndPr>
      <w:rPr>
        <w:rStyle w:val="PageNumber"/>
      </w:rPr>
    </w:sdtEndPr>
    <w:sdtContent>
      <w:p w14:paraId="16AF9FF8"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6A989D0C"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BCDB8C9"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3DEDB512"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6348594A"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03458F"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87DE6F" w14:textId="77777777" w:rsidR="003C723E" w:rsidRDefault="003C723E">
      <w:pPr>
        <w:spacing w:after="0" w:line="240" w:lineRule="auto"/>
      </w:pPr>
      <w:r>
        <w:separator/>
      </w:r>
    </w:p>
  </w:footnote>
  <w:footnote w:type="continuationSeparator" w:id="0">
    <w:p w14:paraId="6E5636DB" w14:textId="77777777" w:rsidR="003C723E" w:rsidRDefault="003C72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E0521C"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7AE7C1"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D4AFA6"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3C723E"/>
    <w:rsid w:val="004A641F"/>
    <w:rsid w:val="004B593C"/>
    <w:rsid w:val="00664A9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A2039"/>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7390049"/>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8281</Words>
  <Characters>47207</Characters>
  <Application>Microsoft Office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55378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Council, Austin</cp:lastModifiedBy>
  <cp:revision>2</cp:revision>
  <dcterms:created xsi:type="dcterms:W3CDTF">2021-01-21T16:23:00Z</dcterms:created>
  <dcterms:modified xsi:type="dcterms:W3CDTF">2021-01-21T16:23:00Z</dcterms:modified>
  <cp:category/>
</cp:coreProperties>
</file>